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1663720B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F71437">
        <w:t>Sustainability (Second Level)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874"/>
        <w:gridCol w:w="3425"/>
        <w:gridCol w:w="3242"/>
      </w:tblGrid>
      <w:tr w:rsidR="00D61E7B" w14:paraId="703E5FCF" w14:textId="77777777" w:rsidTr="002E73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D9D9D9" w:themeFill="background1" w:themeFillShade="D9"/>
          </w:tcPr>
          <w:p w14:paraId="3F1319A9" w14:textId="77777777" w:rsidR="00D61E7B" w:rsidRDefault="00D61E7B" w:rsidP="002E738D">
            <w:r>
              <w:t>Project Challenge</w:t>
            </w:r>
          </w:p>
        </w:tc>
        <w:tc>
          <w:tcPr>
            <w:tcW w:w="3425" w:type="dxa"/>
            <w:shd w:val="clear" w:color="auto" w:fill="D9D9D9" w:themeFill="background1" w:themeFillShade="D9"/>
          </w:tcPr>
          <w:p w14:paraId="5ACC3F9C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242" w:type="dxa"/>
            <w:shd w:val="clear" w:color="auto" w:fill="D9D9D9" w:themeFill="background1" w:themeFillShade="D9"/>
          </w:tcPr>
          <w:p w14:paraId="68B12DFE" w14:textId="77777777" w:rsidR="00D61E7B" w:rsidRDefault="00D61E7B" w:rsidP="002E73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D61E7B" w14:paraId="0E1B9A3E" w14:textId="77777777" w:rsidTr="002E73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  <w:shd w:val="clear" w:color="auto" w:fill="FFFFFF" w:themeFill="background1"/>
          </w:tcPr>
          <w:p w14:paraId="0D3F13D8" w14:textId="73B585E4" w:rsidR="00D61E7B" w:rsidRPr="00F71437" w:rsidRDefault="00F71437" w:rsidP="002E738D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b w:val="0"/>
                <w:bCs w:val="0"/>
                <w:sz w:val="20"/>
                <w:szCs w:val="20"/>
                <w:lang w:val="en-GB"/>
              </w:rPr>
              <w:t>How can we make our school more sustainable?</w:t>
            </w:r>
          </w:p>
          <w:p w14:paraId="0D8AA4D5" w14:textId="77777777" w:rsidR="00D61E7B" w:rsidRPr="00DB6CC7" w:rsidRDefault="00D61E7B" w:rsidP="002E738D">
            <w:pPr>
              <w:rPr>
                <w:sz w:val="20"/>
                <w:szCs w:val="20"/>
              </w:rPr>
            </w:pPr>
          </w:p>
          <w:p w14:paraId="47E910B2" w14:textId="77777777" w:rsidR="00D61E7B" w:rsidRPr="00DB6CC7" w:rsidRDefault="00D61E7B" w:rsidP="002E738D">
            <w:pPr>
              <w:rPr>
                <w:sz w:val="20"/>
                <w:szCs w:val="20"/>
              </w:rPr>
            </w:pPr>
          </w:p>
        </w:tc>
        <w:tc>
          <w:tcPr>
            <w:tcW w:w="3425" w:type="dxa"/>
            <w:shd w:val="clear" w:color="auto" w:fill="FFFFFF" w:themeFill="background1"/>
          </w:tcPr>
          <w:p w14:paraId="319F05A0" w14:textId="77777777" w:rsidR="0077097C" w:rsidRPr="0077097C" w:rsidRDefault="0077097C" w:rsidP="00770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7097C">
              <w:rPr>
                <w:sz w:val="20"/>
                <w:szCs w:val="20"/>
                <w:lang w:val="en-GB"/>
              </w:rPr>
              <w:t>Create a solution that helps schools become more sustainable and environmentally responsible</w:t>
            </w:r>
          </w:p>
          <w:p w14:paraId="14F4B229" w14:textId="77777777" w:rsidR="00D61E7B" w:rsidRDefault="00D61E7B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36A825D9" w14:textId="77777777" w:rsidR="0077097C" w:rsidRDefault="0077097C" w:rsidP="00D61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Learners may choose to:</w:t>
            </w:r>
          </w:p>
          <w:p w14:paraId="1B72223E" w14:textId="531DD9B7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Design a sustainable school model </w:t>
            </w:r>
          </w:p>
          <w:p w14:paraId="04986E7B" w14:textId="42F4DCC9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Create a proposal for improving our school </w:t>
            </w:r>
          </w:p>
          <w:p w14:paraId="66D322DF" w14:textId="6673D124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Develop a renewable energy solution </w:t>
            </w:r>
          </w:p>
          <w:p w14:paraId="4CEDBC13" w14:textId="1AA13003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Design a future classroom or learning space </w:t>
            </w:r>
          </w:p>
          <w:p w14:paraId="5754F06E" w14:textId="5014A7BC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Create a persuasive campaign promoting sustainability </w:t>
            </w:r>
          </w:p>
          <w:p w14:paraId="70988965" w14:textId="328B3151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Produce a podcast, video or documentary </w:t>
            </w:r>
          </w:p>
          <w:p w14:paraId="3D464116" w14:textId="77777777" w:rsid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Design an eco-school action plan </w:t>
            </w:r>
          </w:p>
          <w:p w14:paraId="5A84CEBB" w14:textId="3DF6B9E4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Create an information guide about sustainability </w:t>
            </w:r>
          </w:p>
          <w:p w14:paraId="33FBCA14" w14:textId="380DF804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Develop a biodiversity project for the school grounds </w:t>
            </w:r>
          </w:p>
          <w:p w14:paraId="5D843B8E" w14:textId="0966E93D" w:rsidR="00DC6F64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 xml:space="preserve">Present recommendations to the Eco Committee or school leadership team </w:t>
            </w:r>
          </w:p>
          <w:p w14:paraId="4F49CC39" w14:textId="3052A76D" w:rsidR="0077097C" w:rsidRPr="00DC6F64" w:rsidRDefault="00DC6F64" w:rsidP="00DC6F64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C6F64">
              <w:rPr>
                <w:sz w:val="20"/>
                <w:szCs w:val="20"/>
                <w:lang w:val="en-GB"/>
              </w:rPr>
              <w:t>Design digital or Minecraft models of a sustainable school</w:t>
            </w:r>
          </w:p>
        </w:tc>
        <w:tc>
          <w:tcPr>
            <w:tcW w:w="3242" w:type="dxa"/>
            <w:shd w:val="clear" w:color="auto" w:fill="FFFFFF" w:themeFill="background1"/>
          </w:tcPr>
          <w:p w14:paraId="217DBAE2" w14:textId="77777777" w:rsidR="0049228E" w:rsidRPr="0049228E" w:rsidRDefault="0049228E" w:rsidP="004922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9228E">
              <w:rPr>
                <w:sz w:val="20"/>
                <w:szCs w:val="20"/>
                <w:lang w:val="en-GB"/>
              </w:rPr>
              <w:t>Receive a letter from North Lanarkshire Council asking pupils to design a new eco-friendly school</w:t>
            </w:r>
          </w:p>
          <w:p w14:paraId="2BE883D7" w14:textId="530BE327" w:rsidR="00F93F2A" w:rsidRDefault="00F93F2A" w:rsidP="00F93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</w:t>
            </w:r>
            <w:r w:rsidRPr="00F93F2A">
              <w:rPr>
                <w:sz w:val="20"/>
                <w:szCs w:val="20"/>
                <w:lang w:val="en-GB"/>
              </w:rPr>
              <w:t>mages of futuristic sustainable buildings</w:t>
            </w:r>
          </w:p>
          <w:p w14:paraId="182F648A" w14:textId="77777777" w:rsidR="00F93F2A" w:rsidRPr="00F93F2A" w:rsidRDefault="00F93F2A" w:rsidP="00F93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F93F2A">
              <w:rPr>
                <w:sz w:val="20"/>
                <w:szCs w:val="20"/>
                <w:lang w:val="en-GB"/>
              </w:rPr>
              <w:t>Create a classroom emergency where resources have become scarce and pupils need to redesign the school</w:t>
            </w:r>
          </w:p>
          <w:p w14:paraId="5D2C789A" w14:textId="0AF06271" w:rsidR="00D61E7B" w:rsidRPr="00267A72" w:rsidRDefault="00677A52" w:rsidP="002E73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Video Clip from HT/LA/Scottish Government</w:t>
            </w:r>
          </w:p>
        </w:tc>
      </w:tr>
    </w:tbl>
    <w:p w14:paraId="36C5030F" w14:textId="77777777" w:rsidR="00D61E7B" w:rsidRPr="00D61E7B" w:rsidRDefault="00D61E7B" w:rsidP="00D61E7B"/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>Selected Experiences and Outcomes identify intended learning. Additional Es and Os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8"/>
        <w:gridCol w:w="2874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45F22625" w14:textId="4D7BA554" w:rsidR="009F66F5" w:rsidRPr="009F66F5" w:rsidRDefault="009F66F5" w:rsidP="009F6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F66F5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 xml:space="preserve">Investigate how energy can be transferred and transformed. (SCN 2-04a) </w:t>
            </w:r>
          </w:p>
          <w:p w14:paraId="75AE2EDB" w14:textId="0CED413D" w:rsidR="009F66F5" w:rsidRPr="009F66F5" w:rsidRDefault="009F66F5" w:rsidP="009F6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F66F5">
              <w:rPr>
                <w:b w:val="0"/>
                <w:bCs w:val="0"/>
                <w:sz w:val="18"/>
                <w:szCs w:val="18"/>
                <w:lang w:val="en-GB"/>
              </w:rPr>
              <w:t xml:space="preserve">Develop understanding of the impact people have on the environment. (SOC 2-08a) </w:t>
            </w:r>
          </w:p>
          <w:p w14:paraId="36488A76" w14:textId="50CF653B" w:rsidR="009F66F5" w:rsidRPr="009F66F5" w:rsidRDefault="009F66F5" w:rsidP="009F6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F66F5">
              <w:rPr>
                <w:b w:val="0"/>
                <w:bCs w:val="0"/>
                <w:sz w:val="18"/>
                <w:szCs w:val="18"/>
                <w:lang w:val="en-GB"/>
              </w:rPr>
              <w:t xml:space="preserve">Design and develop solutions to meet a need. (TCH 2-09a) </w:t>
            </w:r>
          </w:p>
          <w:p w14:paraId="17F490EF" w14:textId="7392538D" w:rsidR="009F66F5" w:rsidRPr="009F66F5" w:rsidRDefault="009F66F5" w:rsidP="009F6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F66F5">
              <w:rPr>
                <w:b w:val="0"/>
                <w:bCs w:val="0"/>
                <w:sz w:val="18"/>
                <w:szCs w:val="18"/>
                <w:lang w:val="en-GB"/>
              </w:rPr>
              <w:t xml:space="preserve">Create and organise information effectively. (LIT 2-26a) </w:t>
            </w:r>
          </w:p>
          <w:p w14:paraId="1C68DFEB" w14:textId="63F634BB" w:rsidR="009F66F5" w:rsidRPr="009F66F5" w:rsidRDefault="009F66F5" w:rsidP="009F6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F66F5">
              <w:rPr>
                <w:b w:val="0"/>
                <w:bCs w:val="0"/>
                <w:sz w:val="18"/>
                <w:szCs w:val="18"/>
                <w:lang w:val="en-GB"/>
              </w:rPr>
              <w:t>Use persuasive language and techniques for a purpose and audience. (LIT 2-29a)</w:t>
            </w: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187BABE1" w14:textId="77777777" w:rsidR="00C00755" w:rsidRDefault="00C00755" w:rsidP="00C00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C00755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5E94EC19" w14:textId="77777777" w:rsidR="00903817" w:rsidRPr="00903817" w:rsidRDefault="00C00755" w:rsidP="00C00755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Explain what sustainability means and why it is important</w:t>
            </w:r>
          </w:p>
          <w:p w14:paraId="0764F8C7" w14:textId="77777777" w:rsidR="00903817" w:rsidRPr="00903817" w:rsidRDefault="00C00755" w:rsidP="00C00755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Investigate how energy and resources are used within schools and communities</w:t>
            </w:r>
          </w:p>
          <w:p w14:paraId="5DE09A13" w14:textId="77777777" w:rsidR="00903817" w:rsidRPr="00903817" w:rsidRDefault="00C00755" w:rsidP="00C00755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Research and evaluate sustainable solutions from a range of sources</w:t>
            </w:r>
          </w:p>
          <w:p w14:paraId="70F39648" w14:textId="77777777" w:rsidR="00903817" w:rsidRPr="00903817" w:rsidRDefault="00C00755" w:rsidP="00C00755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Measure, estimate and apply mathematical skills when designing solutions</w:t>
            </w:r>
          </w:p>
          <w:p w14:paraId="42B6B98D" w14:textId="77777777" w:rsidR="00903817" w:rsidRPr="00903817" w:rsidRDefault="00C00755" w:rsidP="00C00755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Design and create models, plans or prototypes to solve a sustainability challenge</w:t>
            </w:r>
          </w:p>
          <w:p w14:paraId="568DAB55" w14:textId="77777777" w:rsidR="00903817" w:rsidRPr="00903817" w:rsidRDefault="00C00755" w:rsidP="00637E4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Use evidence to justify design choices and proposed solutions</w:t>
            </w:r>
          </w:p>
          <w:p w14:paraId="6E8CC189" w14:textId="77777777" w:rsidR="00903817" w:rsidRPr="00903817" w:rsidRDefault="00C00755" w:rsidP="00637E4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Create persuasive texts and presentations to influence others</w:t>
            </w:r>
          </w:p>
          <w:p w14:paraId="6798DDCE" w14:textId="77777777" w:rsidR="00903817" w:rsidRPr="00903817" w:rsidRDefault="00C00755" w:rsidP="00637E4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Work collaboratively to evaluate and improve design</w:t>
            </w:r>
          </w:p>
          <w:p w14:paraId="053FBD18" w14:textId="1BD22317" w:rsidR="00C00755" w:rsidRPr="00903817" w:rsidRDefault="00C00755" w:rsidP="00637E49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t>Present learning to an audience</w:t>
            </w:r>
          </w:p>
          <w:p w14:paraId="0D6191B2" w14:textId="5C8805C4" w:rsidR="00903817" w:rsidRDefault="00903817" w:rsidP="009038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Possible evidence:</w:t>
            </w:r>
          </w:p>
          <w:p w14:paraId="6FCD1AA4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Research notes </w:t>
            </w:r>
          </w:p>
          <w:p w14:paraId="2349DB91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Sustainability audits </w:t>
            </w:r>
          </w:p>
          <w:p w14:paraId="192758CE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Survey results </w:t>
            </w:r>
          </w:p>
          <w:p w14:paraId="20FBA65E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Design sketches and plans </w:t>
            </w:r>
          </w:p>
          <w:p w14:paraId="770A2131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Models and prototypes </w:t>
            </w:r>
          </w:p>
          <w:p w14:paraId="624ED569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Minecraft designs </w:t>
            </w:r>
          </w:p>
          <w:p w14:paraId="67B44FA8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Persuasive campaigns </w:t>
            </w:r>
          </w:p>
          <w:p w14:paraId="01B5A890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Presentations and pitches </w:t>
            </w:r>
          </w:p>
          <w:p w14:paraId="2E179355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>Videos, podcasts and digital products</w:t>
            </w:r>
          </w:p>
          <w:p w14:paraId="54CB99F4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Learning conversations </w:t>
            </w:r>
          </w:p>
          <w:p w14:paraId="6CA3125E" w14:textId="77777777" w:rsidR="00684B60" w:rsidRDefault="00684B60" w:rsidP="00684B60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4E9ADA24" w:rsidR="00A50F12" w:rsidRPr="00684B60" w:rsidRDefault="00684B60" w:rsidP="00FB1C58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84B60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CD2D58">
              <w:trPr>
                <w:trHeight w:val="490"/>
              </w:trPr>
              <w:tc>
                <w:tcPr>
                  <w:tcW w:w="1078" w:type="dxa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CC386F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CC386F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CC386F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CC386F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(may be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61E7B" w14:paraId="390E8E05" w14:textId="77777777" w:rsidTr="00FC35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7AFA4AEE" w14:textId="77777777" w:rsidR="00903817" w:rsidRPr="00903817" w:rsidRDefault="00903817" w:rsidP="00903817">
            <w:pPr>
              <w:rPr>
                <w:sz w:val="18"/>
                <w:szCs w:val="18"/>
                <w:lang w:val="en-GB"/>
              </w:rPr>
            </w:pPr>
            <w:r w:rsidRPr="00903817">
              <w:rPr>
                <w:sz w:val="18"/>
                <w:szCs w:val="18"/>
                <w:lang w:val="en-GB"/>
              </w:rPr>
              <w:lastRenderedPageBreak/>
              <w:t>Generate and record enquiry questions which guide the project and are revisited throughout the enquiry</w:t>
            </w:r>
          </w:p>
          <w:p w14:paraId="3E152D3E" w14:textId="77777777" w:rsidR="00903817" w:rsidRDefault="00903817" w:rsidP="00842652">
            <w:pPr>
              <w:rPr>
                <w:sz w:val="18"/>
                <w:szCs w:val="18"/>
              </w:rPr>
            </w:pPr>
          </w:p>
          <w:p w14:paraId="41CF30F8" w14:textId="77777777" w:rsidR="00197F7B" w:rsidRPr="00197F7B" w:rsidRDefault="003147E1" w:rsidP="00842652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</w:rPr>
              <w:t xml:space="preserve">Investigate </w:t>
            </w:r>
            <w:r w:rsidR="00A50F12" w:rsidRPr="00197F7B">
              <w:rPr>
                <w:b w:val="0"/>
                <w:bCs w:val="0"/>
                <w:sz w:val="18"/>
                <w:szCs w:val="18"/>
              </w:rPr>
              <w:t>Non-renewable and renewable energy</w:t>
            </w:r>
            <w:r w:rsidRPr="00197F7B">
              <w:rPr>
                <w:b w:val="0"/>
                <w:bCs w:val="0"/>
                <w:sz w:val="18"/>
                <w:szCs w:val="18"/>
              </w:rPr>
              <w:t xml:space="preserve"> sources</w:t>
            </w:r>
          </w:p>
          <w:p w14:paraId="194735A3" w14:textId="77777777" w:rsidR="00197F7B" w:rsidRPr="00197F7B" w:rsidRDefault="00CD2D58" w:rsidP="0006236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</w:rPr>
              <w:t>Explore w</w:t>
            </w:r>
            <w:r w:rsidR="00C40B10" w:rsidRPr="00197F7B">
              <w:rPr>
                <w:b w:val="0"/>
                <w:bCs w:val="0"/>
                <w:sz w:val="18"/>
                <w:szCs w:val="18"/>
              </w:rPr>
              <w:t>hat sustainability means</w:t>
            </w:r>
            <w:r w:rsidR="002B305F" w:rsidRPr="00197F7B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3147E1" w:rsidRPr="00197F7B">
              <w:rPr>
                <w:b w:val="0"/>
                <w:bCs w:val="0"/>
                <w:sz w:val="18"/>
                <w:szCs w:val="18"/>
              </w:rPr>
              <w:t>and why it matter</w:t>
            </w:r>
          </w:p>
          <w:p w14:paraId="24228009" w14:textId="01C06A82" w:rsidR="00197F7B" w:rsidRPr="00197F7B" w:rsidRDefault="00062368" w:rsidP="0006236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  <w:lang w:val="en-GB"/>
              </w:rPr>
              <w:t>Explore how buildings can be designed to reduce environmental impact</w:t>
            </w:r>
          </w:p>
          <w:p w14:paraId="58C2AA59" w14:textId="4243AC95" w:rsidR="00197F7B" w:rsidRPr="00197F7B" w:rsidRDefault="00062368" w:rsidP="0006236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  <w:lang w:val="en-GB"/>
              </w:rPr>
              <w:t>Develop research, note-taking and digital literacy skills</w:t>
            </w:r>
          </w:p>
          <w:p w14:paraId="4BFAB76A" w14:textId="394098F6" w:rsidR="00197F7B" w:rsidRPr="00197F7B" w:rsidRDefault="00062368" w:rsidP="0006236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  <w:lang w:val="en-GB"/>
              </w:rPr>
              <w:t>Investigate how area and perimeter can be used in design</w:t>
            </w:r>
          </w:p>
          <w:p w14:paraId="7D9C2358" w14:textId="66AE3369" w:rsidR="00062368" w:rsidRPr="00197F7B" w:rsidRDefault="00062368" w:rsidP="00062368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  <w:lang w:val="en-GB"/>
              </w:rPr>
              <w:t>Explore features of persuasive and informative texts</w:t>
            </w:r>
          </w:p>
          <w:p w14:paraId="4DA7CA73" w14:textId="52AC50D0" w:rsidR="0049228E" w:rsidRPr="00197F7B" w:rsidRDefault="00062368" w:rsidP="00F1207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  <w:sz w:val="18"/>
                <w:szCs w:val="18"/>
              </w:rPr>
            </w:pPr>
            <w:r w:rsidRPr="00197F7B">
              <w:rPr>
                <w:b w:val="0"/>
                <w:bCs w:val="0"/>
                <w:sz w:val="18"/>
                <w:szCs w:val="18"/>
                <w:lang w:val="en-GB"/>
              </w:rPr>
              <w:t xml:space="preserve">Evaluate real examples of sustainable schools and buildings- </w:t>
            </w:r>
            <w:r w:rsidR="0049228E" w:rsidRPr="00197F7B">
              <w:rPr>
                <w:b w:val="0"/>
                <w:bCs w:val="0"/>
                <w:sz w:val="18"/>
                <w:szCs w:val="18"/>
                <w:lang w:val="en-GB"/>
              </w:rPr>
              <w:t>Audit the school and identify areas where energy, water or resources are wasted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77DA9BC0" w14:textId="2E1E0205" w:rsidR="0058450D" w:rsidRDefault="00F1207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Minecraft</w:t>
            </w:r>
            <w:r w:rsidR="00ED7743">
              <w:rPr>
                <w:b w:val="0"/>
                <w:bCs w:val="0"/>
                <w:sz w:val="18"/>
                <w:szCs w:val="18"/>
              </w:rPr>
              <w:t xml:space="preserve"> sustainable building challenges</w:t>
            </w:r>
          </w:p>
          <w:p w14:paraId="5D370968" w14:textId="29F24623" w:rsidR="00F1207A" w:rsidRDefault="00F1207A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Area/perimeter</w:t>
            </w:r>
            <w:r w:rsidR="00ED7743">
              <w:rPr>
                <w:b w:val="0"/>
                <w:bCs w:val="0"/>
                <w:sz w:val="18"/>
                <w:szCs w:val="18"/>
              </w:rPr>
              <w:t xml:space="preserve"> investigations</w:t>
            </w:r>
          </w:p>
          <w:p w14:paraId="4BE15464" w14:textId="37C2B9D7" w:rsidR="00F1207A" w:rsidRDefault="00A773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Research</w:t>
            </w:r>
            <w:r w:rsidR="000C3370">
              <w:rPr>
                <w:b w:val="0"/>
                <w:bCs w:val="0"/>
                <w:sz w:val="18"/>
                <w:szCs w:val="18"/>
              </w:rPr>
              <w:t xml:space="preserve"> renewable energy technologies</w:t>
            </w:r>
          </w:p>
          <w:p w14:paraId="3C1B88C2" w14:textId="40B85447" w:rsidR="000C3370" w:rsidRPr="00F1207A" w:rsidRDefault="000C3370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Investigate sustainable schools around the world</w:t>
            </w:r>
          </w:p>
          <w:p w14:paraId="35EC2A14" w14:textId="4D27039E" w:rsidR="00A31BA4" w:rsidRDefault="00ED7743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QR codes linked to </w:t>
            </w:r>
            <w:r w:rsidR="007E576B">
              <w:rPr>
                <w:b w:val="0"/>
                <w:bCs w:val="0"/>
                <w:sz w:val="18"/>
                <w:szCs w:val="18"/>
              </w:rPr>
              <w:t>sustainability resources</w:t>
            </w:r>
          </w:p>
          <w:p w14:paraId="502A3B7B" w14:textId="77777777" w:rsidR="00A31BA4" w:rsidRDefault="00A31BA4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4D422A8" w14:textId="27A50903" w:rsidR="0058450D" w:rsidRDefault="00A773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Debate</w:t>
            </w:r>
            <w:r w:rsidR="007E576B">
              <w:rPr>
                <w:b w:val="0"/>
                <w:bCs w:val="0"/>
                <w:sz w:val="18"/>
                <w:szCs w:val="18"/>
              </w:rPr>
              <w:t xml:space="preserve"> e.g. environmental issues</w:t>
            </w:r>
          </w:p>
          <w:p w14:paraId="1313DC59" w14:textId="3D8D150E" w:rsidR="007E576B" w:rsidRDefault="007E576B" w:rsidP="0058450D">
            <w:pPr>
              <w:rPr>
                <w:sz w:val="18"/>
                <w:szCs w:val="18"/>
              </w:rPr>
            </w:pPr>
            <w:r w:rsidRPr="007E576B">
              <w:rPr>
                <w:b w:val="0"/>
                <w:bCs w:val="0"/>
                <w:sz w:val="18"/>
                <w:szCs w:val="18"/>
              </w:rPr>
              <w:t>Discussions about sustainable solutions</w:t>
            </w:r>
          </w:p>
          <w:p w14:paraId="11FD62F2" w14:textId="4B1AD0E2" w:rsidR="00D41824" w:rsidRPr="007E576B" w:rsidRDefault="00D41824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Interviews and surveys within the school community</w:t>
            </w:r>
          </w:p>
          <w:p w14:paraId="602A67FE" w14:textId="05CAFB8B" w:rsidR="00A77396" w:rsidRDefault="00A773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Range of texts</w:t>
            </w:r>
          </w:p>
          <w:p w14:paraId="1D79FBBC" w14:textId="5F595C79" w:rsidR="00A77396" w:rsidRDefault="00A77396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Topic-specific </w:t>
            </w:r>
            <w:r w:rsidR="00D41824">
              <w:rPr>
                <w:b w:val="0"/>
                <w:bCs w:val="0"/>
                <w:sz w:val="18"/>
                <w:szCs w:val="18"/>
              </w:rPr>
              <w:t>vocabular</w:t>
            </w:r>
            <w:r w:rsidR="00D41824">
              <w:rPr>
                <w:sz w:val="18"/>
                <w:szCs w:val="18"/>
              </w:rPr>
              <w:t>y</w:t>
            </w:r>
          </w:p>
          <w:p w14:paraId="3C99FCEB" w14:textId="4CA61477" w:rsidR="00217972" w:rsidRDefault="00217972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Community consultation</w:t>
            </w:r>
          </w:p>
          <w:p w14:paraId="0650DCE6" w14:textId="51DEE235" w:rsidR="00804AF9" w:rsidRPr="00217972" w:rsidRDefault="00804AF9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Focus groups</w:t>
            </w:r>
          </w:p>
          <w:p w14:paraId="29424E9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14E724B1" w14:textId="55E48CFB" w:rsidR="00023C5A" w:rsidRDefault="00A773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Create </w:t>
            </w:r>
            <w:r w:rsidR="00E87B6F">
              <w:rPr>
                <w:b w:val="0"/>
                <w:bCs w:val="0"/>
                <w:sz w:val="18"/>
                <w:szCs w:val="18"/>
              </w:rPr>
              <w:t>persuasive campaigns</w:t>
            </w:r>
          </w:p>
          <w:p w14:paraId="656DE044" w14:textId="36DFD2C9" w:rsidR="0005331B" w:rsidRPr="0005331B" w:rsidRDefault="0005331B" w:rsidP="0058450D">
            <w:pPr>
              <w:rPr>
                <w:b w:val="0"/>
                <w:bCs w:val="0"/>
                <w:sz w:val="18"/>
                <w:szCs w:val="18"/>
              </w:rPr>
            </w:pPr>
            <w:r w:rsidRPr="0005331B">
              <w:rPr>
                <w:b w:val="0"/>
                <w:bCs w:val="0"/>
                <w:sz w:val="18"/>
                <w:szCs w:val="18"/>
              </w:rPr>
              <w:t>Digital presentations</w:t>
            </w:r>
          </w:p>
          <w:p w14:paraId="02EC2658" w14:textId="27876098" w:rsidR="00A77396" w:rsidRDefault="00A77396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Make-Do </w:t>
            </w:r>
            <w:r w:rsidR="00E87B6F">
              <w:rPr>
                <w:b w:val="0"/>
                <w:bCs w:val="0"/>
                <w:sz w:val="18"/>
                <w:szCs w:val="18"/>
              </w:rPr>
              <w:t>and protype challenges</w:t>
            </w:r>
          </w:p>
          <w:p w14:paraId="24CC447A" w14:textId="79112160" w:rsidR="00A77396" w:rsidRDefault="0005331B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Creative advertisements for sustainable initiatives </w:t>
            </w:r>
          </w:p>
          <w:p w14:paraId="4F98F340" w14:textId="524945F9" w:rsidR="00A77396" w:rsidRDefault="00774297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</w:t>
            </w:r>
            <w:r w:rsidR="00D41824">
              <w:rPr>
                <w:b w:val="0"/>
                <w:bCs w:val="0"/>
                <w:sz w:val="18"/>
                <w:szCs w:val="18"/>
              </w:rPr>
              <w:t xml:space="preserve"> sustainable school</w:t>
            </w:r>
            <w:r>
              <w:rPr>
                <w:b w:val="0"/>
                <w:bCs w:val="0"/>
                <w:sz w:val="18"/>
                <w:szCs w:val="18"/>
              </w:rPr>
              <w:t xml:space="preserve"> models</w:t>
            </w:r>
          </w:p>
          <w:p w14:paraId="38A73DAB" w14:textId="418C4C58" w:rsidR="00023C5A" w:rsidRDefault="00D41824" w:rsidP="0058450D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floorplans</w:t>
            </w:r>
          </w:p>
          <w:p w14:paraId="31372A74" w14:textId="5A31FF09" w:rsidR="005B2EA1" w:rsidRDefault="005B2EA1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Produce eco-school logos and branding</w:t>
            </w:r>
          </w:p>
          <w:p w14:paraId="246E2090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1264630A" w14:textId="77777777" w:rsidR="0058450D" w:rsidRDefault="0058450D" w:rsidP="00682611">
            <w:pPr>
              <w:rPr>
                <w:sz w:val="18"/>
                <w:szCs w:val="18"/>
              </w:rPr>
            </w:pPr>
          </w:p>
          <w:p w14:paraId="77CAEDC9" w14:textId="0CEA9372" w:rsidR="00682611" w:rsidRDefault="00774297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Whitelee Wind Farm</w:t>
            </w:r>
            <w:r w:rsidR="005B2EA1">
              <w:rPr>
                <w:b w:val="0"/>
                <w:bCs w:val="0"/>
                <w:sz w:val="18"/>
                <w:szCs w:val="18"/>
              </w:rPr>
              <w:t xml:space="preserve"> Visit</w:t>
            </w:r>
          </w:p>
          <w:p w14:paraId="5D5DD694" w14:textId="60D5777A" w:rsidR="00774297" w:rsidRDefault="00774297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Science Centre</w:t>
            </w:r>
            <w:r w:rsidR="005B2EA1">
              <w:rPr>
                <w:b w:val="0"/>
                <w:bCs w:val="0"/>
                <w:sz w:val="18"/>
                <w:szCs w:val="18"/>
              </w:rPr>
              <w:t xml:space="preserve"> Visit</w:t>
            </w:r>
          </w:p>
          <w:p w14:paraId="7E091DE2" w14:textId="30C4B1F3" w:rsidR="005B2EA1" w:rsidRPr="005B2EA1" w:rsidRDefault="005B2EA1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School biodiversity survey</w:t>
            </w:r>
          </w:p>
          <w:p w14:paraId="599B9DBD" w14:textId="7B28740D" w:rsidR="00774297" w:rsidRDefault="00774297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Engineer</w:t>
            </w:r>
            <w:r w:rsidR="006A5762">
              <w:rPr>
                <w:b w:val="0"/>
                <w:bCs w:val="0"/>
                <w:sz w:val="18"/>
                <w:szCs w:val="18"/>
              </w:rPr>
              <w:t>/architect visit</w:t>
            </w:r>
          </w:p>
          <w:p w14:paraId="01F43F26" w14:textId="4911A28C" w:rsidR="006A5762" w:rsidRDefault="006A5762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Energy and waste audit</w:t>
            </w:r>
          </w:p>
          <w:p w14:paraId="3E2AD163" w14:textId="466C6786" w:rsidR="006A5762" w:rsidRPr="00774297" w:rsidRDefault="006A5762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Visit sustainable buildings in the local area</w:t>
            </w:r>
          </w:p>
          <w:p w14:paraId="4BEB8825" w14:textId="77777777" w:rsidR="00682611" w:rsidRDefault="006A5762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Outdoor design and mapping activities </w:t>
            </w:r>
          </w:p>
          <w:p w14:paraId="7BB2B422" w14:textId="77777777" w:rsidR="009F0557" w:rsidRDefault="009F0557" w:rsidP="00682611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Tree planting proposals</w:t>
            </w:r>
          </w:p>
          <w:p w14:paraId="4D0672B9" w14:textId="652124E5" w:rsidR="009F0557" w:rsidRPr="006A5762" w:rsidRDefault="009F0557" w:rsidP="00682611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School grounds improvement projects</w:t>
            </w:r>
          </w:p>
        </w:tc>
        <w:tc>
          <w:tcPr>
            <w:tcW w:w="4310" w:type="dxa"/>
            <w:shd w:val="clear" w:color="auto" w:fill="FFFFFF" w:themeFill="background1"/>
          </w:tcPr>
          <w:p w14:paraId="453252A8" w14:textId="7DA61354" w:rsidR="0095285E" w:rsidRDefault="00C40B10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Non-fiction texts</w:t>
            </w:r>
          </w:p>
          <w:p w14:paraId="31855DC2" w14:textId="49F054A7" w:rsidR="00C40B10" w:rsidRDefault="00C40B10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Media- QR co</w:t>
            </w:r>
            <w:r w:rsidR="006A5762">
              <w:rPr>
                <w:sz w:val="18"/>
                <w:szCs w:val="18"/>
                <w:lang w:val="en-GB"/>
              </w:rPr>
              <w:t>d</w:t>
            </w:r>
            <w:r>
              <w:rPr>
                <w:sz w:val="18"/>
                <w:szCs w:val="18"/>
                <w:lang w:val="en-GB"/>
              </w:rPr>
              <w:t>es/links</w:t>
            </w:r>
          </w:p>
          <w:p w14:paraId="41697058" w14:textId="0E15FDBE" w:rsidR="00C40B10" w:rsidRDefault="00C40B10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ICT devices</w:t>
            </w:r>
          </w:p>
          <w:p w14:paraId="2E875487" w14:textId="77777777" w:rsidR="001F7F15" w:rsidRDefault="001F7F15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Google Earth</w:t>
            </w:r>
          </w:p>
          <w:p w14:paraId="47D62E5A" w14:textId="77777777" w:rsidR="001F7F15" w:rsidRDefault="001F7F15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Minecraft Education</w:t>
            </w:r>
          </w:p>
          <w:p w14:paraId="54ABA6B5" w14:textId="77777777" w:rsidR="001F7F15" w:rsidRDefault="001F7F15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Eco Schools Scotland Resources </w:t>
            </w:r>
          </w:p>
          <w:p w14:paraId="77E2A198" w14:textId="570679E5" w:rsidR="00836EE2" w:rsidRDefault="00836EE2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STEM nation resources</w:t>
            </w:r>
          </w:p>
          <w:p w14:paraId="26478CF7" w14:textId="77777777" w:rsidR="00836EE2" w:rsidRDefault="00836EE2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Whitelee Wind Farm Resources</w:t>
            </w:r>
          </w:p>
          <w:p w14:paraId="67043BAA" w14:textId="77777777" w:rsidR="00836EE2" w:rsidRDefault="00836EE2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Architectural drawings and plans</w:t>
            </w:r>
          </w:p>
          <w:p w14:paraId="40FB917B" w14:textId="77777777" w:rsidR="00836EE2" w:rsidRDefault="00836EE2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Measuring equipment</w:t>
            </w:r>
          </w:p>
          <w:p w14:paraId="0B6C04D8" w14:textId="60102240" w:rsidR="00836EE2" w:rsidRPr="006A5762" w:rsidRDefault="00836EE2" w:rsidP="006A57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Construction material</w:t>
            </w: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0E23820" w14:textId="7606E745" w:rsidR="00BA59BD" w:rsidRDefault="00B41F7D">
            <w:r>
              <w:rPr>
                <w:b w:val="0"/>
                <w:bCs w:val="0"/>
              </w:rPr>
              <w:t>What makes a building sustainable?</w:t>
            </w:r>
          </w:p>
          <w:p w14:paraId="3FE63F01" w14:textId="77777777" w:rsidR="00B41F7D" w:rsidRDefault="00B41F7D"/>
          <w:p w14:paraId="04940507" w14:textId="24B0B06E" w:rsidR="00B41F7D" w:rsidRDefault="00B40175">
            <w:r>
              <w:rPr>
                <w:b w:val="0"/>
                <w:bCs w:val="0"/>
              </w:rPr>
              <w:t>Can schools create their own energy?</w:t>
            </w:r>
          </w:p>
          <w:p w14:paraId="111A0D42" w14:textId="77777777" w:rsidR="00692BB7" w:rsidRDefault="00692BB7"/>
          <w:p w14:paraId="0A61CBD7" w14:textId="4B041164" w:rsidR="00BA59BD" w:rsidRDefault="00692BB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What will schools look like in the future?</w:t>
            </w: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4C968E0F" w14:textId="18B4AAD6" w:rsidR="0072186B" w:rsidRDefault="00B41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Investigate real-world examples</w:t>
            </w:r>
          </w:p>
          <w:p w14:paraId="5D7AF968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C1E3BB" w14:textId="77777777" w:rsidR="00B40175" w:rsidRDefault="00B4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Research renewable technologies</w:t>
            </w:r>
          </w:p>
          <w:p w14:paraId="3E89228C" w14:textId="77777777" w:rsidR="00692BB7" w:rsidRDefault="00692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94D5A5" w14:textId="0C8CE33E" w:rsidR="00692BB7" w:rsidRDefault="00692B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innovative designs and technologies</w:t>
            </w: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A2C7" w14:textId="77777777" w:rsidR="00383029" w:rsidRDefault="00383029" w:rsidP="00886041">
      <w:pPr>
        <w:spacing w:after="0" w:line="240" w:lineRule="auto"/>
      </w:pPr>
      <w:r>
        <w:separator/>
      </w:r>
    </w:p>
  </w:endnote>
  <w:endnote w:type="continuationSeparator" w:id="0">
    <w:p w14:paraId="2257876A" w14:textId="77777777" w:rsidR="00383029" w:rsidRDefault="00383029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DD94B" w14:textId="77777777" w:rsidR="00383029" w:rsidRDefault="00383029" w:rsidP="00886041">
      <w:pPr>
        <w:spacing w:after="0" w:line="240" w:lineRule="auto"/>
      </w:pPr>
      <w:r>
        <w:separator/>
      </w:r>
    </w:p>
  </w:footnote>
  <w:footnote w:type="continuationSeparator" w:id="0">
    <w:p w14:paraId="1AD732D0" w14:textId="77777777" w:rsidR="00383029" w:rsidRDefault="00383029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72EF5"/>
    <w:multiLevelType w:val="hybridMultilevel"/>
    <w:tmpl w:val="265ABF38"/>
    <w:lvl w:ilvl="0" w:tplc="A1D039D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26DFE"/>
    <w:multiLevelType w:val="multilevel"/>
    <w:tmpl w:val="D354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18"/>
  </w:num>
  <w:num w:numId="4" w16cid:durableId="1519738130">
    <w:abstractNumId w:val="15"/>
  </w:num>
  <w:num w:numId="5" w16cid:durableId="1614556465">
    <w:abstractNumId w:val="13"/>
  </w:num>
  <w:num w:numId="6" w16cid:durableId="1637367140">
    <w:abstractNumId w:val="8"/>
  </w:num>
  <w:num w:numId="7" w16cid:durableId="1706131200">
    <w:abstractNumId w:val="11"/>
  </w:num>
  <w:num w:numId="8" w16cid:durableId="176770922">
    <w:abstractNumId w:val="9"/>
  </w:num>
  <w:num w:numId="9" w16cid:durableId="1827820527">
    <w:abstractNumId w:val="0"/>
  </w:num>
  <w:num w:numId="10" w16cid:durableId="379786555">
    <w:abstractNumId w:val="10"/>
  </w:num>
  <w:num w:numId="11" w16cid:durableId="415630990">
    <w:abstractNumId w:val="3"/>
  </w:num>
  <w:num w:numId="12" w16cid:durableId="436294117">
    <w:abstractNumId w:val="17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16"/>
  </w:num>
  <w:num w:numId="16" w16cid:durableId="747075841">
    <w:abstractNumId w:val="5"/>
  </w:num>
  <w:num w:numId="17" w16cid:durableId="927734142">
    <w:abstractNumId w:val="2"/>
  </w:num>
  <w:num w:numId="18" w16cid:durableId="413280926">
    <w:abstractNumId w:val="14"/>
  </w:num>
  <w:num w:numId="19" w16cid:durableId="4939590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3C5A"/>
    <w:rsid w:val="00034616"/>
    <w:rsid w:val="000402C7"/>
    <w:rsid w:val="00044B1C"/>
    <w:rsid w:val="0005331B"/>
    <w:rsid w:val="0006063C"/>
    <w:rsid w:val="00062368"/>
    <w:rsid w:val="000674A4"/>
    <w:rsid w:val="0007096C"/>
    <w:rsid w:val="000745A2"/>
    <w:rsid w:val="00093416"/>
    <w:rsid w:val="00096133"/>
    <w:rsid w:val="000A1662"/>
    <w:rsid w:val="000A3A40"/>
    <w:rsid w:val="000A3B56"/>
    <w:rsid w:val="000C08C8"/>
    <w:rsid w:val="000C16E3"/>
    <w:rsid w:val="000C1D55"/>
    <w:rsid w:val="000C3370"/>
    <w:rsid w:val="000E090A"/>
    <w:rsid w:val="000E24F3"/>
    <w:rsid w:val="000E7B3D"/>
    <w:rsid w:val="000F1303"/>
    <w:rsid w:val="0015074B"/>
    <w:rsid w:val="001679B3"/>
    <w:rsid w:val="00171237"/>
    <w:rsid w:val="00172F4E"/>
    <w:rsid w:val="0019357D"/>
    <w:rsid w:val="00196770"/>
    <w:rsid w:val="00197F7B"/>
    <w:rsid w:val="001A31AC"/>
    <w:rsid w:val="001A56A9"/>
    <w:rsid w:val="001B2933"/>
    <w:rsid w:val="001B608F"/>
    <w:rsid w:val="001D5C10"/>
    <w:rsid w:val="001F7F15"/>
    <w:rsid w:val="0020256D"/>
    <w:rsid w:val="00205AEA"/>
    <w:rsid w:val="00217972"/>
    <w:rsid w:val="00221E0B"/>
    <w:rsid w:val="0022236F"/>
    <w:rsid w:val="002518EF"/>
    <w:rsid w:val="00275280"/>
    <w:rsid w:val="0029639D"/>
    <w:rsid w:val="00297698"/>
    <w:rsid w:val="002A14B2"/>
    <w:rsid w:val="002B305F"/>
    <w:rsid w:val="002B51A3"/>
    <w:rsid w:val="002E1AE7"/>
    <w:rsid w:val="002E740F"/>
    <w:rsid w:val="002E7C50"/>
    <w:rsid w:val="002F34D8"/>
    <w:rsid w:val="002F5B73"/>
    <w:rsid w:val="00302DE4"/>
    <w:rsid w:val="003147E1"/>
    <w:rsid w:val="00326F90"/>
    <w:rsid w:val="0034192C"/>
    <w:rsid w:val="00367DAA"/>
    <w:rsid w:val="00383029"/>
    <w:rsid w:val="003C413D"/>
    <w:rsid w:val="003D20FC"/>
    <w:rsid w:val="003E2DFB"/>
    <w:rsid w:val="003E2F05"/>
    <w:rsid w:val="003E335B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6F85"/>
    <w:rsid w:val="00467235"/>
    <w:rsid w:val="00471B6F"/>
    <w:rsid w:val="004729D6"/>
    <w:rsid w:val="00482CF9"/>
    <w:rsid w:val="0049228E"/>
    <w:rsid w:val="0049496E"/>
    <w:rsid w:val="00497A56"/>
    <w:rsid w:val="004E612D"/>
    <w:rsid w:val="004F29C4"/>
    <w:rsid w:val="004F6488"/>
    <w:rsid w:val="00505750"/>
    <w:rsid w:val="00513300"/>
    <w:rsid w:val="00513A2D"/>
    <w:rsid w:val="00516E60"/>
    <w:rsid w:val="00556184"/>
    <w:rsid w:val="0056174B"/>
    <w:rsid w:val="00563EE1"/>
    <w:rsid w:val="0058450D"/>
    <w:rsid w:val="00593B1F"/>
    <w:rsid w:val="005A4230"/>
    <w:rsid w:val="005A5863"/>
    <w:rsid w:val="005B2EA1"/>
    <w:rsid w:val="005B3C2E"/>
    <w:rsid w:val="005B647D"/>
    <w:rsid w:val="005C6808"/>
    <w:rsid w:val="005F4776"/>
    <w:rsid w:val="00600220"/>
    <w:rsid w:val="0060115D"/>
    <w:rsid w:val="00616BCA"/>
    <w:rsid w:val="006208C2"/>
    <w:rsid w:val="00637E49"/>
    <w:rsid w:val="00644AC1"/>
    <w:rsid w:val="00670BC6"/>
    <w:rsid w:val="00677A52"/>
    <w:rsid w:val="00680786"/>
    <w:rsid w:val="006814EB"/>
    <w:rsid w:val="00682611"/>
    <w:rsid w:val="00684B60"/>
    <w:rsid w:val="00692BB7"/>
    <w:rsid w:val="006A5762"/>
    <w:rsid w:val="006B51F8"/>
    <w:rsid w:val="006D61DD"/>
    <w:rsid w:val="006E6F78"/>
    <w:rsid w:val="006F03AB"/>
    <w:rsid w:val="006F3B3D"/>
    <w:rsid w:val="006F50D8"/>
    <w:rsid w:val="0070045B"/>
    <w:rsid w:val="0072186B"/>
    <w:rsid w:val="00727042"/>
    <w:rsid w:val="00764AD8"/>
    <w:rsid w:val="00765C77"/>
    <w:rsid w:val="00767AC2"/>
    <w:rsid w:val="0077097C"/>
    <w:rsid w:val="00774297"/>
    <w:rsid w:val="00783671"/>
    <w:rsid w:val="00784DEB"/>
    <w:rsid w:val="007A284E"/>
    <w:rsid w:val="007A5016"/>
    <w:rsid w:val="007B0204"/>
    <w:rsid w:val="007C1B81"/>
    <w:rsid w:val="007C4C24"/>
    <w:rsid w:val="007C5316"/>
    <w:rsid w:val="007E175B"/>
    <w:rsid w:val="007E22BE"/>
    <w:rsid w:val="007E576B"/>
    <w:rsid w:val="007F3CB5"/>
    <w:rsid w:val="007F552B"/>
    <w:rsid w:val="007F78C7"/>
    <w:rsid w:val="0080126E"/>
    <w:rsid w:val="0080316C"/>
    <w:rsid w:val="00804AF9"/>
    <w:rsid w:val="00823C04"/>
    <w:rsid w:val="00836EE2"/>
    <w:rsid w:val="00842652"/>
    <w:rsid w:val="00872473"/>
    <w:rsid w:val="00886041"/>
    <w:rsid w:val="008A5B29"/>
    <w:rsid w:val="008A739B"/>
    <w:rsid w:val="008B0AA3"/>
    <w:rsid w:val="008E1880"/>
    <w:rsid w:val="008E7F2F"/>
    <w:rsid w:val="00903817"/>
    <w:rsid w:val="00935C8E"/>
    <w:rsid w:val="00936165"/>
    <w:rsid w:val="00936D97"/>
    <w:rsid w:val="009459F2"/>
    <w:rsid w:val="00951120"/>
    <w:rsid w:val="0095285E"/>
    <w:rsid w:val="00963627"/>
    <w:rsid w:val="009736DB"/>
    <w:rsid w:val="00984D55"/>
    <w:rsid w:val="00990251"/>
    <w:rsid w:val="009B14EC"/>
    <w:rsid w:val="009D67C5"/>
    <w:rsid w:val="009F0557"/>
    <w:rsid w:val="009F66F5"/>
    <w:rsid w:val="00A00AE7"/>
    <w:rsid w:val="00A236E4"/>
    <w:rsid w:val="00A31BA4"/>
    <w:rsid w:val="00A50F12"/>
    <w:rsid w:val="00A613CF"/>
    <w:rsid w:val="00A77396"/>
    <w:rsid w:val="00AA1D8D"/>
    <w:rsid w:val="00AB12B6"/>
    <w:rsid w:val="00AC2A53"/>
    <w:rsid w:val="00AC2ABB"/>
    <w:rsid w:val="00AD37F9"/>
    <w:rsid w:val="00AD381C"/>
    <w:rsid w:val="00AE1622"/>
    <w:rsid w:val="00AE75B0"/>
    <w:rsid w:val="00B04451"/>
    <w:rsid w:val="00B06117"/>
    <w:rsid w:val="00B06F5D"/>
    <w:rsid w:val="00B369D0"/>
    <w:rsid w:val="00B40175"/>
    <w:rsid w:val="00B41F7D"/>
    <w:rsid w:val="00B43857"/>
    <w:rsid w:val="00B46272"/>
    <w:rsid w:val="00B47730"/>
    <w:rsid w:val="00B66C63"/>
    <w:rsid w:val="00B9746F"/>
    <w:rsid w:val="00BA59BD"/>
    <w:rsid w:val="00BA6D0B"/>
    <w:rsid w:val="00BA7CF0"/>
    <w:rsid w:val="00BC0423"/>
    <w:rsid w:val="00BD3859"/>
    <w:rsid w:val="00BE5F5B"/>
    <w:rsid w:val="00C00755"/>
    <w:rsid w:val="00C14B2B"/>
    <w:rsid w:val="00C27E30"/>
    <w:rsid w:val="00C34C2B"/>
    <w:rsid w:val="00C40B10"/>
    <w:rsid w:val="00C56714"/>
    <w:rsid w:val="00C86B71"/>
    <w:rsid w:val="00C9759F"/>
    <w:rsid w:val="00CA229B"/>
    <w:rsid w:val="00CA60C7"/>
    <w:rsid w:val="00CB0664"/>
    <w:rsid w:val="00CC218E"/>
    <w:rsid w:val="00CC386F"/>
    <w:rsid w:val="00CC7EE6"/>
    <w:rsid w:val="00CD296B"/>
    <w:rsid w:val="00CD2D58"/>
    <w:rsid w:val="00CD44E1"/>
    <w:rsid w:val="00CE63FC"/>
    <w:rsid w:val="00CF2FFA"/>
    <w:rsid w:val="00D41824"/>
    <w:rsid w:val="00D41F2C"/>
    <w:rsid w:val="00D605B6"/>
    <w:rsid w:val="00D61E7B"/>
    <w:rsid w:val="00D97061"/>
    <w:rsid w:val="00D97E02"/>
    <w:rsid w:val="00DA3781"/>
    <w:rsid w:val="00DA449A"/>
    <w:rsid w:val="00DA599E"/>
    <w:rsid w:val="00DB3D0D"/>
    <w:rsid w:val="00DB6CC7"/>
    <w:rsid w:val="00DB7515"/>
    <w:rsid w:val="00DC6F64"/>
    <w:rsid w:val="00DD54C3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51888"/>
    <w:rsid w:val="00E81F41"/>
    <w:rsid w:val="00E8604F"/>
    <w:rsid w:val="00E87B6F"/>
    <w:rsid w:val="00EA64D6"/>
    <w:rsid w:val="00EB0BEE"/>
    <w:rsid w:val="00EC1A98"/>
    <w:rsid w:val="00EC2BBC"/>
    <w:rsid w:val="00ED7743"/>
    <w:rsid w:val="00EE5533"/>
    <w:rsid w:val="00EE7107"/>
    <w:rsid w:val="00EF64BA"/>
    <w:rsid w:val="00F1207A"/>
    <w:rsid w:val="00F14733"/>
    <w:rsid w:val="00F26B3C"/>
    <w:rsid w:val="00F4042D"/>
    <w:rsid w:val="00F616F5"/>
    <w:rsid w:val="00F624B0"/>
    <w:rsid w:val="00F6591F"/>
    <w:rsid w:val="00F71437"/>
    <w:rsid w:val="00F8138A"/>
    <w:rsid w:val="00F915E1"/>
    <w:rsid w:val="00F93F2A"/>
    <w:rsid w:val="00F95081"/>
    <w:rsid w:val="00FB0DD2"/>
    <w:rsid w:val="00FB1C58"/>
    <w:rsid w:val="00FC693F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Props1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744</Words>
  <Characters>4245</Characters>
  <Application>Microsoft Office Word</Application>
  <DocSecurity>0</DocSecurity>
  <Lines>35</Lines>
  <Paragraphs>9</Paragraphs>
  <ScaleCrop>false</ScaleCrop>
  <Manager/>
  <Company/>
  <LinksUpToDate>false</LinksUpToDate>
  <CharactersWithSpaces>4980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43</cp:revision>
  <dcterms:created xsi:type="dcterms:W3CDTF">2026-10-09T09:31:00Z</dcterms:created>
  <dcterms:modified xsi:type="dcterms:W3CDTF">2026-10-13T09:22:00Z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