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542FA" w14:textId="3EF56B72" w:rsidR="0072186B" w:rsidRDefault="00CD296B">
      <w:pPr>
        <w:pStyle w:val="Heading2"/>
      </w:pPr>
      <w:r>
        <w:t>Overarching Theme:</w:t>
      </w:r>
      <w:r w:rsidR="00600220">
        <w:t xml:space="preserve"> </w:t>
      </w:r>
      <w:r w:rsidR="004413BA">
        <w:t>Scottish Climate (First Level)</w:t>
      </w:r>
    </w:p>
    <w:tbl>
      <w:tblPr>
        <w:tblStyle w:val="LightGrid"/>
        <w:tblW w:w="9557" w:type="dxa"/>
        <w:tblLook w:val="04A0" w:firstRow="1" w:lastRow="0" w:firstColumn="1" w:lastColumn="0" w:noHBand="0" w:noVBand="1"/>
      </w:tblPr>
      <w:tblGrid>
        <w:gridCol w:w="2438"/>
        <w:gridCol w:w="3008"/>
        <w:gridCol w:w="4111"/>
      </w:tblGrid>
      <w:tr w:rsidR="00E112E8" w14:paraId="03C8FEFB" w14:textId="72CC8072" w:rsidTr="00E112E8">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2438" w:type="dxa"/>
            <w:shd w:val="clear" w:color="auto" w:fill="D9D9D9" w:themeFill="background1" w:themeFillShade="D9"/>
          </w:tcPr>
          <w:p w14:paraId="2A4F94AD" w14:textId="054791F1" w:rsidR="00E112E8" w:rsidRDefault="00E112E8">
            <w:r>
              <w:t>Project Challenge</w:t>
            </w:r>
          </w:p>
        </w:tc>
        <w:tc>
          <w:tcPr>
            <w:tcW w:w="3008" w:type="dxa"/>
            <w:shd w:val="clear" w:color="auto" w:fill="D9D9D9" w:themeFill="background1" w:themeFillShade="D9"/>
          </w:tcPr>
          <w:p w14:paraId="5C546DB9" w14:textId="4C28314B" w:rsidR="00E112E8" w:rsidRDefault="00E112E8">
            <w:pPr>
              <w:cnfStyle w:val="100000000000" w:firstRow="1" w:lastRow="0" w:firstColumn="0" w:lastColumn="0" w:oddVBand="0" w:evenVBand="0" w:oddHBand="0" w:evenHBand="0" w:firstRowFirstColumn="0" w:firstRowLastColumn="0" w:lastRowFirstColumn="0" w:lastRowLastColumn="0"/>
            </w:pPr>
            <w:r>
              <w:t>Project Outcome</w:t>
            </w:r>
          </w:p>
        </w:tc>
        <w:tc>
          <w:tcPr>
            <w:tcW w:w="4111" w:type="dxa"/>
            <w:shd w:val="clear" w:color="auto" w:fill="D9D9D9" w:themeFill="background1" w:themeFillShade="D9"/>
          </w:tcPr>
          <w:p w14:paraId="2A68898E" w14:textId="31B27329" w:rsidR="00E112E8" w:rsidRDefault="00BF4C26">
            <w:pPr>
              <w:cnfStyle w:val="100000000000" w:firstRow="1" w:lastRow="0" w:firstColumn="0" w:lastColumn="0" w:oddVBand="0" w:evenVBand="0" w:oddHBand="0" w:evenHBand="0" w:firstRowFirstColumn="0" w:firstRowLastColumn="0" w:lastRowFirstColumn="0" w:lastRowLastColumn="0"/>
            </w:pPr>
            <w:r>
              <w:t>Possible h</w:t>
            </w:r>
            <w:r w:rsidR="008B21C4">
              <w:t>ook/Provocation/Stimulus</w:t>
            </w:r>
          </w:p>
        </w:tc>
      </w:tr>
      <w:tr w:rsidR="00E112E8" w14:paraId="672A6659" w14:textId="78CA816B" w:rsidTr="00E112E8">
        <w:trPr>
          <w:cnfStyle w:val="000000100000" w:firstRow="0" w:lastRow="0" w:firstColumn="0" w:lastColumn="0" w:oddVBand="0" w:evenVBand="0" w:oddHBand="1" w:evenHBand="0" w:firstRowFirstColumn="0" w:firstRowLastColumn="0" w:lastRowFirstColumn="0" w:lastRowLastColumn="0"/>
          <w:trHeight w:val="1489"/>
        </w:trPr>
        <w:tc>
          <w:tcPr>
            <w:cnfStyle w:val="001000000000" w:firstRow="0" w:lastRow="0" w:firstColumn="1" w:lastColumn="0" w:oddVBand="0" w:evenVBand="0" w:oddHBand="0" w:evenHBand="0" w:firstRowFirstColumn="0" w:firstRowLastColumn="0" w:lastRowFirstColumn="0" w:lastRowLastColumn="0"/>
            <w:tcW w:w="2438" w:type="dxa"/>
            <w:shd w:val="clear" w:color="auto" w:fill="FFFFFF" w:themeFill="background1"/>
          </w:tcPr>
          <w:p w14:paraId="3023F77D" w14:textId="77777777" w:rsidR="00E112E8" w:rsidRPr="00DB6CC7" w:rsidRDefault="00E112E8" w:rsidP="00AC2A53">
            <w:pPr>
              <w:rPr>
                <w:sz w:val="20"/>
                <w:szCs w:val="20"/>
              </w:rPr>
            </w:pPr>
          </w:p>
          <w:p w14:paraId="0A8DAABF" w14:textId="77777777" w:rsidR="009369C7" w:rsidRPr="009369C7" w:rsidRDefault="009369C7" w:rsidP="009369C7">
            <w:pPr>
              <w:rPr>
                <w:b w:val="0"/>
                <w:bCs w:val="0"/>
                <w:sz w:val="20"/>
                <w:szCs w:val="20"/>
                <w:lang w:val="en-GB"/>
              </w:rPr>
            </w:pPr>
            <w:r w:rsidRPr="009369C7">
              <w:rPr>
                <w:b w:val="0"/>
                <w:bCs w:val="0"/>
                <w:sz w:val="20"/>
                <w:szCs w:val="20"/>
                <w:lang w:val="en-GB"/>
              </w:rPr>
              <w:t>Can we create the ultimate Scottish Survival Kit for tourists?</w:t>
            </w:r>
          </w:p>
          <w:p w14:paraId="50E6849C" w14:textId="6A6046EC" w:rsidR="00E112E8" w:rsidRPr="00CE7FAC" w:rsidRDefault="00E112E8" w:rsidP="0080126E">
            <w:pPr>
              <w:rPr>
                <w:b w:val="0"/>
                <w:bCs w:val="0"/>
                <w:sz w:val="20"/>
                <w:szCs w:val="20"/>
              </w:rPr>
            </w:pPr>
          </w:p>
        </w:tc>
        <w:tc>
          <w:tcPr>
            <w:tcW w:w="3008" w:type="dxa"/>
            <w:shd w:val="clear" w:color="auto" w:fill="FFFFFF" w:themeFill="background1"/>
          </w:tcPr>
          <w:p w14:paraId="6A84477F" w14:textId="1818B932" w:rsidR="00343582" w:rsidRDefault="00D9114F" w:rsidP="00343582">
            <w:pPr>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Help visitors understand and prepare for Scotland’s climate and weather</w:t>
            </w:r>
          </w:p>
          <w:p w14:paraId="03ED093A" w14:textId="77777777" w:rsidR="001C68F6" w:rsidRDefault="001C68F6" w:rsidP="00343582">
            <w:pPr>
              <w:cnfStyle w:val="000000100000" w:firstRow="0" w:lastRow="0" w:firstColumn="0" w:lastColumn="0" w:oddVBand="0" w:evenVBand="0" w:oddHBand="1" w:evenHBand="0" w:firstRowFirstColumn="0" w:firstRowLastColumn="0" w:lastRowFirstColumn="0" w:lastRowLastColumn="0"/>
              <w:rPr>
                <w:sz w:val="20"/>
                <w:szCs w:val="20"/>
                <w:lang w:val="en-GB"/>
              </w:rPr>
            </w:pPr>
          </w:p>
          <w:p w14:paraId="686F4953" w14:textId="53B40311" w:rsidR="001C68F6" w:rsidRPr="001C68F6" w:rsidRDefault="001C68F6" w:rsidP="00343582">
            <w:pPr>
              <w:cnfStyle w:val="000000100000" w:firstRow="0" w:lastRow="0" w:firstColumn="0" w:lastColumn="0" w:oddVBand="0" w:evenVBand="0" w:oddHBand="1" w:evenHBand="0" w:firstRowFirstColumn="0" w:firstRowLastColumn="0" w:lastRowFirstColumn="0" w:lastRowLastColumn="0"/>
              <w:rPr>
                <w:b/>
                <w:bCs/>
                <w:sz w:val="20"/>
                <w:szCs w:val="20"/>
                <w:lang w:val="en-GB"/>
              </w:rPr>
            </w:pPr>
            <w:r>
              <w:rPr>
                <w:b/>
                <w:bCs/>
                <w:sz w:val="20"/>
                <w:szCs w:val="20"/>
                <w:lang w:val="en-GB"/>
              </w:rPr>
              <w:t>Learners may choose to:</w:t>
            </w:r>
          </w:p>
          <w:p w14:paraId="1A7656B3" w14:textId="77777777" w:rsidR="001C68F6" w:rsidRDefault="001C68F6"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sidRPr="001C68F6">
              <w:rPr>
                <w:sz w:val="20"/>
                <w:szCs w:val="20"/>
                <w:lang w:val="en-GB"/>
              </w:rPr>
              <w:t xml:space="preserve">Design a Scottish Survival Kit </w:t>
            </w:r>
          </w:p>
          <w:p w14:paraId="605F7830" w14:textId="77777777" w:rsidR="001C68F6" w:rsidRDefault="001C68F6"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sidRPr="001C68F6">
              <w:rPr>
                <w:sz w:val="20"/>
                <w:szCs w:val="20"/>
                <w:lang w:val="en-GB"/>
              </w:rPr>
              <w:t xml:space="preserve">Create a tourist survival guide </w:t>
            </w:r>
          </w:p>
          <w:p w14:paraId="692F2265" w14:textId="77777777" w:rsidR="006C7C94" w:rsidRDefault="001C68F6"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sidRPr="001C68F6">
              <w:rPr>
                <w:sz w:val="20"/>
                <w:szCs w:val="20"/>
                <w:lang w:val="en-GB"/>
              </w:rPr>
              <w:t xml:space="preserve">Produce a weather forecast video </w:t>
            </w:r>
          </w:p>
          <w:p w14:paraId="548604EC" w14:textId="77777777" w:rsidR="006C7C94" w:rsidRDefault="001C68F6"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sidRPr="006C7C94">
              <w:rPr>
                <w:sz w:val="20"/>
                <w:szCs w:val="20"/>
                <w:lang w:val="en-GB"/>
              </w:rPr>
              <w:t xml:space="preserve">Design a travel brochure or leaflet </w:t>
            </w:r>
          </w:p>
          <w:p w14:paraId="2BB35DA7" w14:textId="77777777" w:rsidR="006C7C94" w:rsidRDefault="001C68F6"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sidRPr="006C7C94">
              <w:rPr>
                <w:sz w:val="20"/>
                <w:szCs w:val="20"/>
                <w:lang w:val="en-GB"/>
              </w:rPr>
              <w:t xml:space="preserve">Create an advertising campaign promoting Scotland in all weather </w:t>
            </w:r>
          </w:p>
          <w:p w14:paraId="1CF9F639" w14:textId="77777777" w:rsidR="006C7C94" w:rsidRDefault="001C68F6"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sidRPr="006C7C94">
              <w:rPr>
                <w:sz w:val="20"/>
                <w:szCs w:val="20"/>
                <w:lang w:val="en-GB"/>
              </w:rPr>
              <w:t>Produce a presentation comparing Scotland's climate with another country</w:t>
            </w:r>
          </w:p>
          <w:p w14:paraId="3B6B429F" w14:textId="77777777" w:rsidR="006C7C94" w:rsidRDefault="001C68F6"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sidRPr="006C7C94">
              <w:rPr>
                <w:sz w:val="20"/>
                <w:szCs w:val="20"/>
                <w:lang w:val="en-GB"/>
              </w:rPr>
              <w:t xml:space="preserve">Design and build a weather-proof shelter model </w:t>
            </w:r>
          </w:p>
          <w:p w14:paraId="41C1EDE5" w14:textId="77777777" w:rsidR="006C7C94" w:rsidRDefault="001C68F6"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sidRPr="006C7C94">
              <w:rPr>
                <w:sz w:val="20"/>
                <w:szCs w:val="20"/>
                <w:lang w:val="en-GB"/>
              </w:rPr>
              <w:t xml:space="preserve">Create an animation or digital guide for tourists </w:t>
            </w:r>
          </w:p>
          <w:p w14:paraId="7A4CAFBF" w14:textId="77777777" w:rsidR="006C7C94" w:rsidRDefault="001C68F6"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sidRPr="006C7C94">
              <w:rPr>
                <w:sz w:val="20"/>
                <w:szCs w:val="20"/>
                <w:lang w:val="en-GB"/>
              </w:rPr>
              <w:t xml:space="preserve">Develop a weather advice campaign </w:t>
            </w:r>
          </w:p>
          <w:p w14:paraId="5DAB6C7B" w14:textId="3345E207" w:rsidR="0022708B" w:rsidRPr="006C7C94" w:rsidRDefault="006C7C94" w:rsidP="001C68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C</w:t>
            </w:r>
            <w:r w:rsidR="001C68F6" w:rsidRPr="006C7C94">
              <w:rPr>
                <w:sz w:val="20"/>
                <w:szCs w:val="20"/>
                <w:lang w:val="en-GB"/>
              </w:rPr>
              <w:t>reate an interactive display or exhibition about Scotland's climate</w:t>
            </w:r>
          </w:p>
        </w:tc>
        <w:tc>
          <w:tcPr>
            <w:tcW w:w="4111" w:type="dxa"/>
            <w:shd w:val="clear" w:color="auto" w:fill="FFFFFF" w:themeFill="background1"/>
          </w:tcPr>
          <w:p w14:paraId="48F632B4" w14:textId="25F8BA7F" w:rsidR="00BF4C26" w:rsidRDefault="00BF4C26" w:rsidP="00BF4C26">
            <w:pPr>
              <w:pStyle w:val="ListParagraph"/>
              <w:numPr>
                <w:ilvl w:val="0"/>
                <w:numId w:val="18"/>
              </w:numPr>
              <w:ind w:left="394"/>
              <w:cnfStyle w:val="000000100000" w:firstRow="0" w:lastRow="0" w:firstColumn="0" w:lastColumn="0" w:oddVBand="0" w:evenVBand="0" w:oddHBand="1" w:evenHBand="0" w:firstRowFirstColumn="0" w:firstRowLastColumn="0" w:lastRowFirstColumn="0" w:lastRowLastColumn="0"/>
              <w:rPr>
                <w:sz w:val="20"/>
                <w:szCs w:val="20"/>
                <w:lang w:val="en-GB"/>
              </w:rPr>
            </w:pPr>
            <w:r w:rsidRPr="00BF4C26">
              <w:rPr>
                <w:sz w:val="20"/>
                <w:szCs w:val="20"/>
                <w:lang w:val="en-GB"/>
              </w:rPr>
              <w:t>Arrive in class dressed for completely the wrong weather (e.g. sun hat, sunglasses and beach towel on a wet day)</w:t>
            </w:r>
          </w:p>
          <w:p w14:paraId="293D5F28" w14:textId="0879E7FF" w:rsidR="00E47C2E" w:rsidRPr="00E47C2E" w:rsidRDefault="00E47C2E" w:rsidP="00E47C2E">
            <w:pPr>
              <w:pStyle w:val="ListParagraph"/>
              <w:numPr>
                <w:ilvl w:val="0"/>
                <w:numId w:val="18"/>
              </w:numPr>
              <w:ind w:left="394"/>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S</w:t>
            </w:r>
            <w:r w:rsidRPr="00E47C2E">
              <w:rPr>
                <w:sz w:val="20"/>
                <w:szCs w:val="20"/>
                <w:lang w:val="en-GB"/>
              </w:rPr>
              <w:t>uitcase packed by a tourist and ask:</w:t>
            </w:r>
            <w:r>
              <w:rPr>
                <w:sz w:val="20"/>
                <w:szCs w:val="20"/>
                <w:lang w:val="en-GB"/>
              </w:rPr>
              <w:t xml:space="preserve"> </w:t>
            </w:r>
            <w:r w:rsidRPr="00E47C2E">
              <w:rPr>
                <w:i/>
                <w:iCs/>
                <w:sz w:val="20"/>
                <w:szCs w:val="20"/>
                <w:lang w:val="en-GB"/>
              </w:rPr>
              <w:t>"Will this help them survive a week in Scotland?"</w:t>
            </w:r>
          </w:p>
          <w:p w14:paraId="233BB0EC" w14:textId="77777777" w:rsidR="008F1C21" w:rsidRDefault="008F1C21" w:rsidP="008F1C21">
            <w:pPr>
              <w:pStyle w:val="ListParagraph"/>
              <w:numPr>
                <w:ilvl w:val="0"/>
                <w:numId w:val="18"/>
              </w:numPr>
              <w:ind w:left="394"/>
              <w:cnfStyle w:val="000000100000" w:firstRow="0" w:lastRow="0" w:firstColumn="0" w:lastColumn="0" w:oddVBand="0" w:evenVBand="0" w:oddHBand="1" w:evenHBand="0" w:firstRowFirstColumn="0" w:firstRowLastColumn="0" w:lastRowFirstColumn="0" w:lastRowLastColumn="0"/>
              <w:rPr>
                <w:sz w:val="20"/>
                <w:szCs w:val="20"/>
                <w:lang w:val="en-GB"/>
              </w:rPr>
            </w:pPr>
            <w:r w:rsidRPr="008F1C21">
              <w:rPr>
                <w:sz w:val="20"/>
                <w:szCs w:val="20"/>
                <w:lang w:val="en-GB"/>
              </w:rPr>
              <w:t>Present weather forecasts from Scotland and contrasting countries and ask pupils to guess the locations.</w:t>
            </w:r>
          </w:p>
          <w:p w14:paraId="0B5A1836" w14:textId="4FE08A50" w:rsidR="00E224B1" w:rsidRPr="008F1C21" w:rsidRDefault="00E224B1" w:rsidP="008F1C21">
            <w:pPr>
              <w:pStyle w:val="ListParagraph"/>
              <w:numPr>
                <w:ilvl w:val="0"/>
                <w:numId w:val="18"/>
              </w:numPr>
              <w:ind w:left="394"/>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Curiosity cube- weather artefacts representing different weather and climate</w:t>
            </w:r>
          </w:p>
          <w:p w14:paraId="0A3371C9" w14:textId="77777777" w:rsidR="008F1C21" w:rsidRPr="008F1C21" w:rsidRDefault="008F1C21" w:rsidP="008F1C21">
            <w:pPr>
              <w:pStyle w:val="ListParagraph"/>
              <w:numPr>
                <w:ilvl w:val="0"/>
                <w:numId w:val="18"/>
              </w:numPr>
              <w:ind w:left="394"/>
              <w:cnfStyle w:val="000000100000" w:firstRow="0" w:lastRow="0" w:firstColumn="0" w:lastColumn="0" w:oddVBand="0" w:evenVBand="0" w:oddHBand="1" w:evenHBand="0" w:firstRowFirstColumn="0" w:firstRowLastColumn="0" w:lastRowFirstColumn="0" w:lastRowLastColumn="0"/>
              <w:rPr>
                <w:sz w:val="20"/>
                <w:szCs w:val="20"/>
                <w:lang w:val="en-GB"/>
              </w:rPr>
            </w:pPr>
            <w:r w:rsidRPr="008F1C21">
              <w:rPr>
                <w:sz w:val="20"/>
                <w:szCs w:val="20"/>
                <w:lang w:val="en-GB"/>
              </w:rPr>
              <w:t>Share photos/videos showing four seasons in one Scottish day</w:t>
            </w:r>
          </w:p>
          <w:p w14:paraId="11AC5475" w14:textId="77777777" w:rsidR="00A90428" w:rsidRPr="00A90428" w:rsidRDefault="008F1C21" w:rsidP="00A90428">
            <w:pPr>
              <w:pStyle w:val="ListParagraph"/>
              <w:numPr>
                <w:ilvl w:val="0"/>
                <w:numId w:val="18"/>
              </w:numPr>
              <w:ind w:left="394"/>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t>E</w:t>
            </w:r>
            <w:r w:rsidRPr="008F1C21">
              <w:rPr>
                <w:sz w:val="20"/>
                <w:szCs w:val="20"/>
                <w:lang w:val="en-GB"/>
              </w:rPr>
              <w:t>mergency challenge:</w:t>
            </w:r>
            <w:r>
              <w:rPr>
                <w:sz w:val="20"/>
                <w:szCs w:val="20"/>
                <w:lang w:val="en-GB"/>
              </w:rPr>
              <w:t xml:space="preserve"> “</w:t>
            </w:r>
            <w:r w:rsidR="00A90428" w:rsidRPr="00A90428">
              <w:rPr>
                <w:sz w:val="20"/>
                <w:szCs w:val="20"/>
                <w:lang w:val="en-GB"/>
              </w:rPr>
              <w:t>Create a mystery survival kit and ask pupils to identify why each item might be useful in Scotland.</w:t>
            </w:r>
          </w:p>
          <w:p w14:paraId="0BD3F058" w14:textId="27E1565F" w:rsidR="00E112E8" w:rsidRPr="00A90428" w:rsidRDefault="00A90428" w:rsidP="0080126E">
            <w:pPr>
              <w:pStyle w:val="ListParagraph"/>
              <w:numPr>
                <w:ilvl w:val="0"/>
                <w:numId w:val="18"/>
              </w:numPr>
              <w:ind w:left="394"/>
              <w:cnfStyle w:val="000000100000" w:firstRow="0" w:lastRow="0" w:firstColumn="0" w:lastColumn="0" w:oddVBand="0" w:evenVBand="0" w:oddHBand="1" w:evenHBand="0" w:firstRowFirstColumn="0" w:firstRowLastColumn="0" w:lastRowFirstColumn="0" w:lastRowLastColumn="0"/>
              <w:rPr>
                <w:sz w:val="20"/>
                <w:szCs w:val="20"/>
                <w:lang w:val="en-GB"/>
              </w:rPr>
            </w:pPr>
            <w:r w:rsidRPr="00A90428">
              <w:rPr>
                <w:sz w:val="20"/>
                <w:szCs w:val="20"/>
                <w:lang w:val="en-GB"/>
              </w:rPr>
              <w:t>Create a mystery survival kit and ask pupils to identify why each item might be useful in Scotland.</w:t>
            </w:r>
          </w:p>
        </w:tc>
      </w:tr>
    </w:tbl>
    <w:p w14:paraId="7E30A2DF" w14:textId="517E9A10" w:rsidR="0072186B" w:rsidRDefault="6B6046C2">
      <w:pPr>
        <w:pStyle w:val="Heading2"/>
      </w:pPr>
      <w:r>
        <w:t>Intentional Planning</w:t>
      </w:r>
    </w:p>
    <w:p w14:paraId="467788CD" w14:textId="230B0EA7" w:rsidR="00372E94" w:rsidRPr="00616113" w:rsidRDefault="00BB03D0" w:rsidP="00372E94">
      <w:pPr>
        <w:ind w:right="-858"/>
        <w:rPr>
          <w:sz w:val="20"/>
          <w:szCs w:val="20"/>
          <w:lang w:val="en-GB"/>
        </w:rPr>
      </w:pPr>
      <w:r w:rsidRPr="00616113">
        <w:rPr>
          <w:sz w:val="20"/>
          <w:szCs w:val="20"/>
          <w:lang w:val="en-GB"/>
        </w:rPr>
        <w:t>Selected E</w:t>
      </w:r>
      <w:r w:rsidR="008901A8" w:rsidRPr="00616113">
        <w:rPr>
          <w:sz w:val="20"/>
          <w:szCs w:val="20"/>
          <w:lang w:val="en-GB"/>
        </w:rPr>
        <w:t xml:space="preserve">s and Os </w:t>
      </w:r>
      <w:r w:rsidRPr="00616113">
        <w:rPr>
          <w:sz w:val="20"/>
          <w:szCs w:val="20"/>
          <w:lang w:val="en-GB"/>
        </w:rPr>
        <w:t>identify the intended learning. Additional Es and Os may be incorporated through responsive planning as learners' interests, questions and investigations develop. The list is intended to provide possible learning pathways and opportunities for extension rather than an expectation that all outcomes will be fully addressed.</w:t>
      </w:r>
    </w:p>
    <w:tbl>
      <w:tblPr>
        <w:tblStyle w:val="LightGrid"/>
        <w:tblW w:w="0" w:type="auto"/>
        <w:tblLook w:val="04A0" w:firstRow="1" w:lastRow="0" w:firstColumn="1" w:lastColumn="0" w:noHBand="0" w:noVBand="1"/>
      </w:tblPr>
      <w:tblGrid>
        <w:gridCol w:w="2869"/>
        <w:gridCol w:w="2873"/>
        <w:gridCol w:w="2878"/>
      </w:tblGrid>
      <w:tr w:rsidR="00616113" w14:paraId="6A68C0D9" w14:textId="77777777" w:rsidTr="00D344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shd w:val="clear" w:color="auto" w:fill="F2DBDB" w:themeFill="accent2" w:themeFillTint="33"/>
          </w:tcPr>
          <w:p w14:paraId="269A15B3" w14:textId="77777777" w:rsidR="00616113" w:rsidRDefault="00616113" w:rsidP="00D344F0">
            <w:r>
              <w:t>Experiences &amp; Outcomes</w:t>
            </w:r>
          </w:p>
        </w:tc>
        <w:tc>
          <w:tcPr>
            <w:tcW w:w="2880" w:type="dxa"/>
            <w:shd w:val="clear" w:color="auto" w:fill="F2DBDB" w:themeFill="accent2" w:themeFillTint="33"/>
          </w:tcPr>
          <w:p w14:paraId="003F36CB" w14:textId="77777777" w:rsidR="00616113" w:rsidRDefault="00616113" w:rsidP="00D344F0">
            <w:pPr>
              <w:cnfStyle w:val="100000000000" w:firstRow="1" w:lastRow="0" w:firstColumn="0" w:lastColumn="0" w:oddVBand="0" w:evenVBand="0" w:oddHBand="0" w:evenHBand="0" w:firstRowFirstColumn="0" w:firstRowLastColumn="0" w:lastRowFirstColumn="0" w:lastRowLastColumn="0"/>
            </w:pPr>
            <w:r>
              <w:t>Benchmarks / Assessment Evidence</w:t>
            </w:r>
          </w:p>
        </w:tc>
        <w:tc>
          <w:tcPr>
            <w:tcW w:w="2880" w:type="dxa"/>
            <w:shd w:val="clear" w:color="auto" w:fill="F2DBDB" w:themeFill="accent2" w:themeFillTint="33"/>
          </w:tcPr>
          <w:p w14:paraId="1425B728" w14:textId="77777777" w:rsidR="00616113" w:rsidRDefault="00616113" w:rsidP="00D344F0">
            <w:pPr>
              <w:cnfStyle w:val="100000000000" w:firstRow="1" w:lastRow="0" w:firstColumn="0" w:lastColumn="0" w:oddVBand="0" w:evenVBand="0" w:oddHBand="0" w:evenHBand="0" w:firstRowFirstColumn="0" w:firstRowLastColumn="0" w:lastRowFirstColumn="0" w:lastRowLastColumn="0"/>
            </w:pPr>
            <w:r>
              <w:t xml:space="preserve">Meta Skills </w:t>
            </w:r>
            <w:r>
              <w:rPr>
                <w:b w:val="0"/>
                <w:bCs w:val="0"/>
              </w:rPr>
              <w:t>(Highlight/Circle)</w:t>
            </w:r>
          </w:p>
          <w:p w14:paraId="05F02FDC" w14:textId="77777777" w:rsidR="00616113" w:rsidRPr="00F6591F" w:rsidRDefault="00616113" w:rsidP="00D344F0">
            <w:pPr>
              <w:cnfStyle w:val="100000000000" w:firstRow="1" w:lastRow="0" w:firstColumn="0" w:lastColumn="0" w:oddVBand="0" w:evenVBand="0" w:oddHBand="0" w:evenHBand="0" w:firstRowFirstColumn="0" w:firstRowLastColumn="0" w:lastRowFirstColumn="0" w:lastRowLastColumn="0"/>
              <w:rPr>
                <w:b w:val="0"/>
                <w:bCs w:val="0"/>
                <w:i/>
                <w:iCs/>
              </w:rPr>
            </w:pPr>
            <w:r>
              <w:rPr>
                <w:b w:val="0"/>
                <w:bCs w:val="0"/>
                <w:i/>
                <w:iCs/>
              </w:rPr>
              <w:t>Observed throughout Enquiry</w:t>
            </w:r>
          </w:p>
        </w:tc>
      </w:tr>
      <w:tr w:rsidR="00616113" w14:paraId="10E5E3F1" w14:textId="77777777" w:rsidTr="00D344F0">
        <w:trPr>
          <w:cnfStyle w:val="000000100000" w:firstRow="0" w:lastRow="0" w:firstColumn="0" w:lastColumn="0" w:oddVBand="0" w:evenVBand="0" w:oddHBand="1" w:evenHBand="0" w:firstRowFirstColumn="0" w:firstRowLastColumn="0" w:lastRowFirstColumn="0" w:lastRowLastColumn="0"/>
          <w:trHeight w:val="4249"/>
        </w:trPr>
        <w:tc>
          <w:tcPr>
            <w:cnfStyle w:val="001000000000" w:firstRow="0" w:lastRow="0" w:firstColumn="1" w:lastColumn="0" w:oddVBand="0" w:evenVBand="0" w:oddHBand="0" w:evenHBand="0" w:firstRowFirstColumn="0" w:firstRowLastColumn="0" w:lastRowFirstColumn="0" w:lastRowLastColumn="0"/>
            <w:tcW w:w="2880" w:type="dxa"/>
            <w:shd w:val="clear" w:color="auto" w:fill="FFFFFF" w:themeFill="background1"/>
          </w:tcPr>
          <w:p w14:paraId="4FBB447E" w14:textId="77777777" w:rsidR="00616113" w:rsidRPr="001E23FD" w:rsidRDefault="00616113" w:rsidP="00D344F0">
            <w:pPr>
              <w:rPr>
                <w:b w:val="0"/>
                <w:bCs w:val="0"/>
                <w:sz w:val="18"/>
                <w:szCs w:val="18"/>
                <w:lang w:val="en-GB"/>
              </w:rPr>
            </w:pPr>
            <w:r w:rsidRPr="001E23FD">
              <w:rPr>
                <w:b w:val="0"/>
                <w:bCs w:val="0"/>
                <w:sz w:val="18"/>
                <w:szCs w:val="18"/>
                <w:lang w:val="en-GB"/>
              </w:rPr>
              <w:lastRenderedPageBreak/>
              <w:t>Through exploration of non-living things and living things, I can make links between my environment and where they live</w:t>
            </w:r>
            <w:r>
              <w:rPr>
                <w:b w:val="0"/>
                <w:bCs w:val="0"/>
                <w:sz w:val="18"/>
                <w:szCs w:val="18"/>
                <w:lang w:val="en-GB"/>
              </w:rPr>
              <w:t xml:space="preserve"> (SCN 1-05a)</w:t>
            </w:r>
          </w:p>
          <w:p w14:paraId="5E3F64E5" w14:textId="77777777" w:rsidR="00616113" w:rsidRDefault="00616113" w:rsidP="00D344F0">
            <w:pPr>
              <w:rPr>
                <w:sz w:val="18"/>
                <w:szCs w:val="18"/>
                <w:lang w:val="en-GB"/>
              </w:rPr>
            </w:pPr>
          </w:p>
          <w:p w14:paraId="410E9E33" w14:textId="77777777" w:rsidR="00616113" w:rsidRDefault="00616113" w:rsidP="00D344F0">
            <w:pPr>
              <w:rPr>
                <w:sz w:val="18"/>
                <w:szCs w:val="18"/>
                <w:lang w:val="en-GB"/>
              </w:rPr>
            </w:pPr>
            <w:r w:rsidRPr="0076689D">
              <w:rPr>
                <w:b w:val="0"/>
                <w:bCs w:val="0"/>
                <w:sz w:val="18"/>
                <w:szCs w:val="18"/>
                <w:lang w:val="en-GB"/>
              </w:rPr>
              <w:t>Explores properties and uses of materials</w:t>
            </w:r>
            <w:r>
              <w:rPr>
                <w:sz w:val="18"/>
                <w:szCs w:val="18"/>
                <w:lang w:val="en-GB"/>
              </w:rPr>
              <w:t xml:space="preserve"> (</w:t>
            </w:r>
            <w:r>
              <w:rPr>
                <w:b w:val="0"/>
                <w:bCs w:val="0"/>
                <w:sz w:val="18"/>
                <w:szCs w:val="18"/>
                <w:lang w:val="en-GB"/>
              </w:rPr>
              <w:t>SCN 1-20a)</w:t>
            </w:r>
          </w:p>
          <w:p w14:paraId="68D7F1C7" w14:textId="77777777" w:rsidR="00616113" w:rsidRDefault="00616113" w:rsidP="00D344F0">
            <w:pPr>
              <w:rPr>
                <w:sz w:val="18"/>
                <w:szCs w:val="18"/>
                <w:lang w:val="en-GB"/>
              </w:rPr>
            </w:pPr>
          </w:p>
          <w:p w14:paraId="3F6344AC" w14:textId="77777777" w:rsidR="00616113" w:rsidRPr="00A116F3" w:rsidRDefault="00616113" w:rsidP="00D344F0">
            <w:pPr>
              <w:rPr>
                <w:b w:val="0"/>
                <w:bCs w:val="0"/>
                <w:sz w:val="18"/>
                <w:szCs w:val="18"/>
                <w:lang w:val="en-GB"/>
              </w:rPr>
            </w:pPr>
            <w:r w:rsidRPr="00657F74">
              <w:rPr>
                <w:b w:val="0"/>
                <w:bCs w:val="0"/>
                <w:sz w:val="18"/>
                <w:szCs w:val="18"/>
                <w:lang w:val="en-GB"/>
              </w:rPr>
              <w:t>Investigating weather and seasonal changes and their effects</w:t>
            </w:r>
            <w:r>
              <w:rPr>
                <w:b w:val="0"/>
                <w:bCs w:val="0"/>
                <w:sz w:val="18"/>
                <w:szCs w:val="18"/>
                <w:lang w:val="en-GB"/>
              </w:rPr>
              <w:t xml:space="preserve"> (SCN 1-12a/b)</w:t>
            </w:r>
          </w:p>
          <w:p w14:paraId="5E4E4B1B" w14:textId="77777777" w:rsidR="00616113" w:rsidRPr="00C14B2B" w:rsidRDefault="00616113" w:rsidP="00D344F0">
            <w:pPr>
              <w:rPr>
                <w:b w:val="0"/>
                <w:bCs w:val="0"/>
                <w:i/>
                <w:iCs/>
                <w:sz w:val="18"/>
                <w:szCs w:val="18"/>
                <w:lang w:val="en-GB"/>
              </w:rPr>
            </w:pPr>
          </w:p>
          <w:p w14:paraId="7CA435BA" w14:textId="77777777" w:rsidR="00616113" w:rsidRPr="00967592" w:rsidRDefault="00616113" w:rsidP="00D344F0">
            <w:pPr>
              <w:rPr>
                <w:b w:val="0"/>
                <w:bCs w:val="0"/>
                <w:sz w:val="18"/>
                <w:szCs w:val="18"/>
                <w:lang w:val="en-GB"/>
              </w:rPr>
            </w:pPr>
            <w:r w:rsidRPr="00967592">
              <w:rPr>
                <w:b w:val="0"/>
                <w:bCs w:val="0"/>
                <w:sz w:val="18"/>
                <w:szCs w:val="18"/>
                <w:lang w:val="en-GB"/>
              </w:rPr>
              <w:t>By comparing my local area with a different place, I can discover similarities and differences</w:t>
            </w:r>
            <w:r>
              <w:rPr>
                <w:b w:val="0"/>
                <w:bCs w:val="0"/>
                <w:sz w:val="18"/>
                <w:szCs w:val="18"/>
                <w:lang w:val="en-GB"/>
              </w:rPr>
              <w:t xml:space="preserve"> (SOC 1-12a)</w:t>
            </w:r>
          </w:p>
          <w:p w14:paraId="42AE287E" w14:textId="77777777" w:rsidR="00616113" w:rsidRPr="00967592" w:rsidRDefault="00616113" w:rsidP="00D344F0">
            <w:pPr>
              <w:rPr>
                <w:b w:val="0"/>
                <w:bCs w:val="0"/>
                <w:sz w:val="18"/>
                <w:szCs w:val="18"/>
                <w:lang w:val="en-GB"/>
              </w:rPr>
            </w:pPr>
          </w:p>
          <w:p w14:paraId="2D6228D4" w14:textId="77777777" w:rsidR="00616113" w:rsidRDefault="00616113" w:rsidP="00D344F0">
            <w:pPr>
              <w:rPr>
                <w:sz w:val="20"/>
                <w:szCs w:val="20"/>
                <w:lang w:val="en-GB"/>
              </w:rPr>
            </w:pPr>
            <w:r w:rsidRPr="008A7CFC">
              <w:rPr>
                <w:b w:val="0"/>
                <w:bCs w:val="0"/>
                <w:sz w:val="20"/>
                <w:szCs w:val="20"/>
                <w:lang w:val="en-GB"/>
              </w:rPr>
              <w:t>Understanding weather, climate and how people are affected by them (SOC 1-13b)</w:t>
            </w:r>
          </w:p>
          <w:p w14:paraId="07659FCB" w14:textId="77777777" w:rsidR="00BD68C2" w:rsidRDefault="00BD68C2" w:rsidP="00D344F0">
            <w:pPr>
              <w:rPr>
                <w:sz w:val="20"/>
                <w:szCs w:val="20"/>
                <w:lang w:val="en-GB"/>
              </w:rPr>
            </w:pPr>
          </w:p>
          <w:p w14:paraId="7BCD4191" w14:textId="4EA1B356" w:rsidR="00BD68C2" w:rsidRPr="00BD68C2" w:rsidRDefault="00BD68C2" w:rsidP="00BD68C2">
            <w:pPr>
              <w:rPr>
                <w:b w:val="0"/>
                <w:bCs w:val="0"/>
                <w:sz w:val="20"/>
                <w:szCs w:val="20"/>
                <w:lang w:val="en-GB"/>
              </w:rPr>
            </w:pPr>
            <w:r w:rsidRPr="00BD68C2">
              <w:rPr>
                <w:b w:val="0"/>
                <w:bCs w:val="0"/>
                <w:i/>
                <w:iCs/>
                <w:sz w:val="20"/>
                <w:szCs w:val="20"/>
                <w:lang w:val="en-GB"/>
              </w:rPr>
              <w:t>By considering the type of text I am creating, I can select ideas and relevant information and organise these in a logical sequence (</w:t>
            </w:r>
            <w:r w:rsidRPr="00BD68C2">
              <w:rPr>
                <w:b w:val="0"/>
                <w:bCs w:val="0"/>
                <w:sz w:val="20"/>
                <w:szCs w:val="20"/>
                <w:lang w:val="en-GB"/>
              </w:rPr>
              <w:t>LIT 1-25a)</w:t>
            </w:r>
          </w:p>
          <w:p w14:paraId="688F0EDE" w14:textId="0C594B98" w:rsidR="00BD68C2" w:rsidRPr="00BD68C2" w:rsidRDefault="00BD68C2" w:rsidP="00BD68C2">
            <w:pPr>
              <w:rPr>
                <w:sz w:val="20"/>
                <w:szCs w:val="20"/>
                <w:lang w:val="en-GB"/>
              </w:rPr>
            </w:pPr>
          </w:p>
          <w:p w14:paraId="2E54306F" w14:textId="77777777" w:rsidR="00BD68C2" w:rsidRPr="00DA449A" w:rsidRDefault="00BD68C2" w:rsidP="00D344F0">
            <w:pPr>
              <w:rPr>
                <w:b w:val="0"/>
                <w:bCs w:val="0"/>
                <w:sz w:val="20"/>
                <w:szCs w:val="20"/>
                <w:lang w:val="en-GB"/>
              </w:rPr>
            </w:pPr>
          </w:p>
        </w:tc>
        <w:tc>
          <w:tcPr>
            <w:tcW w:w="2880" w:type="dxa"/>
            <w:shd w:val="clear" w:color="auto" w:fill="FFFFFF" w:themeFill="background1"/>
          </w:tcPr>
          <w:p w14:paraId="6ED2D0D0" w14:textId="77777777" w:rsidR="00616113" w:rsidRPr="00F779F3" w:rsidRDefault="00616113" w:rsidP="00D344F0">
            <w:pPr>
              <w:cnfStyle w:val="000000100000" w:firstRow="0" w:lastRow="0" w:firstColumn="0" w:lastColumn="0" w:oddVBand="0" w:evenVBand="0" w:oddHBand="1" w:evenHBand="0" w:firstRowFirstColumn="0" w:firstRowLastColumn="0" w:lastRowFirstColumn="0" w:lastRowLastColumn="0"/>
              <w:rPr>
                <w:sz w:val="18"/>
                <w:szCs w:val="18"/>
                <w:lang w:val="en-GB"/>
              </w:rPr>
            </w:pPr>
            <w:r w:rsidRPr="00F779F3">
              <w:rPr>
                <w:sz w:val="18"/>
                <w:szCs w:val="18"/>
                <w:lang w:val="en-GB"/>
              </w:rPr>
              <w:t>Learners can:</w:t>
            </w:r>
          </w:p>
          <w:p w14:paraId="28A1A823" w14:textId="203560CB" w:rsidR="00616113" w:rsidRDefault="00616113" w:rsidP="00D344F0">
            <w:pPr>
              <w:pStyle w:val="ListParagraph"/>
              <w:numPr>
                <w:ilvl w:val="0"/>
                <w:numId w:val="20"/>
              </w:numPr>
              <w:tabs>
                <w:tab w:val="clear" w:pos="720"/>
                <w:tab w:val="num" w:pos="410"/>
              </w:tabs>
              <w:ind w:left="410"/>
              <w:cnfStyle w:val="000000100000" w:firstRow="0" w:lastRow="0" w:firstColumn="0" w:lastColumn="0" w:oddVBand="0" w:evenVBand="0" w:oddHBand="1" w:evenHBand="0" w:firstRowFirstColumn="0" w:firstRowLastColumn="0" w:lastRowFirstColumn="0" w:lastRowLastColumn="0"/>
              <w:rPr>
                <w:sz w:val="18"/>
                <w:szCs w:val="18"/>
                <w:lang w:val="en-GB"/>
              </w:rPr>
            </w:pPr>
            <w:r w:rsidRPr="00F779F3">
              <w:rPr>
                <w:sz w:val="18"/>
                <w:szCs w:val="18"/>
                <w:lang w:val="en-GB"/>
              </w:rPr>
              <w:t>Describe and record weather patterns and seasonal changes</w:t>
            </w:r>
          </w:p>
          <w:p w14:paraId="5CBC01D5" w14:textId="3ACF091D" w:rsidR="00616113" w:rsidRPr="00F779F3" w:rsidRDefault="00616113" w:rsidP="00D344F0">
            <w:pPr>
              <w:pStyle w:val="ListParagraph"/>
              <w:numPr>
                <w:ilvl w:val="0"/>
                <w:numId w:val="20"/>
              </w:numPr>
              <w:tabs>
                <w:tab w:val="clear" w:pos="720"/>
                <w:tab w:val="num" w:pos="410"/>
              </w:tabs>
              <w:ind w:left="410"/>
              <w:cnfStyle w:val="000000100000" w:firstRow="0" w:lastRow="0" w:firstColumn="0" w:lastColumn="0" w:oddVBand="0" w:evenVBand="0" w:oddHBand="1" w:evenHBand="0" w:firstRowFirstColumn="0" w:firstRowLastColumn="0" w:lastRowFirstColumn="0" w:lastRowLastColumn="0"/>
              <w:rPr>
                <w:sz w:val="18"/>
                <w:szCs w:val="18"/>
                <w:lang w:val="en-GB"/>
              </w:rPr>
            </w:pPr>
            <w:r w:rsidRPr="00F779F3">
              <w:rPr>
                <w:sz w:val="18"/>
                <w:szCs w:val="18"/>
                <w:lang w:val="en-GB"/>
              </w:rPr>
              <w:t>Compare Scotland's climate with another climate</w:t>
            </w:r>
          </w:p>
          <w:p w14:paraId="339F2E48" w14:textId="339D6E4F" w:rsidR="00616113" w:rsidRPr="00F779F3" w:rsidRDefault="00616113" w:rsidP="00D344F0">
            <w:pPr>
              <w:numPr>
                <w:ilvl w:val="0"/>
                <w:numId w:val="20"/>
              </w:numPr>
              <w:tabs>
                <w:tab w:val="clear" w:pos="720"/>
                <w:tab w:val="num" w:pos="410"/>
              </w:tabs>
              <w:ind w:left="410" w:hanging="720"/>
              <w:cnfStyle w:val="000000100000" w:firstRow="0" w:lastRow="0" w:firstColumn="0" w:lastColumn="0" w:oddVBand="0" w:evenVBand="0" w:oddHBand="1" w:evenHBand="0" w:firstRowFirstColumn="0" w:firstRowLastColumn="0" w:lastRowFirstColumn="0" w:lastRowLastColumn="0"/>
              <w:rPr>
                <w:sz w:val="18"/>
                <w:szCs w:val="18"/>
                <w:lang w:val="en-GB"/>
              </w:rPr>
            </w:pPr>
            <w:r w:rsidRPr="00F779F3">
              <w:rPr>
                <w:sz w:val="18"/>
                <w:szCs w:val="18"/>
                <w:lang w:val="en-GB"/>
              </w:rPr>
              <w:t>Explain how weather affects living things and people's choices</w:t>
            </w:r>
          </w:p>
          <w:p w14:paraId="7CBF5B31" w14:textId="399D9F32" w:rsidR="00616113" w:rsidRPr="00F779F3" w:rsidRDefault="00616113" w:rsidP="00D344F0">
            <w:pPr>
              <w:numPr>
                <w:ilvl w:val="0"/>
                <w:numId w:val="20"/>
              </w:numPr>
              <w:tabs>
                <w:tab w:val="clear" w:pos="720"/>
              </w:tabs>
              <w:ind w:left="410"/>
              <w:cnfStyle w:val="000000100000" w:firstRow="0" w:lastRow="0" w:firstColumn="0" w:lastColumn="0" w:oddVBand="0" w:evenVBand="0" w:oddHBand="1" w:evenHBand="0" w:firstRowFirstColumn="0" w:firstRowLastColumn="0" w:lastRowFirstColumn="0" w:lastRowLastColumn="0"/>
              <w:rPr>
                <w:sz w:val="18"/>
                <w:szCs w:val="18"/>
                <w:lang w:val="en-GB"/>
              </w:rPr>
            </w:pPr>
            <w:r w:rsidRPr="00F779F3">
              <w:rPr>
                <w:sz w:val="18"/>
                <w:szCs w:val="18"/>
                <w:lang w:val="en-GB"/>
              </w:rPr>
              <w:t>Investigate the suitability of materials for different weather conditions</w:t>
            </w:r>
          </w:p>
          <w:p w14:paraId="541A5B3D" w14:textId="6EF11A7A" w:rsidR="00616113" w:rsidRPr="00F779F3" w:rsidRDefault="00616113" w:rsidP="00D344F0">
            <w:pPr>
              <w:numPr>
                <w:ilvl w:val="0"/>
                <w:numId w:val="20"/>
              </w:numPr>
              <w:tabs>
                <w:tab w:val="clear" w:pos="720"/>
              </w:tabs>
              <w:ind w:left="410"/>
              <w:cnfStyle w:val="000000100000" w:firstRow="0" w:lastRow="0" w:firstColumn="0" w:lastColumn="0" w:oddVBand="0" w:evenVBand="0" w:oddHBand="1" w:evenHBand="0" w:firstRowFirstColumn="0" w:firstRowLastColumn="0" w:lastRowFirstColumn="0" w:lastRowLastColumn="0"/>
              <w:rPr>
                <w:sz w:val="18"/>
                <w:szCs w:val="18"/>
                <w:lang w:val="en-GB"/>
              </w:rPr>
            </w:pPr>
            <w:r w:rsidRPr="00F779F3">
              <w:rPr>
                <w:sz w:val="18"/>
                <w:szCs w:val="18"/>
                <w:lang w:val="en-GB"/>
              </w:rPr>
              <w:t>Research and select relevant information from different sources</w:t>
            </w:r>
          </w:p>
          <w:p w14:paraId="122B177E" w14:textId="3291A7F1" w:rsidR="00616113" w:rsidRPr="00F779F3" w:rsidRDefault="00616113" w:rsidP="00D344F0">
            <w:pPr>
              <w:numPr>
                <w:ilvl w:val="0"/>
                <w:numId w:val="20"/>
              </w:numPr>
              <w:tabs>
                <w:tab w:val="clear" w:pos="720"/>
              </w:tabs>
              <w:ind w:left="410"/>
              <w:cnfStyle w:val="000000100000" w:firstRow="0" w:lastRow="0" w:firstColumn="0" w:lastColumn="0" w:oddVBand="0" w:evenVBand="0" w:oddHBand="1" w:evenHBand="0" w:firstRowFirstColumn="0" w:firstRowLastColumn="0" w:lastRowFirstColumn="0" w:lastRowLastColumn="0"/>
              <w:rPr>
                <w:sz w:val="18"/>
                <w:szCs w:val="18"/>
                <w:lang w:val="en-GB"/>
              </w:rPr>
            </w:pPr>
            <w:r w:rsidRPr="00F779F3">
              <w:rPr>
                <w:sz w:val="18"/>
                <w:szCs w:val="18"/>
                <w:lang w:val="en-GB"/>
              </w:rPr>
              <w:t>Use evidence to justify choices made for a survival kit</w:t>
            </w:r>
          </w:p>
          <w:p w14:paraId="1A30F892" w14:textId="18E49881" w:rsidR="00616113" w:rsidRPr="00F779F3" w:rsidRDefault="00616113" w:rsidP="00D344F0">
            <w:pPr>
              <w:numPr>
                <w:ilvl w:val="0"/>
                <w:numId w:val="20"/>
              </w:numPr>
              <w:tabs>
                <w:tab w:val="clear" w:pos="720"/>
              </w:tabs>
              <w:ind w:left="410"/>
              <w:cnfStyle w:val="000000100000" w:firstRow="0" w:lastRow="0" w:firstColumn="0" w:lastColumn="0" w:oddVBand="0" w:evenVBand="0" w:oddHBand="1" w:evenHBand="0" w:firstRowFirstColumn="0" w:firstRowLastColumn="0" w:lastRowFirstColumn="0" w:lastRowLastColumn="0"/>
              <w:rPr>
                <w:sz w:val="18"/>
                <w:szCs w:val="18"/>
                <w:lang w:val="en-GB"/>
              </w:rPr>
            </w:pPr>
            <w:r w:rsidRPr="00F779F3">
              <w:rPr>
                <w:sz w:val="18"/>
                <w:szCs w:val="18"/>
                <w:lang w:val="en-GB"/>
              </w:rPr>
              <w:t>Create and present an informative survival guide for tourists</w:t>
            </w:r>
          </w:p>
          <w:p w14:paraId="46952CCA" w14:textId="77777777" w:rsidR="00616113" w:rsidRDefault="00616113" w:rsidP="00D344F0">
            <w:pPr>
              <w:numPr>
                <w:ilvl w:val="0"/>
                <w:numId w:val="20"/>
              </w:numPr>
              <w:tabs>
                <w:tab w:val="clear" w:pos="720"/>
                <w:tab w:val="num" w:pos="410"/>
              </w:tabs>
              <w:ind w:left="410"/>
              <w:cnfStyle w:val="000000100000" w:firstRow="0" w:lastRow="0" w:firstColumn="0" w:lastColumn="0" w:oddVBand="0" w:evenVBand="0" w:oddHBand="1" w:evenHBand="0" w:firstRowFirstColumn="0" w:firstRowLastColumn="0" w:lastRowFirstColumn="0" w:lastRowLastColumn="0"/>
              <w:rPr>
                <w:sz w:val="18"/>
                <w:szCs w:val="18"/>
                <w:lang w:val="en-GB"/>
              </w:rPr>
            </w:pPr>
            <w:r w:rsidRPr="00F779F3">
              <w:rPr>
                <w:sz w:val="18"/>
                <w:szCs w:val="18"/>
                <w:lang w:val="en-GB"/>
              </w:rPr>
              <w:t>Work collaboratively and evaluate the effectiveness of their final product</w:t>
            </w:r>
          </w:p>
          <w:p w14:paraId="3F853BEF" w14:textId="77777777" w:rsidR="007F6B56" w:rsidRDefault="007F6B56" w:rsidP="007F6B56">
            <w:pPr>
              <w:tabs>
                <w:tab w:val="num" w:pos="410"/>
              </w:tabs>
              <w:ind w:left="50"/>
              <w:cnfStyle w:val="000000100000" w:firstRow="0" w:lastRow="0" w:firstColumn="0" w:lastColumn="0" w:oddVBand="0" w:evenVBand="0" w:oddHBand="1" w:evenHBand="0" w:firstRowFirstColumn="0" w:firstRowLastColumn="0" w:lastRowFirstColumn="0" w:lastRowLastColumn="0"/>
              <w:rPr>
                <w:sz w:val="18"/>
                <w:szCs w:val="18"/>
                <w:lang w:val="en-GB"/>
              </w:rPr>
            </w:pPr>
          </w:p>
          <w:p w14:paraId="26FF3B2D" w14:textId="77777777" w:rsidR="007F6B56" w:rsidRDefault="007F6B56" w:rsidP="007F6B56">
            <w:pPr>
              <w:tabs>
                <w:tab w:val="num" w:pos="410"/>
              </w:tabs>
              <w:ind w:left="50"/>
              <w:cnfStyle w:val="000000100000" w:firstRow="0" w:lastRow="0" w:firstColumn="0" w:lastColumn="0" w:oddVBand="0" w:evenVBand="0" w:oddHBand="1" w:evenHBand="0" w:firstRowFirstColumn="0" w:firstRowLastColumn="0" w:lastRowFirstColumn="0" w:lastRowLastColumn="0"/>
              <w:rPr>
                <w:b/>
                <w:bCs/>
                <w:sz w:val="18"/>
                <w:szCs w:val="18"/>
                <w:lang w:val="en-GB"/>
              </w:rPr>
            </w:pPr>
            <w:r>
              <w:rPr>
                <w:b/>
                <w:bCs/>
                <w:sz w:val="18"/>
                <w:szCs w:val="18"/>
                <w:lang w:val="en-GB"/>
              </w:rPr>
              <w:t>Possible evidence:</w:t>
            </w:r>
          </w:p>
          <w:p w14:paraId="159C434B"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 </w:t>
            </w:r>
            <w:r w:rsidRPr="007F6B56">
              <w:rPr>
                <w:sz w:val="18"/>
                <w:szCs w:val="18"/>
                <w:lang w:val="en-GB"/>
              </w:rPr>
              <w:t xml:space="preserve">Weather observations and recordings </w:t>
            </w:r>
          </w:p>
          <w:p w14:paraId="163A0B3A"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Weather investigations and results </w:t>
            </w:r>
          </w:p>
          <w:p w14:paraId="209E5C26"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Research notes </w:t>
            </w:r>
          </w:p>
          <w:p w14:paraId="73D1915A"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Climate comparison studies </w:t>
            </w:r>
          </w:p>
          <w:p w14:paraId="2395A948"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Survival kit designs and prototypes </w:t>
            </w:r>
          </w:p>
          <w:p w14:paraId="0FC7F3EA"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Tourist guides and information texts </w:t>
            </w:r>
          </w:p>
          <w:p w14:paraId="21F9D1FA"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Weather forecast videos </w:t>
            </w:r>
          </w:p>
          <w:p w14:paraId="115E9E4A"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Presentations and digital products </w:t>
            </w:r>
          </w:p>
          <w:p w14:paraId="361C6590"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Models and design sketches</w:t>
            </w:r>
          </w:p>
          <w:p w14:paraId="1290958F"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Learning conversations </w:t>
            </w:r>
          </w:p>
          <w:p w14:paraId="248D14CA" w14:textId="77777777"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sz w:val="18"/>
                <w:szCs w:val="18"/>
                <w:lang w:val="en-GB"/>
              </w:rPr>
            </w:pPr>
            <w:r w:rsidRPr="007F6B56">
              <w:rPr>
                <w:sz w:val="18"/>
                <w:szCs w:val="18"/>
                <w:lang w:val="en-GB"/>
              </w:rPr>
              <w:t xml:space="preserve">Floor books </w:t>
            </w:r>
          </w:p>
          <w:p w14:paraId="63BCAA91" w14:textId="68FC77BB" w:rsidR="007F6B56" w:rsidRPr="007F6B56" w:rsidRDefault="007F6B56" w:rsidP="007F6B56">
            <w:pPr>
              <w:pStyle w:val="ListParagraph"/>
              <w:numPr>
                <w:ilvl w:val="0"/>
                <w:numId w:val="20"/>
              </w:numPr>
              <w:tabs>
                <w:tab w:val="num" w:pos="410"/>
              </w:tabs>
              <w:cnfStyle w:val="000000100000" w:firstRow="0" w:lastRow="0" w:firstColumn="0" w:lastColumn="0" w:oddVBand="0" w:evenVBand="0" w:oddHBand="1" w:evenHBand="0" w:firstRowFirstColumn="0" w:firstRowLastColumn="0" w:lastRowFirstColumn="0" w:lastRowLastColumn="0"/>
              <w:rPr>
                <w:b/>
                <w:bCs/>
                <w:sz w:val="18"/>
                <w:szCs w:val="18"/>
                <w:lang w:val="en-GB"/>
              </w:rPr>
            </w:pPr>
            <w:r w:rsidRPr="007F6B56">
              <w:rPr>
                <w:sz w:val="18"/>
                <w:szCs w:val="18"/>
                <w:lang w:val="en-GB"/>
              </w:rPr>
              <w:t>Peer and self-assessments</w:t>
            </w:r>
          </w:p>
        </w:tc>
        <w:tc>
          <w:tcPr>
            <w:tcW w:w="2880" w:type="dxa"/>
            <w:shd w:val="clear" w:color="auto" w:fill="FFFFFF" w:themeFill="background1"/>
          </w:tcPr>
          <w:tbl>
            <w:tblPr>
              <w:tblStyle w:val="TableGrid"/>
              <w:tblW w:w="2057" w:type="dxa"/>
              <w:tblLook w:val="04A0" w:firstRow="1" w:lastRow="0" w:firstColumn="1" w:lastColumn="0" w:noHBand="0" w:noVBand="1"/>
            </w:tblPr>
            <w:tblGrid>
              <w:gridCol w:w="1228"/>
              <w:gridCol w:w="1116"/>
            </w:tblGrid>
            <w:tr w:rsidR="00616113" w14:paraId="3AAF94E8" w14:textId="77777777" w:rsidTr="00D344F0">
              <w:trPr>
                <w:trHeight w:val="490"/>
              </w:trPr>
              <w:tc>
                <w:tcPr>
                  <w:tcW w:w="1078" w:type="dxa"/>
                </w:tcPr>
                <w:p w14:paraId="57E858FC" w14:textId="77777777" w:rsidR="00616113" w:rsidRDefault="00616113" w:rsidP="00D344F0">
                  <w:pPr>
                    <w:jc w:val="center"/>
                    <w:rPr>
                      <w:sz w:val="18"/>
                      <w:szCs w:val="18"/>
                    </w:rPr>
                  </w:pPr>
                  <w:r w:rsidRPr="00513300">
                    <w:rPr>
                      <w:noProof/>
                      <w:sz w:val="18"/>
                      <w:szCs w:val="18"/>
                    </w:rPr>
                    <w:drawing>
                      <wp:inline distT="0" distB="0" distL="0" distR="0" wp14:anchorId="5E663D16" wp14:editId="13425919">
                        <wp:extent cx="423333" cy="455198"/>
                        <wp:effectExtent l="0" t="0" r="0" b="2540"/>
                        <wp:docPr id="836900404" name="Picture 1">
                          <a:extLst xmlns:a="http://schemas.openxmlformats.org/drawingml/2006/main">
                            <a:ext uri="{FF2B5EF4-FFF2-40B4-BE49-F238E27FC236}">
                              <a16:creationId xmlns:a16="http://schemas.microsoft.com/office/drawing/2014/main" id="{EA1E9586-8F9A-45F5-B469-63AA8DAFB2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00404" name=""/>
                                <pic:cNvPicPr/>
                              </pic:nvPicPr>
                              <pic:blipFill>
                                <a:blip r:embed="rId11"/>
                                <a:stretch>
                                  <a:fillRect/>
                                </a:stretch>
                              </pic:blipFill>
                              <pic:spPr>
                                <a:xfrm>
                                  <a:off x="0" y="0"/>
                                  <a:ext cx="427159" cy="459312"/>
                                </a:xfrm>
                                <a:prstGeom prst="rect">
                                  <a:avLst/>
                                </a:prstGeom>
                              </pic:spPr>
                            </pic:pic>
                          </a:graphicData>
                        </a:graphic>
                      </wp:inline>
                    </w:drawing>
                  </w:r>
                </w:p>
              </w:tc>
              <w:tc>
                <w:tcPr>
                  <w:tcW w:w="979" w:type="dxa"/>
                </w:tcPr>
                <w:p w14:paraId="07AAB35C" w14:textId="77777777" w:rsidR="00616113" w:rsidRDefault="00616113" w:rsidP="00D344F0">
                  <w:pPr>
                    <w:jc w:val="center"/>
                    <w:rPr>
                      <w:sz w:val="18"/>
                      <w:szCs w:val="18"/>
                    </w:rPr>
                  </w:pPr>
                  <w:r w:rsidRPr="002E740F">
                    <w:rPr>
                      <w:noProof/>
                      <w:sz w:val="18"/>
                      <w:szCs w:val="18"/>
                    </w:rPr>
                    <w:drawing>
                      <wp:inline distT="0" distB="0" distL="0" distR="0" wp14:anchorId="7360E155" wp14:editId="66B15E22">
                        <wp:extent cx="436033" cy="414659"/>
                        <wp:effectExtent l="0" t="0" r="2540" b="4445"/>
                        <wp:docPr id="159560523" name="Picture 1">
                          <a:extLst xmlns:a="http://schemas.openxmlformats.org/drawingml/2006/main">
                            <a:ext uri="{FF2B5EF4-FFF2-40B4-BE49-F238E27FC236}">
                              <a16:creationId xmlns:a16="http://schemas.microsoft.com/office/drawing/2014/main" id="{BE48D1C1-47AF-47F0-B645-36F13EF452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0523" name=""/>
                                <pic:cNvPicPr/>
                              </pic:nvPicPr>
                              <pic:blipFill>
                                <a:blip r:embed="rId12"/>
                                <a:stretch>
                                  <a:fillRect/>
                                </a:stretch>
                              </pic:blipFill>
                              <pic:spPr>
                                <a:xfrm>
                                  <a:off x="0" y="0"/>
                                  <a:ext cx="440041" cy="418470"/>
                                </a:xfrm>
                                <a:prstGeom prst="rect">
                                  <a:avLst/>
                                </a:prstGeom>
                              </pic:spPr>
                            </pic:pic>
                          </a:graphicData>
                        </a:graphic>
                      </wp:inline>
                    </w:drawing>
                  </w:r>
                </w:p>
              </w:tc>
            </w:tr>
            <w:tr w:rsidR="00616113" w14:paraId="05E39D20" w14:textId="77777777" w:rsidTr="00D344F0">
              <w:trPr>
                <w:trHeight w:val="490"/>
              </w:trPr>
              <w:tc>
                <w:tcPr>
                  <w:tcW w:w="1078" w:type="dxa"/>
                  <w:shd w:val="clear" w:color="auto" w:fill="FFFF00"/>
                </w:tcPr>
                <w:p w14:paraId="7CF062DE" w14:textId="77777777" w:rsidR="00616113" w:rsidRDefault="00616113" w:rsidP="00D344F0">
                  <w:pPr>
                    <w:tabs>
                      <w:tab w:val="center" w:pos="559"/>
                    </w:tabs>
                    <w:rPr>
                      <w:sz w:val="18"/>
                      <w:szCs w:val="18"/>
                    </w:rPr>
                  </w:pPr>
                  <w:r>
                    <w:rPr>
                      <w:sz w:val="18"/>
                      <w:szCs w:val="18"/>
                    </w:rPr>
                    <w:tab/>
                  </w:r>
                  <w:r w:rsidRPr="00FF78E9">
                    <w:rPr>
                      <w:noProof/>
                      <w:sz w:val="18"/>
                      <w:szCs w:val="18"/>
                    </w:rPr>
                    <w:drawing>
                      <wp:inline distT="0" distB="0" distL="0" distR="0" wp14:anchorId="3D7519B1" wp14:editId="50675EE3">
                        <wp:extent cx="364067" cy="400074"/>
                        <wp:effectExtent l="0" t="0" r="0" b="0"/>
                        <wp:docPr id="784116845" name="Picture 1">
                          <a:extLst xmlns:a="http://schemas.openxmlformats.org/drawingml/2006/main">
                            <a:ext uri="{FF2B5EF4-FFF2-40B4-BE49-F238E27FC236}">
                              <a16:creationId xmlns:a16="http://schemas.microsoft.com/office/drawing/2014/main" id="{60194F0A-46F0-41D0-8C3C-180CFD684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16845" name=""/>
                                <pic:cNvPicPr/>
                              </pic:nvPicPr>
                              <pic:blipFill>
                                <a:blip r:embed="rId13"/>
                                <a:stretch>
                                  <a:fillRect/>
                                </a:stretch>
                              </pic:blipFill>
                              <pic:spPr>
                                <a:xfrm>
                                  <a:off x="0" y="0"/>
                                  <a:ext cx="368675" cy="405137"/>
                                </a:xfrm>
                                <a:prstGeom prst="rect">
                                  <a:avLst/>
                                </a:prstGeom>
                              </pic:spPr>
                            </pic:pic>
                          </a:graphicData>
                        </a:graphic>
                      </wp:inline>
                    </w:drawing>
                  </w:r>
                </w:p>
              </w:tc>
              <w:tc>
                <w:tcPr>
                  <w:tcW w:w="979" w:type="dxa"/>
                  <w:shd w:val="clear" w:color="auto" w:fill="FFFF00"/>
                </w:tcPr>
                <w:p w14:paraId="2D0DCFA4" w14:textId="77777777" w:rsidR="00616113" w:rsidRDefault="00616113" w:rsidP="00D344F0">
                  <w:pPr>
                    <w:jc w:val="center"/>
                    <w:rPr>
                      <w:sz w:val="18"/>
                      <w:szCs w:val="18"/>
                    </w:rPr>
                  </w:pPr>
                  <w:r w:rsidRPr="000A3B56">
                    <w:rPr>
                      <w:noProof/>
                      <w:sz w:val="18"/>
                      <w:szCs w:val="18"/>
                    </w:rPr>
                    <w:drawing>
                      <wp:inline distT="0" distB="0" distL="0" distR="0" wp14:anchorId="28AFFE29" wp14:editId="02B6409E">
                        <wp:extent cx="414867" cy="389724"/>
                        <wp:effectExtent l="0" t="0" r="4445" b="0"/>
                        <wp:docPr id="342234002" name="Picture 1">
                          <a:extLst xmlns:a="http://schemas.openxmlformats.org/drawingml/2006/main">
                            <a:ext uri="{FF2B5EF4-FFF2-40B4-BE49-F238E27FC236}">
                              <a16:creationId xmlns:a16="http://schemas.microsoft.com/office/drawing/2014/main" id="{614CD76F-A464-4226-8C7D-0B4B0D935A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34002" name=""/>
                                <pic:cNvPicPr/>
                              </pic:nvPicPr>
                              <pic:blipFill>
                                <a:blip r:embed="rId14"/>
                                <a:stretch>
                                  <a:fillRect/>
                                </a:stretch>
                              </pic:blipFill>
                              <pic:spPr>
                                <a:xfrm>
                                  <a:off x="0" y="0"/>
                                  <a:ext cx="418890" cy="393504"/>
                                </a:xfrm>
                                <a:prstGeom prst="rect">
                                  <a:avLst/>
                                </a:prstGeom>
                              </pic:spPr>
                            </pic:pic>
                          </a:graphicData>
                        </a:graphic>
                      </wp:inline>
                    </w:drawing>
                  </w:r>
                </w:p>
              </w:tc>
            </w:tr>
            <w:tr w:rsidR="00616113" w14:paraId="74062CC4" w14:textId="77777777" w:rsidTr="00D344F0">
              <w:trPr>
                <w:trHeight w:val="522"/>
              </w:trPr>
              <w:tc>
                <w:tcPr>
                  <w:tcW w:w="1078" w:type="dxa"/>
                  <w:shd w:val="clear" w:color="auto" w:fill="FFFF00"/>
                </w:tcPr>
                <w:p w14:paraId="080F803D" w14:textId="77777777" w:rsidR="00616113" w:rsidRDefault="00616113" w:rsidP="00D344F0">
                  <w:pPr>
                    <w:tabs>
                      <w:tab w:val="center" w:pos="559"/>
                    </w:tabs>
                    <w:rPr>
                      <w:sz w:val="18"/>
                      <w:szCs w:val="18"/>
                    </w:rPr>
                  </w:pPr>
                  <w:r>
                    <w:rPr>
                      <w:sz w:val="18"/>
                      <w:szCs w:val="18"/>
                    </w:rPr>
                    <w:tab/>
                  </w:r>
                  <w:r w:rsidRPr="00990251">
                    <w:rPr>
                      <w:noProof/>
                      <w:sz w:val="18"/>
                      <w:szCs w:val="18"/>
                    </w:rPr>
                    <w:drawing>
                      <wp:inline distT="0" distB="0" distL="0" distR="0" wp14:anchorId="24D99915" wp14:editId="4AD29080">
                        <wp:extent cx="575522" cy="438493"/>
                        <wp:effectExtent l="0" t="0" r="0" b="0"/>
                        <wp:docPr id="977009112" name="Picture 1">
                          <a:extLst xmlns:a="http://schemas.openxmlformats.org/drawingml/2006/main">
                            <a:ext uri="{FF2B5EF4-FFF2-40B4-BE49-F238E27FC236}">
                              <a16:creationId xmlns:a16="http://schemas.microsoft.com/office/drawing/2014/main" id="{6EDD0860-88CE-4F1C-B043-DBDED6DF9A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09112" name=""/>
                                <pic:cNvPicPr/>
                              </pic:nvPicPr>
                              <pic:blipFill>
                                <a:blip r:embed="rId15"/>
                                <a:stretch>
                                  <a:fillRect/>
                                </a:stretch>
                              </pic:blipFill>
                              <pic:spPr>
                                <a:xfrm>
                                  <a:off x="0" y="0"/>
                                  <a:ext cx="591204" cy="450441"/>
                                </a:xfrm>
                                <a:prstGeom prst="rect">
                                  <a:avLst/>
                                </a:prstGeom>
                              </pic:spPr>
                            </pic:pic>
                          </a:graphicData>
                        </a:graphic>
                      </wp:inline>
                    </w:drawing>
                  </w:r>
                </w:p>
              </w:tc>
              <w:tc>
                <w:tcPr>
                  <w:tcW w:w="979" w:type="dxa"/>
                </w:tcPr>
                <w:p w14:paraId="55B74CB2" w14:textId="77777777" w:rsidR="00616113" w:rsidRDefault="00616113" w:rsidP="00D344F0">
                  <w:pPr>
                    <w:jc w:val="center"/>
                    <w:rPr>
                      <w:sz w:val="18"/>
                      <w:szCs w:val="18"/>
                    </w:rPr>
                  </w:pPr>
                  <w:r w:rsidRPr="004115A7">
                    <w:rPr>
                      <w:noProof/>
                      <w:sz w:val="18"/>
                      <w:szCs w:val="18"/>
                    </w:rPr>
                    <w:drawing>
                      <wp:inline distT="0" distB="0" distL="0" distR="0" wp14:anchorId="0AFE4F20" wp14:editId="592E432F">
                        <wp:extent cx="294217" cy="403037"/>
                        <wp:effectExtent l="0" t="0" r="0" b="0"/>
                        <wp:docPr id="1448691377" name="Picture 1">
                          <a:extLst xmlns:a="http://schemas.openxmlformats.org/drawingml/2006/main">
                            <a:ext uri="{FF2B5EF4-FFF2-40B4-BE49-F238E27FC236}">
                              <a16:creationId xmlns:a16="http://schemas.microsoft.com/office/drawing/2014/main" id="{6D9DF5C0-CD59-4C3D-A00C-B4644B22D1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691377" name=""/>
                                <pic:cNvPicPr/>
                              </pic:nvPicPr>
                              <pic:blipFill>
                                <a:blip r:embed="rId16"/>
                                <a:stretch>
                                  <a:fillRect/>
                                </a:stretch>
                              </pic:blipFill>
                              <pic:spPr>
                                <a:xfrm>
                                  <a:off x="0" y="0"/>
                                  <a:ext cx="298246" cy="408556"/>
                                </a:xfrm>
                                <a:prstGeom prst="rect">
                                  <a:avLst/>
                                </a:prstGeom>
                              </pic:spPr>
                            </pic:pic>
                          </a:graphicData>
                        </a:graphic>
                      </wp:inline>
                    </w:drawing>
                  </w:r>
                </w:p>
              </w:tc>
            </w:tr>
            <w:tr w:rsidR="00616113" w14:paraId="256D7BC5" w14:textId="77777777" w:rsidTr="00D344F0">
              <w:trPr>
                <w:trHeight w:val="490"/>
              </w:trPr>
              <w:tc>
                <w:tcPr>
                  <w:tcW w:w="1078" w:type="dxa"/>
                  <w:shd w:val="clear" w:color="auto" w:fill="FFFF00"/>
                </w:tcPr>
                <w:p w14:paraId="2BF04ED2" w14:textId="77777777" w:rsidR="00616113" w:rsidRDefault="00616113" w:rsidP="00D344F0">
                  <w:pPr>
                    <w:jc w:val="center"/>
                    <w:rPr>
                      <w:sz w:val="18"/>
                      <w:szCs w:val="18"/>
                    </w:rPr>
                  </w:pPr>
                  <w:r w:rsidRPr="006208C2">
                    <w:rPr>
                      <w:noProof/>
                      <w:sz w:val="18"/>
                      <w:szCs w:val="18"/>
                    </w:rPr>
                    <w:drawing>
                      <wp:inline distT="0" distB="0" distL="0" distR="0" wp14:anchorId="5ED443A1" wp14:editId="1033645D">
                        <wp:extent cx="481814" cy="406400"/>
                        <wp:effectExtent l="0" t="0" r="0" b="0"/>
                        <wp:docPr id="1750787204" name="Picture 1">
                          <a:extLst xmlns:a="http://schemas.openxmlformats.org/drawingml/2006/main">
                            <a:ext uri="{FF2B5EF4-FFF2-40B4-BE49-F238E27FC236}">
                              <a16:creationId xmlns:a16="http://schemas.microsoft.com/office/drawing/2014/main" id="{EA8DE198-91E7-4068-BF20-A294FA7ADC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87204" name=""/>
                                <pic:cNvPicPr/>
                              </pic:nvPicPr>
                              <pic:blipFill>
                                <a:blip r:embed="rId17"/>
                                <a:stretch>
                                  <a:fillRect/>
                                </a:stretch>
                              </pic:blipFill>
                              <pic:spPr>
                                <a:xfrm>
                                  <a:off x="0" y="0"/>
                                  <a:ext cx="491891" cy="414900"/>
                                </a:xfrm>
                                <a:prstGeom prst="rect">
                                  <a:avLst/>
                                </a:prstGeom>
                              </pic:spPr>
                            </pic:pic>
                          </a:graphicData>
                        </a:graphic>
                      </wp:inline>
                    </w:drawing>
                  </w:r>
                </w:p>
              </w:tc>
              <w:tc>
                <w:tcPr>
                  <w:tcW w:w="979" w:type="dxa"/>
                  <w:shd w:val="clear" w:color="auto" w:fill="FFFF00"/>
                </w:tcPr>
                <w:p w14:paraId="3D0C8C41" w14:textId="77777777" w:rsidR="00616113" w:rsidRDefault="00616113" w:rsidP="00D344F0">
                  <w:pPr>
                    <w:jc w:val="center"/>
                    <w:rPr>
                      <w:sz w:val="18"/>
                      <w:szCs w:val="18"/>
                    </w:rPr>
                  </w:pPr>
                  <w:r w:rsidRPr="00E8604F">
                    <w:rPr>
                      <w:noProof/>
                      <w:sz w:val="18"/>
                      <w:szCs w:val="18"/>
                    </w:rPr>
                    <w:drawing>
                      <wp:inline distT="0" distB="0" distL="0" distR="0" wp14:anchorId="1E9DF457" wp14:editId="2CB37C0F">
                        <wp:extent cx="508000" cy="426357"/>
                        <wp:effectExtent l="0" t="0" r="6350" b="0"/>
                        <wp:docPr id="839050988" name="Picture 1">
                          <a:extLst xmlns:a="http://schemas.openxmlformats.org/drawingml/2006/main">
                            <a:ext uri="{FF2B5EF4-FFF2-40B4-BE49-F238E27FC236}">
                              <a16:creationId xmlns:a16="http://schemas.microsoft.com/office/drawing/2014/main" id="{5A2F3B49-94D6-4CAD-86F7-F053AE15E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50988" name=""/>
                                <pic:cNvPicPr/>
                              </pic:nvPicPr>
                              <pic:blipFill>
                                <a:blip r:embed="rId18"/>
                                <a:stretch>
                                  <a:fillRect/>
                                </a:stretch>
                              </pic:blipFill>
                              <pic:spPr>
                                <a:xfrm>
                                  <a:off x="0" y="0"/>
                                  <a:ext cx="514879" cy="432131"/>
                                </a:xfrm>
                                <a:prstGeom prst="rect">
                                  <a:avLst/>
                                </a:prstGeom>
                              </pic:spPr>
                            </pic:pic>
                          </a:graphicData>
                        </a:graphic>
                      </wp:inline>
                    </w:drawing>
                  </w:r>
                </w:p>
              </w:tc>
            </w:tr>
            <w:tr w:rsidR="00616113" w14:paraId="1A35E360" w14:textId="77777777" w:rsidTr="00D344F0">
              <w:trPr>
                <w:trHeight w:val="490"/>
              </w:trPr>
              <w:tc>
                <w:tcPr>
                  <w:tcW w:w="1078" w:type="dxa"/>
                </w:tcPr>
                <w:p w14:paraId="74320C74" w14:textId="77777777" w:rsidR="00616113" w:rsidRDefault="00616113" w:rsidP="00D344F0">
                  <w:pPr>
                    <w:tabs>
                      <w:tab w:val="center" w:pos="559"/>
                    </w:tabs>
                    <w:rPr>
                      <w:sz w:val="18"/>
                      <w:szCs w:val="18"/>
                    </w:rPr>
                  </w:pPr>
                  <w:r>
                    <w:rPr>
                      <w:sz w:val="18"/>
                      <w:szCs w:val="18"/>
                    </w:rPr>
                    <w:tab/>
                  </w:r>
                  <w:r w:rsidRPr="00015C3B">
                    <w:rPr>
                      <w:noProof/>
                      <w:sz w:val="18"/>
                      <w:szCs w:val="18"/>
                    </w:rPr>
                    <w:drawing>
                      <wp:inline distT="0" distB="0" distL="0" distR="0" wp14:anchorId="7CAB05BD" wp14:editId="48083000">
                        <wp:extent cx="389467" cy="414327"/>
                        <wp:effectExtent l="0" t="0" r="0" b="5080"/>
                        <wp:docPr id="353563663" name="Picture 1">
                          <a:extLst xmlns:a="http://schemas.openxmlformats.org/drawingml/2006/main">
                            <a:ext uri="{FF2B5EF4-FFF2-40B4-BE49-F238E27FC236}">
                              <a16:creationId xmlns:a16="http://schemas.microsoft.com/office/drawing/2014/main" id="{2585A37C-81F3-4CE3-848E-770DBBA88D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63663" name=""/>
                                <pic:cNvPicPr/>
                              </pic:nvPicPr>
                              <pic:blipFill>
                                <a:blip r:embed="rId19"/>
                                <a:stretch>
                                  <a:fillRect/>
                                </a:stretch>
                              </pic:blipFill>
                              <pic:spPr>
                                <a:xfrm>
                                  <a:off x="0" y="0"/>
                                  <a:ext cx="400697" cy="426274"/>
                                </a:xfrm>
                                <a:prstGeom prst="rect">
                                  <a:avLst/>
                                </a:prstGeom>
                              </pic:spPr>
                            </pic:pic>
                          </a:graphicData>
                        </a:graphic>
                      </wp:inline>
                    </w:drawing>
                  </w:r>
                </w:p>
              </w:tc>
              <w:tc>
                <w:tcPr>
                  <w:tcW w:w="979" w:type="dxa"/>
                  <w:shd w:val="clear" w:color="auto" w:fill="FFFF00"/>
                </w:tcPr>
                <w:p w14:paraId="3F14C0D1" w14:textId="77777777" w:rsidR="00616113" w:rsidRDefault="00616113" w:rsidP="00D344F0">
                  <w:pPr>
                    <w:jc w:val="center"/>
                    <w:rPr>
                      <w:sz w:val="18"/>
                      <w:szCs w:val="18"/>
                    </w:rPr>
                  </w:pPr>
                  <w:r w:rsidRPr="00B9746F">
                    <w:rPr>
                      <w:noProof/>
                      <w:sz w:val="18"/>
                      <w:szCs w:val="18"/>
                    </w:rPr>
                    <w:drawing>
                      <wp:inline distT="0" distB="0" distL="0" distR="0" wp14:anchorId="7D265214" wp14:editId="4227C08D">
                        <wp:extent cx="433549" cy="414020"/>
                        <wp:effectExtent l="0" t="0" r="5080" b="5080"/>
                        <wp:docPr id="1429828695" name="Picture 1">
                          <a:extLst xmlns:a="http://schemas.openxmlformats.org/drawingml/2006/main">
                            <a:ext uri="{FF2B5EF4-FFF2-40B4-BE49-F238E27FC236}">
                              <a16:creationId xmlns:a16="http://schemas.microsoft.com/office/drawing/2014/main" id="{AFD9176C-5E35-4BB0-B246-4F0783F624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28695" name=""/>
                                <pic:cNvPicPr/>
                              </pic:nvPicPr>
                              <pic:blipFill>
                                <a:blip r:embed="rId20"/>
                                <a:stretch>
                                  <a:fillRect/>
                                </a:stretch>
                              </pic:blipFill>
                              <pic:spPr>
                                <a:xfrm>
                                  <a:off x="0" y="0"/>
                                  <a:ext cx="444496" cy="424474"/>
                                </a:xfrm>
                                <a:prstGeom prst="rect">
                                  <a:avLst/>
                                </a:prstGeom>
                              </pic:spPr>
                            </pic:pic>
                          </a:graphicData>
                        </a:graphic>
                      </wp:inline>
                    </w:drawing>
                  </w:r>
                </w:p>
              </w:tc>
            </w:tr>
            <w:tr w:rsidR="00616113" w14:paraId="0A94DFB9" w14:textId="77777777" w:rsidTr="00D344F0">
              <w:trPr>
                <w:trHeight w:val="490"/>
              </w:trPr>
              <w:tc>
                <w:tcPr>
                  <w:tcW w:w="1078" w:type="dxa"/>
                  <w:shd w:val="clear" w:color="auto" w:fill="FFFF00"/>
                </w:tcPr>
                <w:p w14:paraId="20609E5D" w14:textId="77777777" w:rsidR="00616113" w:rsidRDefault="00616113" w:rsidP="00D344F0">
                  <w:pPr>
                    <w:jc w:val="center"/>
                    <w:rPr>
                      <w:sz w:val="18"/>
                      <w:szCs w:val="18"/>
                    </w:rPr>
                  </w:pPr>
                  <w:r w:rsidRPr="00727042">
                    <w:rPr>
                      <w:noProof/>
                      <w:sz w:val="18"/>
                      <w:szCs w:val="18"/>
                    </w:rPr>
                    <w:drawing>
                      <wp:inline distT="0" distB="0" distL="0" distR="0" wp14:anchorId="0A12C1A9" wp14:editId="0C9C1B1B">
                        <wp:extent cx="491067" cy="416158"/>
                        <wp:effectExtent l="0" t="0" r="4445" b="3175"/>
                        <wp:docPr id="1466763306" name="Picture 1">
                          <a:extLst xmlns:a="http://schemas.openxmlformats.org/drawingml/2006/main">
                            <a:ext uri="{FF2B5EF4-FFF2-40B4-BE49-F238E27FC236}">
                              <a16:creationId xmlns:a16="http://schemas.microsoft.com/office/drawing/2014/main" id="{081BEBAD-17D3-4C51-85F0-1881BA97C3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63306" name=""/>
                                <pic:cNvPicPr/>
                              </pic:nvPicPr>
                              <pic:blipFill>
                                <a:blip r:embed="rId21"/>
                                <a:stretch>
                                  <a:fillRect/>
                                </a:stretch>
                              </pic:blipFill>
                              <pic:spPr>
                                <a:xfrm>
                                  <a:off x="0" y="0"/>
                                  <a:ext cx="493269" cy="418024"/>
                                </a:xfrm>
                                <a:prstGeom prst="rect">
                                  <a:avLst/>
                                </a:prstGeom>
                              </pic:spPr>
                            </pic:pic>
                          </a:graphicData>
                        </a:graphic>
                      </wp:inline>
                    </w:drawing>
                  </w:r>
                </w:p>
              </w:tc>
              <w:tc>
                <w:tcPr>
                  <w:tcW w:w="979" w:type="dxa"/>
                  <w:shd w:val="clear" w:color="auto" w:fill="FFFF00"/>
                </w:tcPr>
                <w:p w14:paraId="35A80A03" w14:textId="77777777" w:rsidR="00616113" w:rsidRDefault="00616113" w:rsidP="00D344F0">
                  <w:pPr>
                    <w:jc w:val="center"/>
                    <w:rPr>
                      <w:sz w:val="18"/>
                      <w:szCs w:val="18"/>
                    </w:rPr>
                  </w:pPr>
                  <w:r w:rsidRPr="00BA6D0B">
                    <w:rPr>
                      <w:noProof/>
                      <w:sz w:val="18"/>
                      <w:szCs w:val="18"/>
                    </w:rPr>
                    <w:drawing>
                      <wp:inline distT="0" distB="0" distL="0" distR="0" wp14:anchorId="5BC8A2D0" wp14:editId="3B1AF4C2">
                        <wp:extent cx="564938" cy="440823"/>
                        <wp:effectExtent l="0" t="0" r="6985" b="0"/>
                        <wp:docPr id="304312351" name="Picture 1">
                          <a:extLst xmlns:a="http://schemas.openxmlformats.org/drawingml/2006/main">
                            <a:ext uri="{FF2B5EF4-FFF2-40B4-BE49-F238E27FC236}">
                              <a16:creationId xmlns:a16="http://schemas.microsoft.com/office/drawing/2014/main" id="{C0CEB278-622E-409A-BB5E-0119A43AA9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12351" name=""/>
                                <pic:cNvPicPr/>
                              </pic:nvPicPr>
                              <pic:blipFill>
                                <a:blip r:embed="rId22"/>
                                <a:stretch>
                                  <a:fillRect/>
                                </a:stretch>
                              </pic:blipFill>
                              <pic:spPr>
                                <a:xfrm>
                                  <a:off x="0" y="0"/>
                                  <a:ext cx="567669" cy="442954"/>
                                </a:xfrm>
                                <a:prstGeom prst="rect">
                                  <a:avLst/>
                                </a:prstGeom>
                              </pic:spPr>
                            </pic:pic>
                          </a:graphicData>
                        </a:graphic>
                      </wp:inline>
                    </w:drawing>
                  </w:r>
                </w:p>
              </w:tc>
            </w:tr>
          </w:tbl>
          <w:p w14:paraId="0C576C64" w14:textId="77777777" w:rsidR="00616113" w:rsidRDefault="00616113" w:rsidP="00D344F0">
            <w:pPr>
              <w:cnfStyle w:val="000000100000" w:firstRow="0" w:lastRow="0" w:firstColumn="0" w:lastColumn="0" w:oddVBand="0" w:evenVBand="0" w:oddHBand="1" w:evenHBand="0" w:firstRowFirstColumn="0" w:firstRowLastColumn="0" w:lastRowFirstColumn="0" w:lastRowLastColumn="0"/>
            </w:pPr>
          </w:p>
        </w:tc>
      </w:tr>
    </w:tbl>
    <w:p w14:paraId="32669618" w14:textId="77777777" w:rsidR="008901A8" w:rsidRDefault="008901A8" w:rsidP="00372E94">
      <w:pPr>
        <w:ind w:right="-858"/>
        <w:rPr>
          <w:lang w:val="en-GB"/>
        </w:rPr>
      </w:pPr>
    </w:p>
    <w:p w14:paraId="6E9D4787" w14:textId="1AF5787B" w:rsidR="0072186B" w:rsidRDefault="35C8AC6D">
      <w:pPr>
        <w:pStyle w:val="Heading2"/>
      </w:pPr>
      <w:r>
        <w:t>Learning Experiences</w:t>
      </w:r>
    </w:p>
    <w:tbl>
      <w:tblPr>
        <w:tblStyle w:val="LightGrid"/>
        <w:tblW w:w="0" w:type="auto"/>
        <w:tblLook w:val="04A0" w:firstRow="1" w:lastRow="0" w:firstColumn="1" w:lastColumn="0" w:noHBand="0" w:noVBand="1"/>
      </w:tblPr>
      <w:tblGrid>
        <w:gridCol w:w="4310"/>
        <w:gridCol w:w="4310"/>
      </w:tblGrid>
      <w:tr w:rsidR="0072186B" w14:paraId="756890C7" w14:textId="77777777" w:rsidTr="00842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0" w:type="dxa"/>
            <w:shd w:val="clear" w:color="auto" w:fill="C6D9F1" w:themeFill="text2" w:themeFillTint="33"/>
          </w:tcPr>
          <w:p w14:paraId="18531322" w14:textId="40F13BBB" w:rsidR="0072186B" w:rsidRDefault="00F8138A">
            <w:r>
              <w:t>Possible Learning Experiences / Provocations (</w:t>
            </w:r>
            <w:proofErr w:type="gramStart"/>
            <w:r>
              <w:t>may be</w:t>
            </w:r>
            <w:proofErr w:type="gramEnd"/>
            <w:r>
              <w:t xml:space="preserve"> linked to zones)</w:t>
            </w:r>
          </w:p>
        </w:tc>
        <w:tc>
          <w:tcPr>
            <w:tcW w:w="4310" w:type="dxa"/>
            <w:shd w:val="clear" w:color="auto" w:fill="C6D9F1" w:themeFill="text2" w:themeFillTint="33"/>
          </w:tcPr>
          <w:p w14:paraId="1494E2EA" w14:textId="77777777" w:rsidR="0072186B" w:rsidRDefault="00F8138A">
            <w:pPr>
              <w:cnfStyle w:val="100000000000" w:firstRow="1" w:lastRow="0" w:firstColumn="0" w:lastColumn="0" w:oddVBand="0" w:evenVBand="0" w:oddHBand="0" w:evenHBand="0" w:firstRowFirstColumn="0" w:firstRowLastColumn="0" w:lastRowFirstColumn="0" w:lastRowLastColumn="0"/>
            </w:pPr>
            <w:r>
              <w:t>Resources</w:t>
            </w:r>
          </w:p>
        </w:tc>
      </w:tr>
      <w:tr w:rsidR="00842652" w14:paraId="72A3D3EC" w14:textId="77777777" w:rsidTr="00842652">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8620" w:type="dxa"/>
            <w:gridSpan w:val="2"/>
            <w:shd w:val="clear" w:color="auto" w:fill="FFFFFF" w:themeFill="background1"/>
          </w:tcPr>
          <w:p w14:paraId="0E27B00A" w14:textId="3BE8B9A6" w:rsidR="00842652" w:rsidRPr="00842652" w:rsidRDefault="00842652" w:rsidP="00BC0423">
            <w:pPr>
              <w:jc w:val="center"/>
              <w:rPr>
                <w:b w:val="0"/>
                <w:bCs w:val="0"/>
                <w:sz w:val="18"/>
                <w:szCs w:val="18"/>
              </w:rPr>
            </w:pPr>
            <w:r w:rsidRPr="00482CF9">
              <w:rPr>
                <w:sz w:val="18"/>
                <w:szCs w:val="18"/>
              </w:rPr>
              <w:t>Teacher-</w:t>
            </w:r>
            <w:r w:rsidR="00BC0423">
              <w:rPr>
                <w:sz w:val="18"/>
                <w:szCs w:val="18"/>
              </w:rPr>
              <w:t>L</w:t>
            </w:r>
            <w:r w:rsidRPr="00482CF9">
              <w:rPr>
                <w:sz w:val="18"/>
                <w:szCs w:val="18"/>
              </w:rPr>
              <w:t>ed</w:t>
            </w:r>
          </w:p>
        </w:tc>
      </w:tr>
      <w:tr w:rsidR="00622CF7" w14:paraId="390E8E05" w14:textId="77777777" w:rsidTr="008624DB">
        <w:trPr>
          <w:cnfStyle w:val="000000010000" w:firstRow="0" w:lastRow="0" w:firstColumn="0" w:lastColumn="0" w:oddVBand="0" w:evenVBand="0" w:oddHBand="0" w:evenHBand="1" w:firstRowFirstColumn="0" w:firstRowLastColumn="0" w:lastRowFirstColumn="0" w:lastRowLastColumn="0"/>
          <w:trHeight w:val="1410"/>
        </w:trPr>
        <w:tc>
          <w:tcPr>
            <w:cnfStyle w:val="001000000000" w:firstRow="0" w:lastRow="0" w:firstColumn="1" w:lastColumn="0" w:oddVBand="0" w:evenVBand="0" w:oddHBand="0" w:evenHBand="0" w:firstRowFirstColumn="0" w:firstRowLastColumn="0" w:lastRowFirstColumn="0" w:lastRowLastColumn="0"/>
            <w:tcW w:w="8620" w:type="dxa"/>
            <w:gridSpan w:val="2"/>
            <w:shd w:val="clear" w:color="auto" w:fill="FFFFFF" w:themeFill="background1"/>
          </w:tcPr>
          <w:p w14:paraId="0D3A9A90" w14:textId="77777777" w:rsidR="00D3685F" w:rsidRPr="00D3685F" w:rsidRDefault="00D3685F" w:rsidP="00D3685F">
            <w:pPr>
              <w:rPr>
                <w:sz w:val="18"/>
                <w:szCs w:val="18"/>
                <w:lang w:val="en-GB"/>
              </w:rPr>
            </w:pPr>
            <w:r w:rsidRPr="00D3685F">
              <w:rPr>
                <w:sz w:val="18"/>
                <w:szCs w:val="18"/>
                <w:lang w:val="en-GB"/>
              </w:rPr>
              <w:lastRenderedPageBreak/>
              <w:t>Generate and record enquiry questions which guide the project and are revisited throughout the enquiry</w:t>
            </w:r>
          </w:p>
          <w:p w14:paraId="29FC5692" w14:textId="77777777" w:rsidR="00D3685F" w:rsidRPr="00D3685F" w:rsidRDefault="00D3685F" w:rsidP="00D3685F">
            <w:pPr>
              <w:rPr>
                <w:sz w:val="18"/>
                <w:szCs w:val="18"/>
                <w:lang w:val="en-GB"/>
              </w:rPr>
            </w:pPr>
          </w:p>
          <w:p w14:paraId="2264569D" w14:textId="4DF0CD2F" w:rsidR="00622CF7" w:rsidRPr="00B17823" w:rsidRDefault="00622CF7" w:rsidP="00B17823">
            <w:pPr>
              <w:pStyle w:val="ListParagraph"/>
              <w:numPr>
                <w:ilvl w:val="0"/>
                <w:numId w:val="18"/>
              </w:numPr>
              <w:ind w:left="445"/>
              <w:rPr>
                <w:b w:val="0"/>
                <w:bCs w:val="0"/>
                <w:sz w:val="18"/>
                <w:szCs w:val="18"/>
                <w:lang w:val="en-GB"/>
              </w:rPr>
            </w:pPr>
            <w:r>
              <w:rPr>
                <w:b w:val="0"/>
                <w:bCs w:val="0"/>
                <w:sz w:val="18"/>
                <w:szCs w:val="18"/>
                <w:lang w:val="en-GB"/>
              </w:rPr>
              <w:t>Explore weather symbols, forecasts and climate maps</w:t>
            </w:r>
          </w:p>
          <w:p w14:paraId="7E5B7F1A" w14:textId="15B405DA" w:rsidR="00622CF7" w:rsidRPr="006434B8" w:rsidRDefault="00622CF7" w:rsidP="00B17823">
            <w:pPr>
              <w:pStyle w:val="ListParagraph"/>
              <w:numPr>
                <w:ilvl w:val="0"/>
                <w:numId w:val="18"/>
              </w:numPr>
              <w:ind w:left="445"/>
              <w:rPr>
                <w:b w:val="0"/>
                <w:bCs w:val="0"/>
                <w:sz w:val="18"/>
                <w:szCs w:val="18"/>
                <w:lang w:val="en-GB"/>
              </w:rPr>
            </w:pPr>
            <w:r w:rsidRPr="006434B8">
              <w:rPr>
                <w:b w:val="0"/>
                <w:bCs w:val="0"/>
                <w:sz w:val="18"/>
                <w:szCs w:val="18"/>
                <w:lang w:val="en-GB"/>
              </w:rPr>
              <w:t xml:space="preserve">Investigate Scotland’s seasons and </w:t>
            </w:r>
            <w:r w:rsidR="00C42391">
              <w:rPr>
                <w:b w:val="0"/>
                <w:bCs w:val="0"/>
                <w:sz w:val="18"/>
                <w:szCs w:val="18"/>
                <w:lang w:val="en-GB"/>
              </w:rPr>
              <w:t xml:space="preserve">typical </w:t>
            </w:r>
            <w:r w:rsidRPr="006434B8">
              <w:rPr>
                <w:b w:val="0"/>
                <w:bCs w:val="0"/>
                <w:sz w:val="18"/>
                <w:szCs w:val="18"/>
                <w:lang w:val="en-GB"/>
              </w:rPr>
              <w:t>weather patterns</w:t>
            </w:r>
          </w:p>
          <w:p w14:paraId="1727FFE2" w14:textId="0331FF96" w:rsidR="00622CF7" w:rsidRPr="006434B8" w:rsidRDefault="00622CF7" w:rsidP="006434B8">
            <w:pPr>
              <w:pStyle w:val="ListParagraph"/>
              <w:numPr>
                <w:ilvl w:val="0"/>
                <w:numId w:val="18"/>
              </w:numPr>
              <w:ind w:left="445"/>
              <w:rPr>
                <w:b w:val="0"/>
                <w:bCs w:val="0"/>
                <w:sz w:val="18"/>
                <w:szCs w:val="18"/>
                <w:lang w:val="en-GB"/>
              </w:rPr>
            </w:pPr>
            <w:r w:rsidRPr="006434B8">
              <w:rPr>
                <w:b w:val="0"/>
                <w:bCs w:val="0"/>
                <w:sz w:val="18"/>
                <w:szCs w:val="18"/>
                <w:lang w:val="en-GB"/>
              </w:rPr>
              <w:t>Compare Scotland</w:t>
            </w:r>
            <w:r w:rsidR="00C42391">
              <w:rPr>
                <w:b w:val="0"/>
                <w:bCs w:val="0"/>
                <w:sz w:val="18"/>
                <w:szCs w:val="18"/>
                <w:lang w:val="en-GB"/>
              </w:rPr>
              <w:t xml:space="preserve">’s </w:t>
            </w:r>
            <w:r w:rsidRPr="006434B8">
              <w:rPr>
                <w:b w:val="0"/>
                <w:bCs w:val="0"/>
                <w:sz w:val="18"/>
                <w:szCs w:val="18"/>
                <w:lang w:val="en-GB"/>
              </w:rPr>
              <w:t>climate</w:t>
            </w:r>
            <w:r w:rsidR="00C42391">
              <w:rPr>
                <w:b w:val="0"/>
                <w:bCs w:val="0"/>
                <w:sz w:val="18"/>
                <w:szCs w:val="18"/>
                <w:lang w:val="en-GB"/>
              </w:rPr>
              <w:t xml:space="preserve"> with </w:t>
            </w:r>
            <w:r w:rsidRPr="006434B8">
              <w:rPr>
                <w:b w:val="0"/>
                <w:bCs w:val="0"/>
                <w:sz w:val="18"/>
                <w:szCs w:val="18"/>
                <w:lang w:val="en-GB"/>
              </w:rPr>
              <w:t>desert, tropical, polar</w:t>
            </w:r>
          </w:p>
          <w:p w14:paraId="74904941" w14:textId="301455E7" w:rsidR="00622CF7" w:rsidRPr="006434B8" w:rsidRDefault="00622CF7" w:rsidP="006434B8">
            <w:pPr>
              <w:pStyle w:val="ListParagraph"/>
              <w:numPr>
                <w:ilvl w:val="0"/>
                <w:numId w:val="18"/>
              </w:numPr>
              <w:ind w:left="445"/>
              <w:rPr>
                <w:b w:val="0"/>
                <w:bCs w:val="0"/>
                <w:sz w:val="18"/>
                <w:szCs w:val="18"/>
                <w:lang w:val="en-GB"/>
              </w:rPr>
            </w:pPr>
            <w:r w:rsidRPr="006434B8">
              <w:rPr>
                <w:b w:val="0"/>
                <w:bCs w:val="0"/>
                <w:sz w:val="18"/>
                <w:szCs w:val="18"/>
                <w:lang w:val="en-GB"/>
              </w:rPr>
              <w:t>Explore how weather</w:t>
            </w:r>
            <w:r w:rsidR="00845D28">
              <w:rPr>
                <w:b w:val="0"/>
                <w:bCs w:val="0"/>
                <w:sz w:val="18"/>
                <w:szCs w:val="18"/>
                <w:lang w:val="en-GB"/>
              </w:rPr>
              <w:t xml:space="preserve"> and climate</w:t>
            </w:r>
            <w:r w:rsidRPr="006434B8">
              <w:rPr>
                <w:b w:val="0"/>
                <w:bCs w:val="0"/>
                <w:sz w:val="18"/>
                <w:szCs w:val="18"/>
                <w:lang w:val="en-GB"/>
              </w:rPr>
              <w:t xml:space="preserve"> </w:t>
            </w:r>
            <w:r w:rsidR="00845D28" w:rsidRPr="006434B8">
              <w:rPr>
                <w:b w:val="0"/>
                <w:bCs w:val="0"/>
                <w:sz w:val="18"/>
                <w:szCs w:val="18"/>
                <w:lang w:val="en-GB"/>
              </w:rPr>
              <w:t>affect</w:t>
            </w:r>
            <w:r w:rsidRPr="006434B8">
              <w:rPr>
                <w:b w:val="0"/>
                <w:bCs w:val="0"/>
                <w:sz w:val="18"/>
                <w:szCs w:val="18"/>
                <w:lang w:val="en-GB"/>
              </w:rPr>
              <w:t xml:space="preserve"> humans, plants and animals.</w:t>
            </w:r>
          </w:p>
          <w:p w14:paraId="5E573FBE" w14:textId="4BF5411D" w:rsidR="00622CF7" w:rsidRPr="005B1CBC" w:rsidRDefault="00622CF7" w:rsidP="005B1CBC">
            <w:pPr>
              <w:pStyle w:val="ListParagraph"/>
              <w:numPr>
                <w:ilvl w:val="0"/>
                <w:numId w:val="18"/>
              </w:numPr>
              <w:ind w:left="445"/>
              <w:rPr>
                <w:b w:val="0"/>
                <w:bCs w:val="0"/>
                <w:sz w:val="18"/>
                <w:szCs w:val="18"/>
                <w:lang w:val="en-GB"/>
              </w:rPr>
            </w:pPr>
            <w:r w:rsidRPr="005B1CBC">
              <w:rPr>
                <w:b w:val="0"/>
                <w:bCs w:val="0"/>
                <w:sz w:val="18"/>
                <w:szCs w:val="18"/>
                <w:lang w:val="en-GB"/>
              </w:rPr>
              <w:t xml:space="preserve">Investigate materials </w:t>
            </w:r>
            <w:r w:rsidR="00845D28">
              <w:rPr>
                <w:b w:val="0"/>
                <w:bCs w:val="0"/>
                <w:sz w:val="18"/>
                <w:szCs w:val="18"/>
                <w:lang w:val="en-GB"/>
              </w:rPr>
              <w:t>and test their suitability for different weather</w:t>
            </w:r>
            <w:r w:rsidRPr="005B1CBC">
              <w:rPr>
                <w:b w:val="0"/>
                <w:bCs w:val="0"/>
                <w:sz w:val="18"/>
                <w:szCs w:val="18"/>
                <w:lang w:val="en-GB"/>
              </w:rPr>
              <w:t>.</w:t>
            </w:r>
          </w:p>
          <w:p w14:paraId="12EA149B" w14:textId="17C69F67" w:rsidR="00622CF7" w:rsidRDefault="0062328F" w:rsidP="005B1CBC">
            <w:pPr>
              <w:pStyle w:val="ListParagraph"/>
              <w:numPr>
                <w:ilvl w:val="0"/>
                <w:numId w:val="18"/>
              </w:numPr>
              <w:ind w:left="445"/>
              <w:rPr>
                <w:sz w:val="18"/>
                <w:szCs w:val="18"/>
                <w:lang w:val="en-GB"/>
              </w:rPr>
            </w:pPr>
            <w:r>
              <w:rPr>
                <w:b w:val="0"/>
                <w:bCs w:val="0"/>
                <w:sz w:val="18"/>
                <w:szCs w:val="18"/>
                <w:lang w:val="en-GB"/>
              </w:rPr>
              <w:t>Explore features of effective tourist information guides</w:t>
            </w:r>
          </w:p>
          <w:p w14:paraId="120585A4" w14:textId="2BEE7A7B" w:rsidR="0062328F" w:rsidRPr="005B1CBC" w:rsidRDefault="0062328F" w:rsidP="005B1CBC">
            <w:pPr>
              <w:pStyle w:val="ListParagraph"/>
              <w:numPr>
                <w:ilvl w:val="0"/>
                <w:numId w:val="18"/>
              </w:numPr>
              <w:ind w:left="445"/>
              <w:rPr>
                <w:sz w:val="18"/>
                <w:szCs w:val="18"/>
                <w:lang w:val="en-GB"/>
              </w:rPr>
            </w:pPr>
            <w:r>
              <w:rPr>
                <w:b w:val="0"/>
                <w:bCs w:val="0"/>
                <w:sz w:val="18"/>
                <w:szCs w:val="18"/>
                <w:lang w:val="en-GB"/>
              </w:rPr>
              <w:t>Model informative and persuasive writing techniques</w:t>
            </w:r>
          </w:p>
          <w:p w14:paraId="32928922" w14:textId="0DABCD27" w:rsidR="00622CF7" w:rsidRDefault="00622CF7" w:rsidP="00842652">
            <w:pPr>
              <w:rPr>
                <w:sz w:val="18"/>
                <w:szCs w:val="18"/>
              </w:rPr>
            </w:pPr>
          </w:p>
          <w:p w14:paraId="4DA7CA73" w14:textId="77777777" w:rsidR="00622CF7" w:rsidRDefault="00622CF7" w:rsidP="00BC0423">
            <w:pPr>
              <w:pStyle w:val="ListParagraph"/>
              <w:rPr>
                <w:sz w:val="18"/>
                <w:szCs w:val="18"/>
              </w:rPr>
            </w:pPr>
          </w:p>
        </w:tc>
      </w:tr>
      <w:tr w:rsidR="0058450D" w14:paraId="015183E7" w14:textId="77777777" w:rsidTr="0058450D">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620" w:type="dxa"/>
            <w:gridSpan w:val="2"/>
            <w:shd w:val="clear" w:color="auto" w:fill="FFFFFF" w:themeFill="background1"/>
          </w:tcPr>
          <w:p w14:paraId="679871BE" w14:textId="61A7501F" w:rsidR="0058450D" w:rsidRDefault="001B608F" w:rsidP="0058450D">
            <w:pPr>
              <w:jc w:val="center"/>
              <w:rPr>
                <w:b w:val="0"/>
                <w:bCs w:val="0"/>
                <w:sz w:val="18"/>
                <w:szCs w:val="18"/>
              </w:rPr>
            </w:pPr>
            <w:r>
              <w:rPr>
                <w:sz w:val="18"/>
                <w:szCs w:val="18"/>
              </w:rPr>
              <w:t>Teacher-Initiated/</w:t>
            </w:r>
            <w:r w:rsidR="0058450D">
              <w:rPr>
                <w:sz w:val="18"/>
                <w:szCs w:val="18"/>
              </w:rPr>
              <w:t>Child-</w:t>
            </w:r>
            <w:r>
              <w:rPr>
                <w:sz w:val="18"/>
                <w:szCs w:val="18"/>
              </w:rPr>
              <w:t>L</w:t>
            </w:r>
            <w:r w:rsidR="0058450D">
              <w:rPr>
                <w:sz w:val="18"/>
                <w:szCs w:val="18"/>
              </w:rPr>
              <w:t>ed (Provocations in Zones)</w:t>
            </w:r>
            <w:r w:rsidR="000F1303">
              <w:rPr>
                <w:sz w:val="18"/>
                <w:szCs w:val="18"/>
              </w:rPr>
              <w:t xml:space="preserve">- </w:t>
            </w:r>
            <w:r w:rsidR="00CE63FC" w:rsidRPr="00CE63FC">
              <w:rPr>
                <w:i/>
                <w:iCs/>
                <w:sz w:val="18"/>
                <w:szCs w:val="18"/>
              </w:rPr>
              <w:t>adapt</w:t>
            </w:r>
            <w:r w:rsidR="00CE63FC">
              <w:rPr>
                <w:i/>
                <w:iCs/>
                <w:sz w:val="18"/>
                <w:szCs w:val="18"/>
              </w:rPr>
              <w:t xml:space="preserve">ed </w:t>
            </w:r>
            <w:r w:rsidR="00CE63FC" w:rsidRPr="00CE63FC">
              <w:rPr>
                <w:i/>
                <w:iCs/>
                <w:sz w:val="18"/>
                <w:szCs w:val="18"/>
              </w:rPr>
              <w:t>throughout the Enquiry</w:t>
            </w:r>
            <w:r w:rsidR="002518EF">
              <w:rPr>
                <w:i/>
                <w:iCs/>
                <w:sz w:val="18"/>
                <w:szCs w:val="18"/>
              </w:rPr>
              <w:t xml:space="preserve"> and opportunities for product refinement and peer feedback</w:t>
            </w:r>
          </w:p>
          <w:p w14:paraId="684384FB" w14:textId="77777777" w:rsidR="0058450D" w:rsidRDefault="0058450D" w:rsidP="0058450D">
            <w:pPr>
              <w:pStyle w:val="ListParagraph"/>
              <w:ind w:left="1494"/>
              <w:jc w:val="center"/>
              <w:rPr>
                <w:sz w:val="18"/>
                <w:szCs w:val="18"/>
              </w:rPr>
            </w:pPr>
          </w:p>
        </w:tc>
      </w:tr>
      <w:tr w:rsidR="0058450D" w14:paraId="4A027995" w14:textId="77777777" w:rsidTr="0058450D">
        <w:trPr>
          <w:cnfStyle w:val="000000010000" w:firstRow="0" w:lastRow="0" w:firstColumn="0" w:lastColumn="0" w:oddVBand="0" w:evenVBand="0" w:oddHBand="0" w:evenHBand="1" w:firstRowFirstColumn="0" w:firstRowLastColumn="0" w:lastRowFirstColumn="0" w:lastRowLastColumn="0"/>
          <w:trHeight w:val="2640"/>
        </w:trPr>
        <w:tc>
          <w:tcPr>
            <w:cnfStyle w:val="001000000000" w:firstRow="0" w:lastRow="0" w:firstColumn="1" w:lastColumn="0" w:oddVBand="0" w:evenVBand="0" w:oddHBand="0" w:evenHBand="0" w:firstRowFirstColumn="0" w:firstRowLastColumn="0" w:lastRowFirstColumn="0" w:lastRowLastColumn="0"/>
            <w:tcW w:w="4310" w:type="dxa"/>
            <w:shd w:val="clear" w:color="auto" w:fill="FFFFFF" w:themeFill="background1"/>
          </w:tcPr>
          <w:p w14:paraId="7309DC17" w14:textId="77777777" w:rsidR="0058450D" w:rsidRDefault="0058450D" w:rsidP="0058450D">
            <w:pPr>
              <w:rPr>
                <w:b w:val="0"/>
                <w:bCs w:val="0"/>
                <w:sz w:val="18"/>
                <w:szCs w:val="18"/>
              </w:rPr>
            </w:pPr>
            <w:r>
              <w:rPr>
                <w:sz w:val="18"/>
                <w:szCs w:val="18"/>
              </w:rPr>
              <w:t>Discovery</w:t>
            </w:r>
          </w:p>
          <w:p w14:paraId="3C8ACD93" w14:textId="5A391394" w:rsidR="00877FEA" w:rsidRPr="00C300FD" w:rsidRDefault="00877FEA" w:rsidP="00877FEA">
            <w:pPr>
              <w:pStyle w:val="ListParagraph"/>
              <w:numPr>
                <w:ilvl w:val="0"/>
                <w:numId w:val="18"/>
              </w:numPr>
              <w:rPr>
                <w:b w:val="0"/>
                <w:bCs w:val="0"/>
                <w:sz w:val="18"/>
                <w:szCs w:val="18"/>
                <w:lang w:val="en-GB"/>
              </w:rPr>
            </w:pPr>
            <w:r w:rsidRPr="00C300FD">
              <w:rPr>
                <w:b w:val="0"/>
                <w:bCs w:val="0"/>
                <w:sz w:val="18"/>
                <w:szCs w:val="18"/>
                <w:lang w:val="en-GB"/>
              </w:rPr>
              <w:t>Weather observation station</w:t>
            </w:r>
          </w:p>
          <w:p w14:paraId="1587754C" w14:textId="50F7FF65" w:rsidR="00C300FD" w:rsidRPr="00C300FD" w:rsidRDefault="00877FEA" w:rsidP="00877FEA">
            <w:pPr>
              <w:pStyle w:val="ListParagraph"/>
              <w:numPr>
                <w:ilvl w:val="0"/>
                <w:numId w:val="18"/>
              </w:numPr>
              <w:rPr>
                <w:b w:val="0"/>
                <w:bCs w:val="0"/>
                <w:sz w:val="18"/>
                <w:szCs w:val="18"/>
                <w:lang w:val="en-GB"/>
              </w:rPr>
            </w:pPr>
            <w:r w:rsidRPr="00C300FD">
              <w:rPr>
                <w:b w:val="0"/>
                <w:bCs w:val="0"/>
                <w:sz w:val="18"/>
                <w:szCs w:val="18"/>
                <w:lang w:val="en-GB"/>
              </w:rPr>
              <w:t>Daily weather diary</w:t>
            </w:r>
          </w:p>
          <w:p w14:paraId="2AB3B974" w14:textId="05C240B0" w:rsidR="00C300FD" w:rsidRPr="00C300FD" w:rsidRDefault="00877FEA" w:rsidP="00877FEA">
            <w:pPr>
              <w:pStyle w:val="ListParagraph"/>
              <w:numPr>
                <w:ilvl w:val="0"/>
                <w:numId w:val="18"/>
              </w:numPr>
              <w:rPr>
                <w:b w:val="0"/>
                <w:bCs w:val="0"/>
                <w:sz w:val="18"/>
                <w:szCs w:val="18"/>
                <w:lang w:val="en-GB"/>
              </w:rPr>
            </w:pPr>
            <w:r w:rsidRPr="00C300FD">
              <w:rPr>
                <w:b w:val="0"/>
                <w:bCs w:val="0"/>
                <w:sz w:val="18"/>
                <w:szCs w:val="18"/>
                <w:lang w:val="en-GB"/>
              </w:rPr>
              <w:t>Compare weather reports from Scotland and other countries</w:t>
            </w:r>
          </w:p>
          <w:p w14:paraId="65F9794B" w14:textId="72B9E8A0" w:rsidR="00C300FD" w:rsidRPr="00C300FD" w:rsidRDefault="00877FEA" w:rsidP="00877FEA">
            <w:pPr>
              <w:pStyle w:val="ListParagraph"/>
              <w:numPr>
                <w:ilvl w:val="0"/>
                <w:numId w:val="18"/>
              </w:numPr>
              <w:rPr>
                <w:b w:val="0"/>
                <w:bCs w:val="0"/>
                <w:sz w:val="18"/>
                <w:szCs w:val="18"/>
                <w:lang w:val="en-GB"/>
              </w:rPr>
            </w:pPr>
            <w:r w:rsidRPr="00C300FD">
              <w:rPr>
                <w:b w:val="0"/>
                <w:bCs w:val="0"/>
                <w:sz w:val="18"/>
                <w:szCs w:val="18"/>
                <w:lang w:val="en-GB"/>
              </w:rPr>
              <w:t>Explore clothing and equipment from different climates</w:t>
            </w:r>
          </w:p>
          <w:p w14:paraId="27BC1F02" w14:textId="61CF17A8" w:rsidR="00C300FD" w:rsidRPr="00C300FD" w:rsidRDefault="00877FEA" w:rsidP="00877FEA">
            <w:pPr>
              <w:pStyle w:val="ListParagraph"/>
              <w:numPr>
                <w:ilvl w:val="0"/>
                <w:numId w:val="18"/>
              </w:numPr>
              <w:rPr>
                <w:b w:val="0"/>
                <w:bCs w:val="0"/>
                <w:sz w:val="18"/>
                <w:szCs w:val="18"/>
                <w:lang w:val="en-GB"/>
              </w:rPr>
            </w:pPr>
            <w:r w:rsidRPr="00C300FD">
              <w:rPr>
                <w:b w:val="0"/>
                <w:bCs w:val="0"/>
                <w:sz w:val="18"/>
                <w:szCs w:val="18"/>
                <w:lang w:val="en-GB"/>
              </w:rPr>
              <w:t>QR codes linking to weather webcam footage around the world</w:t>
            </w:r>
          </w:p>
          <w:p w14:paraId="6FB08AC8" w14:textId="0E098DBD" w:rsidR="00877FEA" w:rsidRPr="00C03B7A" w:rsidRDefault="00877FEA" w:rsidP="00877FEA">
            <w:pPr>
              <w:pStyle w:val="ListParagraph"/>
              <w:numPr>
                <w:ilvl w:val="0"/>
                <w:numId w:val="18"/>
              </w:numPr>
              <w:rPr>
                <w:b w:val="0"/>
                <w:bCs w:val="0"/>
                <w:sz w:val="18"/>
                <w:szCs w:val="18"/>
                <w:lang w:val="en-GB"/>
              </w:rPr>
            </w:pPr>
            <w:r w:rsidRPr="00C300FD">
              <w:rPr>
                <w:b w:val="0"/>
                <w:bCs w:val="0"/>
                <w:sz w:val="18"/>
                <w:szCs w:val="18"/>
                <w:lang w:val="en-GB"/>
              </w:rPr>
              <w:t>Investigate extreme Scottish weather event</w:t>
            </w:r>
            <w:r w:rsidR="00CB0607">
              <w:rPr>
                <w:b w:val="0"/>
                <w:bCs w:val="0"/>
                <w:sz w:val="18"/>
                <w:szCs w:val="18"/>
                <w:lang w:val="en-GB"/>
              </w:rPr>
              <w:t>s</w:t>
            </w:r>
          </w:p>
          <w:p w14:paraId="26D3250C" w14:textId="7FE32AA3" w:rsidR="00C03B7A" w:rsidRPr="00C03B7A" w:rsidRDefault="00C03B7A" w:rsidP="00C03B7A">
            <w:pPr>
              <w:pStyle w:val="ListParagraph"/>
              <w:numPr>
                <w:ilvl w:val="0"/>
                <w:numId w:val="18"/>
              </w:numPr>
              <w:rPr>
                <w:b w:val="0"/>
                <w:bCs w:val="0"/>
                <w:sz w:val="18"/>
                <w:szCs w:val="18"/>
                <w:lang w:val="en-GB"/>
              </w:rPr>
            </w:pPr>
            <w:r w:rsidRPr="00C03B7A">
              <w:rPr>
                <w:b w:val="0"/>
                <w:bCs w:val="0"/>
                <w:sz w:val="18"/>
                <w:szCs w:val="18"/>
                <w:lang w:val="en-GB"/>
              </w:rPr>
              <w:t>Weather artefact investigation (umbrellas, waterproofs, wellies, maps, survival equipment)</w:t>
            </w:r>
          </w:p>
          <w:p w14:paraId="77DA9BC0" w14:textId="77777777" w:rsidR="0058450D" w:rsidRPr="001679B3" w:rsidRDefault="0058450D" w:rsidP="0058450D">
            <w:pPr>
              <w:rPr>
                <w:b w:val="0"/>
                <w:bCs w:val="0"/>
                <w:sz w:val="18"/>
                <w:szCs w:val="18"/>
              </w:rPr>
            </w:pPr>
          </w:p>
          <w:p w14:paraId="1895FD6D" w14:textId="0F569AC5" w:rsidR="0058450D" w:rsidRDefault="0058450D" w:rsidP="0058450D">
            <w:pPr>
              <w:rPr>
                <w:b w:val="0"/>
                <w:bCs w:val="0"/>
                <w:sz w:val="18"/>
                <w:szCs w:val="18"/>
              </w:rPr>
            </w:pPr>
            <w:r>
              <w:rPr>
                <w:sz w:val="18"/>
                <w:szCs w:val="18"/>
              </w:rPr>
              <w:t>Social</w:t>
            </w:r>
          </w:p>
          <w:p w14:paraId="5EB661D3" w14:textId="586151C3" w:rsidR="000942F9" w:rsidRPr="009D1A00" w:rsidRDefault="000942F9" w:rsidP="000942F9">
            <w:pPr>
              <w:pStyle w:val="ListParagraph"/>
              <w:numPr>
                <w:ilvl w:val="0"/>
                <w:numId w:val="18"/>
              </w:numPr>
              <w:rPr>
                <w:b w:val="0"/>
                <w:bCs w:val="0"/>
                <w:sz w:val="18"/>
                <w:szCs w:val="18"/>
                <w:lang w:val="en-GB"/>
              </w:rPr>
            </w:pPr>
            <w:r w:rsidRPr="009D1A00">
              <w:rPr>
                <w:b w:val="0"/>
                <w:bCs w:val="0"/>
                <w:sz w:val="18"/>
                <w:szCs w:val="18"/>
                <w:lang w:val="en-GB"/>
              </w:rPr>
              <w:t>Team survival kit design challenge</w:t>
            </w:r>
          </w:p>
          <w:p w14:paraId="0159A8A4" w14:textId="6D766A55" w:rsidR="000942F9" w:rsidRPr="000E1186" w:rsidRDefault="000942F9" w:rsidP="000E1186">
            <w:pPr>
              <w:pStyle w:val="ListParagraph"/>
              <w:numPr>
                <w:ilvl w:val="0"/>
                <w:numId w:val="18"/>
              </w:numPr>
              <w:rPr>
                <w:b w:val="0"/>
                <w:bCs w:val="0"/>
                <w:sz w:val="18"/>
                <w:szCs w:val="18"/>
                <w:lang w:val="en-GB"/>
              </w:rPr>
            </w:pPr>
            <w:r w:rsidRPr="009D1A00">
              <w:rPr>
                <w:b w:val="0"/>
                <w:bCs w:val="0"/>
                <w:sz w:val="18"/>
                <w:szCs w:val="18"/>
                <w:lang w:val="en-GB"/>
              </w:rPr>
              <w:t xml:space="preserve"> </w:t>
            </w:r>
            <w:r w:rsidR="000E1186">
              <w:rPr>
                <w:b w:val="0"/>
                <w:bCs w:val="0"/>
                <w:sz w:val="18"/>
                <w:szCs w:val="18"/>
                <w:lang w:val="en-GB"/>
              </w:rPr>
              <w:t>R</w:t>
            </w:r>
            <w:r w:rsidRPr="009D1A00">
              <w:rPr>
                <w:b w:val="0"/>
                <w:bCs w:val="0"/>
                <w:sz w:val="18"/>
                <w:szCs w:val="18"/>
                <w:lang w:val="en-GB"/>
              </w:rPr>
              <w:t>ole-play</w:t>
            </w:r>
            <w:r w:rsidR="000E1186">
              <w:rPr>
                <w:b w:val="0"/>
                <w:bCs w:val="0"/>
                <w:sz w:val="18"/>
                <w:szCs w:val="18"/>
                <w:lang w:val="en-GB"/>
              </w:rPr>
              <w:t>: tourist information centre, meteorologis</w:t>
            </w:r>
            <w:r w:rsidR="000E1186">
              <w:rPr>
                <w:sz w:val="18"/>
                <w:szCs w:val="18"/>
                <w:lang w:val="en-GB"/>
              </w:rPr>
              <w:t>t</w:t>
            </w:r>
          </w:p>
          <w:p w14:paraId="4B1C09A1" w14:textId="77777777" w:rsidR="00D048A0" w:rsidRPr="00D048A0" w:rsidRDefault="00D048A0" w:rsidP="00D048A0">
            <w:pPr>
              <w:pStyle w:val="ListParagraph"/>
              <w:numPr>
                <w:ilvl w:val="0"/>
                <w:numId w:val="18"/>
              </w:numPr>
              <w:rPr>
                <w:b w:val="0"/>
                <w:bCs w:val="0"/>
                <w:sz w:val="18"/>
                <w:szCs w:val="18"/>
                <w:lang w:val="en-GB"/>
              </w:rPr>
            </w:pPr>
            <w:r w:rsidRPr="00D048A0">
              <w:rPr>
                <w:b w:val="0"/>
                <w:bCs w:val="0"/>
                <w:sz w:val="18"/>
                <w:szCs w:val="18"/>
                <w:lang w:val="en-GB"/>
              </w:rPr>
              <w:t>Debates, discussions and podcasts:</w:t>
            </w:r>
          </w:p>
          <w:p w14:paraId="0DAA47CC" w14:textId="48412EE5" w:rsidR="00D048A0" w:rsidRPr="00D048A0" w:rsidRDefault="00D048A0" w:rsidP="00D048A0">
            <w:pPr>
              <w:ind w:left="360"/>
              <w:rPr>
                <w:b w:val="0"/>
                <w:bCs w:val="0"/>
                <w:sz w:val="18"/>
                <w:szCs w:val="18"/>
                <w:lang w:val="en-GB"/>
              </w:rPr>
            </w:pPr>
            <w:r w:rsidRPr="00D048A0">
              <w:rPr>
                <w:b w:val="0"/>
                <w:bCs w:val="0"/>
                <w:sz w:val="18"/>
                <w:szCs w:val="18"/>
                <w:lang w:val="en-GB"/>
              </w:rPr>
              <w:t xml:space="preserve">         Is Scotland's weather really that bad?</w:t>
            </w:r>
          </w:p>
          <w:p w14:paraId="6E3A7425" w14:textId="77777777" w:rsidR="00D048A0" w:rsidRPr="00D048A0" w:rsidRDefault="00D048A0" w:rsidP="00D048A0">
            <w:pPr>
              <w:rPr>
                <w:b w:val="0"/>
                <w:bCs w:val="0"/>
                <w:sz w:val="18"/>
                <w:szCs w:val="18"/>
                <w:lang w:val="en-GB"/>
              </w:rPr>
            </w:pPr>
            <w:r w:rsidRPr="00D048A0">
              <w:rPr>
                <w:b w:val="0"/>
                <w:bCs w:val="0"/>
                <w:sz w:val="18"/>
                <w:szCs w:val="18"/>
                <w:lang w:val="en-GB"/>
              </w:rPr>
              <w:t xml:space="preserve">                 What are the biggest challenges visitors face            </w:t>
            </w:r>
          </w:p>
          <w:p w14:paraId="58911C93" w14:textId="7B8803B1" w:rsidR="00D048A0" w:rsidRPr="00D048A0" w:rsidRDefault="00D048A0" w:rsidP="00D048A0">
            <w:pPr>
              <w:rPr>
                <w:b w:val="0"/>
                <w:bCs w:val="0"/>
                <w:sz w:val="18"/>
                <w:szCs w:val="18"/>
                <w:lang w:val="en-GB"/>
              </w:rPr>
            </w:pPr>
            <w:r w:rsidRPr="00D048A0">
              <w:rPr>
                <w:b w:val="0"/>
                <w:bCs w:val="0"/>
                <w:sz w:val="18"/>
                <w:szCs w:val="18"/>
                <w:lang w:val="en-GB"/>
              </w:rPr>
              <w:t xml:space="preserve">                 in Scotland?</w:t>
            </w:r>
          </w:p>
          <w:p w14:paraId="3A9B6BA5" w14:textId="77777777" w:rsidR="00D048A0" w:rsidRPr="00D048A0" w:rsidRDefault="00D048A0" w:rsidP="00D048A0">
            <w:pPr>
              <w:rPr>
                <w:b w:val="0"/>
                <w:bCs w:val="0"/>
                <w:sz w:val="18"/>
                <w:szCs w:val="18"/>
                <w:lang w:val="en-GB"/>
              </w:rPr>
            </w:pPr>
            <w:r w:rsidRPr="00D048A0">
              <w:rPr>
                <w:b w:val="0"/>
                <w:bCs w:val="0"/>
                <w:sz w:val="18"/>
                <w:szCs w:val="18"/>
                <w:lang w:val="en-GB"/>
              </w:rPr>
              <w:t xml:space="preserve">                Which climate would be the most difficult to </w:t>
            </w:r>
          </w:p>
          <w:p w14:paraId="52020779" w14:textId="5FD5BF73" w:rsidR="00D048A0" w:rsidRPr="00D048A0" w:rsidRDefault="00D048A0" w:rsidP="00D048A0">
            <w:pPr>
              <w:rPr>
                <w:b w:val="0"/>
                <w:bCs w:val="0"/>
                <w:sz w:val="18"/>
                <w:szCs w:val="18"/>
                <w:lang w:val="en-GB"/>
              </w:rPr>
            </w:pPr>
            <w:r w:rsidRPr="00D048A0">
              <w:rPr>
                <w:b w:val="0"/>
                <w:bCs w:val="0"/>
                <w:sz w:val="18"/>
                <w:szCs w:val="18"/>
                <w:lang w:val="en-GB"/>
              </w:rPr>
              <w:t xml:space="preserve">                live in?</w:t>
            </w:r>
          </w:p>
          <w:p w14:paraId="14D422A8" w14:textId="77777777" w:rsidR="0058450D" w:rsidRDefault="0058450D" w:rsidP="0058450D">
            <w:pPr>
              <w:rPr>
                <w:b w:val="0"/>
                <w:bCs w:val="0"/>
                <w:sz w:val="18"/>
                <w:szCs w:val="18"/>
              </w:rPr>
            </w:pPr>
          </w:p>
          <w:p w14:paraId="6FCDBC3D" w14:textId="62BD5DA6" w:rsidR="0058450D" w:rsidRDefault="0058450D" w:rsidP="0058450D">
            <w:pPr>
              <w:rPr>
                <w:b w:val="0"/>
                <w:bCs w:val="0"/>
                <w:sz w:val="18"/>
                <w:szCs w:val="18"/>
              </w:rPr>
            </w:pPr>
            <w:r>
              <w:rPr>
                <w:sz w:val="18"/>
                <w:szCs w:val="18"/>
              </w:rPr>
              <w:t>Creative</w:t>
            </w:r>
          </w:p>
          <w:p w14:paraId="14E724B1" w14:textId="77777777" w:rsidR="00023C5A" w:rsidRDefault="00023C5A" w:rsidP="0058450D">
            <w:pPr>
              <w:rPr>
                <w:b w:val="0"/>
                <w:bCs w:val="0"/>
                <w:sz w:val="18"/>
                <w:szCs w:val="18"/>
              </w:rPr>
            </w:pPr>
          </w:p>
          <w:p w14:paraId="1B51CBA1" w14:textId="33520C06" w:rsidR="009D1A00" w:rsidRPr="009D1A00" w:rsidRDefault="009D1A00" w:rsidP="009D1A00">
            <w:pPr>
              <w:pStyle w:val="ListParagraph"/>
              <w:numPr>
                <w:ilvl w:val="0"/>
                <w:numId w:val="18"/>
              </w:numPr>
              <w:rPr>
                <w:b w:val="0"/>
                <w:bCs w:val="0"/>
                <w:sz w:val="18"/>
                <w:szCs w:val="18"/>
                <w:lang w:val="en-GB"/>
              </w:rPr>
            </w:pPr>
            <w:r w:rsidRPr="009D1A00">
              <w:rPr>
                <w:b w:val="0"/>
                <w:bCs w:val="0"/>
                <w:sz w:val="18"/>
                <w:szCs w:val="18"/>
                <w:lang w:val="en-GB"/>
              </w:rPr>
              <w:t>Design a Scottish survival kit</w:t>
            </w:r>
          </w:p>
          <w:p w14:paraId="713AD3FD" w14:textId="488F431F" w:rsidR="009D1A00" w:rsidRPr="009D1A00" w:rsidRDefault="009D1A00" w:rsidP="009D1A00">
            <w:pPr>
              <w:pStyle w:val="ListParagraph"/>
              <w:numPr>
                <w:ilvl w:val="0"/>
                <w:numId w:val="18"/>
              </w:numPr>
              <w:rPr>
                <w:b w:val="0"/>
                <w:bCs w:val="0"/>
                <w:sz w:val="18"/>
                <w:szCs w:val="18"/>
                <w:lang w:val="en-GB"/>
              </w:rPr>
            </w:pPr>
            <w:r w:rsidRPr="009D1A00">
              <w:rPr>
                <w:b w:val="0"/>
                <w:bCs w:val="0"/>
                <w:sz w:val="18"/>
                <w:szCs w:val="18"/>
                <w:lang w:val="en-GB"/>
              </w:rPr>
              <w:t>Create weather-proof shelter models</w:t>
            </w:r>
          </w:p>
          <w:p w14:paraId="0CBCB874" w14:textId="44A86490" w:rsidR="009D1A00" w:rsidRPr="009D1A00" w:rsidRDefault="009D1A00" w:rsidP="009D1A00">
            <w:pPr>
              <w:pStyle w:val="ListParagraph"/>
              <w:numPr>
                <w:ilvl w:val="0"/>
                <w:numId w:val="18"/>
              </w:numPr>
              <w:rPr>
                <w:b w:val="0"/>
                <w:bCs w:val="0"/>
                <w:sz w:val="18"/>
                <w:szCs w:val="18"/>
                <w:lang w:val="en-GB"/>
              </w:rPr>
            </w:pPr>
            <w:r w:rsidRPr="009D1A00">
              <w:rPr>
                <w:b w:val="0"/>
                <w:bCs w:val="0"/>
                <w:sz w:val="18"/>
                <w:szCs w:val="18"/>
                <w:lang w:val="en-GB"/>
              </w:rPr>
              <w:t>Climate comparison posters</w:t>
            </w:r>
          </w:p>
          <w:p w14:paraId="5B3CD9C6" w14:textId="6A51D40F" w:rsidR="009D1A00" w:rsidRPr="009D1A00" w:rsidRDefault="009D1A00" w:rsidP="009D1A00">
            <w:pPr>
              <w:pStyle w:val="ListParagraph"/>
              <w:numPr>
                <w:ilvl w:val="0"/>
                <w:numId w:val="18"/>
              </w:numPr>
              <w:rPr>
                <w:b w:val="0"/>
                <w:bCs w:val="0"/>
                <w:sz w:val="18"/>
                <w:szCs w:val="18"/>
                <w:lang w:val="en-GB"/>
              </w:rPr>
            </w:pPr>
            <w:r w:rsidRPr="009D1A00">
              <w:rPr>
                <w:b w:val="0"/>
                <w:bCs w:val="0"/>
                <w:sz w:val="18"/>
                <w:szCs w:val="18"/>
                <w:lang w:val="en-GB"/>
              </w:rPr>
              <w:t>Design tourism leaflets</w:t>
            </w:r>
          </w:p>
          <w:p w14:paraId="6AECAD26" w14:textId="4220B719" w:rsidR="009D1A00" w:rsidRPr="009D1A00" w:rsidRDefault="009D1A00" w:rsidP="009D1A00">
            <w:pPr>
              <w:pStyle w:val="ListParagraph"/>
              <w:numPr>
                <w:ilvl w:val="0"/>
                <w:numId w:val="18"/>
              </w:numPr>
              <w:rPr>
                <w:b w:val="0"/>
                <w:bCs w:val="0"/>
                <w:sz w:val="18"/>
                <w:szCs w:val="18"/>
                <w:lang w:val="en-GB"/>
              </w:rPr>
            </w:pPr>
            <w:r w:rsidRPr="009D1A00">
              <w:rPr>
                <w:b w:val="0"/>
                <w:bCs w:val="0"/>
                <w:sz w:val="18"/>
                <w:szCs w:val="18"/>
                <w:lang w:val="en-GB"/>
              </w:rPr>
              <w:t>Create weather forecast videos</w:t>
            </w:r>
          </w:p>
          <w:p w14:paraId="1D243649" w14:textId="051039B3" w:rsidR="009D1A00" w:rsidRPr="009D1A00" w:rsidRDefault="009D1A00" w:rsidP="009D1A00">
            <w:pPr>
              <w:pStyle w:val="ListParagraph"/>
              <w:numPr>
                <w:ilvl w:val="0"/>
                <w:numId w:val="18"/>
              </w:numPr>
              <w:rPr>
                <w:b w:val="0"/>
                <w:bCs w:val="0"/>
                <w:sz w:val="18"/>
                <w:szCs w:val="18"/>
                <w:lang w:val="en-GB"/>
              </w:rPr>
            </w:pPr>
            <w:r w:rsidRPr="009D1A00">
              <w:rPr>
                <w:b w:val="0"/>
                <w:bCs w:val="0"/>
                <w:sz w:val="18"/>
                <w:szCs w:val="18"/>
                <w:lang w:val="en-GB"/>
              </w:rPr>
              <w:t>Build a class weather station</w:t>
            </w:r>
          </w:p>
          <w:p w14:paraId="55914D9F" w14:textId="52008C39" w:rsidR="009D1A00" w:rsidRPr="00B67042" w:rsidRDefault="009D1A00" w:rsidP="009D1A00">
            <w:pPr>
              <w:pStyle w:val="ListParagraph"/>
              <w:numPr>
                <w:ilvl w:val="0"/>
                <w:numId w:val="18"/>
              </w:numPr>
              <w:rPr>
                <w:b w:val="0"/>
                <w:bCs w:val="0"/>
                <w:sz w:val="18"/>
                <w:szCs w:val="18"/>
                <w:lang w:val="en-GB"/>
              </w:rPr>
            </w:pPr>
            <w:r w:rsidRPr="009D1A00">
              <w:rPr>
                <w:b w:val="0"/>
                <w:bCs w:val="0"/>
                <w:sz w:val="18"/>
                <w:szCs w:val="18"/>
                <w:lang w:val="en-GB"/>
              </w:rPr>
              <w:t>Create digital presentation</w:t>
            </w:r>
          </w:p>
          <w:p w14:paraId="69A21AEE" w14:textId="5DFEBBB8" w:rsidR="00B67042" w:rsidRPr="00B67042" w:rsidRDefault="00B67042" w:rsidP="00B67042">
            <w:pPr>
              <w:pStyle w:val="ListParagraph"/>
              <w:numPr>
                <w:ilvl w:val="0"/>
                <w:numId w:val="18"/>
              </w:numPr>
              <w:rPr>
                <w:b w:val="0"/>
                <w:bCs w:val="0"/>
                <w:sz w:val="18"/>
                <w:szCs w:val="18"/>
                <w:lang w:val="en-GB"/>
              </w:rPr>
            </w:pPr>
            <w:r w:rsidRPr="00B67042">
              <w:rPr>
                <w:b w:val="0"/>
                <w:bCs w:val="0"/>
                <w:sz w:val="18"/>
                <w:szCs w:val="18"/>
                <w:lang w:val="en-GB"/>
              </w:rPr>
              <w:t>Design and build a prototype Scottish Survival Kit</w:t>
            </w:r>
          </w:p>
          <w:p w14:paraId="5033982B" w14:textId="5B1098B1" w:rsidR="00B67042" w:rsidRPr="00B67042" w:rsidRDefault="00B67042" w:rsidP="00B67042">
            <w:pPr>
              <w:pStyle w:val="ListParagraph"/>
              <w:numPr>
                <w:ilvl w:val="0"/>
                <w:numId w:val="18"/>
              </w:numPr>
              <w:rPr>
                <w:b w:val="0"/>
                <w:bCs w:val="0"/>
                <w:sz w:val="18"/>
                <w:szCs w:val="18"/>
                <w:lang w:val="en-GB"/>
              </w:rPr>
            </w:pPr>
            <w:r w:rsidRPr="00B67042">
              <w:rPr>
                <w:b w:val="0"/>
                <w:bCs w:val="0"/>
                <w:sz w:val="18"/>
                <w:szCs w:val="18"/>
                <w:lang w:val="en-GB"/>
              </w:rPr>
              <w:t>Create a tourist information animation</w:t>
            </w:r>
          </w:p>
          <w:p w14:paraId="53B937D8" w14:textId="26BEB2F7" w:rsidR="00B67042" w:rsidRPr="00A96080" w:rsidRDefault="00B67042" w:rsidP="00B67042">
            <w:pPr>
              <w:pStyle w:val="ListParagraph"/>
              <w:numPr>
                <w:ilvl w:val="0"/>
                <w:numId w:val="18"/>
              </w:numPr>
              <w:rPr>
                <w:b w:val="0"/>
                <w:bCs w:val="0"/>
                <w:sz w:val="18"/>
                <w:szCs w:val="18"/>
                <w:lang w:val="en-GB"/>
              </w:rPr>
            </w:pPr>
            <w:r w:rsidRPr="00B67042">
              <w:rPr>
                <w:b w:val="0"/>
                <w:bCs w:val="0"/>
                <w:sz w:val="18"/>
                <w:szCs w:val="18"/>
                <w:lang w:val="en-GB"/>
              </w:rPr>
              <w:t>Design an advertising campaign promoting the survival kit</w:t>
            </w:r>
          </w:p>
          <w:p w14:paraId="6520A9FF" w14:textId="0E5E113C" w:rsidR="00A96080" w:rsidRPr="00B67042" w:rsidRDefault="00A96080" w:rsidP="00B67042">
            <w:pPr>
              <w:pStyle w:val="ListParagraph"/>
              <w:numPr>
                <w:ilvl w:val="0"/>
                <w:numId w:val="18"/>
              </w:numPr>
              <w:rPr>
                <w:b w:val="0"/>
                <w:bCs w:val="0"/>
                <w:sz w:val="18"/>
                <w:szCs w:val="18"/>
                <w:lang w:val="en-GB"/>
              </w:rPr>
            </w:pPr>
            <w:r>
              <w:rPr>
                <w:b w:val="0"/>
                <w:bCs w:val="0"/>
                <w:sz w:val="18"/>
                <w:szCs w:val="18"/>
                <w:lang w:val="en-GB"/>
              </w:rPr>
              <w:t>De</w:t>
            </w:r>
            <w:r w:rsidR="00F26DE5">
              <w:rPr>
                <w:b w:val="0"/>
                <w:bCs w:val="0"/>
                <w:sz w:val="18"/>
                <w:szCs w:val="18"/>
                <w:lang w:val="en-GB"/>
              </w:rPr>
              <w:t>sign a weatherproof outfit</w:t>
            </w:r>
          </w:p>
          <w:p w14:paraId="38A73DAB" w14:textId="77777777" w:rsidR="00023C5A" w:rsidRDefault="00023C5A" w:rsidP="0058450D">
            <w:pPr>
              <w:rPr>
                <w:b w:val="0"/>
                <w:bCs w:val="0"/>
                <w:sz w:val="18"/>
                <w:szCs w:val="18"/>
              </w:rPr>
            </w:pPr>
          </w:p>
          <w:p w14:paraId="2737E68F" w14:textId="370C841F" w:rsidR="0058450D" w:rsidRDefault="0058450D" w:rsidP="0058450D">
            <w:pPr>
              <w:rPr>
                <w:b w:val="0"/>
                <w:bCs w:val="0"/>
                <w:sz w:val="18"/>
                <w:szCs w:val="18"/>
              </w:rPr>
            </w:pPr>
            <w:r>
              <w:rPr>
                <w:sz w:val="18"/>
                <w:szCs w:val="18"/>
              </w:rPr>
              <w:t>Outdoor</w:t>
            </w:r>
          </w:p>
          <w:p w14:paraId="6FF55288" w14:textId="53BBA1DA" w:rsidR="005E5E4E" w:rsidRPr="00622CF7" w:rsidRDefault="005E5E4E" w:rsidP="005E5E4E">
            <w:pPr>
              <w:pStyle w:val="ListParagraph"/>
              <w:numPr>
                <w:ilvl w:val="0"/>
                <w:numId w:val="18"/>
              </w:numPr>
              <w:rPr>
                <w:b w:val="0"/>
                <w:bCs w:val="0"/>
                <w:sz w:val="18"/>
                <w:szCs w:val="18"/>
                <w:lang w:val="en-GB"/>
              </w:rPr>
            </w:pPr>
            <w:r w:rsidRPr="00622CF7">
              <w:rPr>
                <w:b w:val="0"/>
                <w:bCs w:val="0"/>
                <w:sz w:val="18"/>
                <w:szCs w:val="18"/>
                <w:lang w:val="en-GB"/>
              </w:rPr>
              <w:t>Daily weather observations</w:t>
            </w:r>
          </w:p>
          <w:p w14:paraId="3E55A87C" w14:textId="0ADA8F20" w:rsidR="005E5E4E" w:rsidRPr="00622CF7" w:rsidRDefault="005E5E4E" w:rsidP="005E5E4E">
            <w:pPr>
              <w:pStyle w:val="ListParagraph"/>
              <w:numPr>
                <w:ilvl w:val="0"/>
                <w:numId w:val="18"/>
              </w:numPr>
              <w:rPr>
                <w:b w:val="0"/>
                <w:bCs w:val="0"/>
                <w:sz w:val="18"/>
                <w:szCs w:val="18"/>
                <w:lang w:val="en-GB"/>
              </w:rPr>
            </w:pPr>
            <w:r w:rsidRPr="00622CF7">
              <w:rPr>
                <w:b w:val="0"/>
                <w:bCs w:val="0"/>
                <w:sz w:val="18"/>
                <w:szCs w:val="18"/>
                <w:lang w:val="en-GB"/>
              </w:rPr>
              <w:t>Measure rainfall using rain gauges</w:t>
            </w:r>
          </w:p>
          <w:p w14:paraId="4CC05FF9" w14:textId="1BD7BC98" w:rsidR="005E5E4E" w:rsidRPr="00622CF7" w:rsidRDefault="005E5E4E" w:rsidP="005E5E4E">
            <w:pPr>
              <w:pStyle w:val="ListParagraph"/>
              <w:numPr>
                <w:ilvl w:val="0"/>
                <w:numId w:val="18"/>
              </w:numPr>
              <w:rPr>
                <w:b w:val="0"/>
                <w:bCs w:val="0"/>
                <w:sz w:val="18"/>
                <w:szCs w:val="18"/>
                <w:lang w:val="en-GB"/>
              </w:rPr>
            </w:pPr>
            <w:r w:rsidRPr="00622CF7">
              <w:rPr>
                <w:b w:val="0"/>
                <w:bCs w:val="0"/>
                <w:sz w:val="18"/>
                <w:szCs w:val="18"/>
                <w:lang w:val="en-GB"/>
              </w:rPr>
              <w:t>Wind investigations</w:t>
            </w:r>
          </w:p>
          <w:p w14:paraId="59E41B7C" w14:textId="22A89D14" w:rsidR="005E5E4E" w:rsidRPr="00622CF7" w:rsidRDefault="005E5E4E" w:rsidP="005E5E4E">
            <w:pPr>
              <w:pStyle w:val="ListParagraph"/>
              <w:numPr>
                <w:ilvl w:val="0"/>
                <w:numId w:val="18"/>
              </w:numPr>
              <w:rPr>
                <w:b w:val="0"/>
                <w:bCs w:val="0"/>
                <w:sz w:val="18"/>
                <w:szCs w:val="18"/>
                <w:lang w:val="en-GB"/>
              </w:rPr>
            </w:pPr>
            <w:r w:rsidRPr="00622CF7">
              <w:rPr>
                <w:b w:val="0"/>
                <w:bCs w:val="0"/>
                <w:sz w:val="18"/>
                <w:szCs w:val="18"/>
                <w:lang w:val="en-GB"/>
              </w:rPr>
              <w:t>Temperature recording activities</w:t>
            </w:r>
          </w:p>
          <w:p w14:paraId="706921CF" w14:textId="4AE00B7D" w:rsidR="00622CF7" w:rsidRPr="00622CF7" w:rsidRDefault="005E5E4E" w:rsidP="005E5E4E">
            <w:pPr>
              <w:pStyle w:val="ListParagraph"/>
              <w:numPr>
                <w:ilvl w:val="0"/>
                <w:numId w:val="18"/>
              </w:numPr>
              <w:rPr>
                <w:b w:val="0"/>
                <w:bCs w:val="0"/>
                <w:sz w:val="18"/>
                <w:szCs w:val="18"/>
                <w:lang w:val="en-GB"/>
              </w:rPr>
            </w:pPr>
            <w:r w:rsidRPr="00622CF7">
              <w:rPr>
                <w:b w:val="0"/>
                <w:bCs w:val="0"/>
                <w:sz w:val="18"/>
                <w:szCs w:val="18"/>
                <w:lang w:val="en-GB"/>
              </w:rPr>
              <w:t xml:space="preserve">Seasonal nature </w:t>
            </w:r>
            <w:proofErr w:type="gramStart"/>
            <w:r w:rsidR="00622CF7" w:rsidRPr="00622CF7">
              <w:rPr>
                <w:b w:val="0"/>
                <w:bCs w:val="0"/>
                <w:sz w:val="18"/>
                <w:szCs w:val="18"/>
                <w:lang w:val="en-GB"/>
              </w:rPr>
              <w:t>walk</w:t>
            </w:r>
            <w:proofErr w:type="gramEnd"/>
          </w:p>
          <w:p w14:paraId="238BD684" w14:textId="5EF18CD7" w:rsidR="00F26DE5" w:rsidRPr="00F26DE5" w:rsidRDefault="005E5E4E" w:rsidP="00682611">
            <w:pPr>
              <w:pStyle w:val="ListParagraph"/>
              <w:numPr>
                <w:ilvl w:val="0"/>
                <w:numId w:val="18"/>
              </w:numPr>
              <w:rPr>
                <w:b w:val="0"/>
                <w:bCs w:val="0"/>
                <w:sz w:val="18"/>
                <w:szCs w:val="18"/>
                <w:lang w:val="en-GB"/>
              </w:rPr>
            </w:pPr>
            <w:r w:rsidRPr="00622CF7">
              <w:rPr>
                <w:b w:val="0"/>
                <w:bCs w:val="0"/>
                <w:sz w:val="18"/>
                <w:szCs w:val="18"/>
                <w:lang w:val="en-GB"/>
              </w:rPr>
              <w:t>School grounds study identifying sheltered and exposed area</w:t>
            </w:r>
            <w:r w:rsidR="00F26DE5">
              <w:rPr>
                <w:b w:val="0"/>
                <w:bCs w:val="0"/>
                <w:sz w:val="18"/>
                <w:szCs w:val="18"/>
                <w:lang w:val="en-GB"/>
              </w:rPr>
              <w:t>s</w:t>
            </w:r>
          </w:p>
          <w:p w14:paraId="4D0672B9" w14:textId="73C84898" w:rsidR="00682611" w:rsidRPr="00F26DE5" w:rsidRDefault="00F26DE5" w:rsidP="00682611">
            <w:pPr>
              <w:pStyle w:val="ListParagraph"/>
              <w:numPr>
                <w:ilvl w:val="0"/>
                <w:numId w:val="18"/>
              </w:numPr>
              <w:rPr>
                <w:b w:val="0"/>
                <w:bCs w:val="0"/>
                <w:sz w:val="18"/>
                <w:szCs w:val="18"/>
                <w:lang w:val="en-GB"/>
              </w:rPr>
            </w:pPr>
            <w:r>
              <w:rPr>
                <w:b w:val="0"/>
                <w:bCs w:val="0"/>
                <w:sz w:val="18"/>
                <w:szCs w:val="18"/>
                <w:lang w:val="en-GB"/>
              </w:rPr>
              <w:t>Build a shelter challenge</w:t>
            </w:r>
          </w:p>
        </w:tc>
        <w:tc>
          <w:tcPr>
            <w:tcW w:w="4310" w:type="dxa"/>
            <w:shd w:val="clear" w:color="auto" w:fill="FFFFFF" w:themeFill="background1"/>
          </w:tcPr>
          <w:p w14:paraId="4D6062A4"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Pr>
                <w:sz w:val="18"/>
                <w:szCs w:val="18"/>
                <w:lang w:val="en-GB"/>
              </w:rPr>
              <w:lastRenderedPageBreak/>
              <w:t>B</w:t>
            </w:r>
            <w:r w:rsidRPr="004F79C1">
              <w:rPr>
                <w:sz w:val="18"/>
                <w:szCs w:val="18"/>
                <w:lang w:val="en-GB"/>
              </w:rPr>
              <w:t xml:space="preserve">BC Bitesize Weather </w:t>
            </w:r>
          </w:p>
          <w:p w14:paraId="2516AB13"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 xml:space="preserve">Met Office weather maps and forecasts </w:t>
            </w:r>
          </w:p>
          <w:p w14:paraId="4BA5F2AC"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 xml:space="preserve">Scottish Environment Protection Agency resources </w:t>
            </w:r>
          </w:p>
          <w:p w14:paraId="2B23DA4E"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 xml:space="preserve">Atlases and globes </w:t>
            </w:r>
          </w:p>
          <w:p w14:paraId="6D5417AF"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 xml:space="preserve">Digital maps </w:t>
            </w:r>
          </w:p>
          <w:p w14:paraId="0E221099"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 xml:space="preserve">Weather symbols cards </w:t>
            </w:r>
          </w:p>
          <w:p w14:paraId="6A643B65"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Waterproof and absorbent materials</w:t>
            </w:r>
          </w:p>
          <w:p w14:paraId="5232C5D7"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 xml:space="preserve">Thermometers </w:t>
            </w:r>
          </w:p>
          <w:p w14:paraId="232CB6CE"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 xml:space="preserve">Rain gauges </w:t>
            </w:r>
          </w:p>
          <w:p w14:paraId="4519E956"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proofErr w:type="gramStart"/>
            <w:r w:rsidRPr="004F79C1">
              <w:rPr>
                <w:sz w:val="18"/>
                <w:szCs w:val="18"/>
                <w:lang w:val="en-GB"/>
              </w:rPr>
              <w:t>Wind socks</w:t>
            </w:r>
            <w:proofErr w:type="gramEnd"/>
            <w:r w:rsidRPr="004F79C1">
              <w:rPr>
                <w:sz w:val="18"/>
                <w:szCs w:val="18"/>
                <w:lang w:val="en-GB"/>
              </w:rPr>
              <w:t xml:space="preserve"> </w:t>
            </w:r>
          </w:p>
          <w:p w14:paraId="017B017A"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 xml:space="preserve">iPads/laptops </w:t>
            </w:r>
          </w:p>
          <w:p w14:paraId="7187B468" w14:textId="77777777" w:rsid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 xml:space="preserve"> Non-fiction climate texts </w:t>
            </w:r>
          </w:p>
          <w:p w14:paraId="44FF4A9E" w14:textId="6C9D81C1" w:rsidR="004F79C1" w:rsidRPr="004F79C1" w:rsidRDefault="004F79C1" w:rsidP="004F79C1">
            <w:pPr>
              <w:pStyle w:val="ListParagraph"/>
              <w:numPr>
                <w:ilvl w:val="0"/>
                <w:numId w:val="18"/>
              </w:numPr>
              <w:cnfStyle w:val="000000010000" w:firstRow="0" w:lastRow="0" w:firstColumn="0" w:lastColumn="0" w:oddVBand="0" w:evenVBand="0" w:oddHBand="0" w:evenHBand="1" w:firstRowFirstColumn="0" w:firstRowLastColumn="0" w:lastRowFirstColumn="0" w:lastRowLastColumn="0"/>
              <w:rPr>
                <w:sz w:val="18"/>
                <w:szCs w:val="18"/>
                <w:lang w:val="en-GB"/>
              </w:rPr>
            </w:pPr>
            <w:r w:rsidRPr="004F79C1">
              <w:rPr>
                <w:sz w:val="18"/>
                <w:szCs w:val="18"/>
                <w:lang w:val="en-GB"/>
              </w:rPr>
              <w:t>Travel brochures and guidebooks</w:t>
            </w:r>
          </w:p>
          <w:p w14:paraId="0B6C04D8" w14:textId="49AEAF34" w:rsidR="0022236F" w:rsidRPr="0022236F" w:rsidRDefault="0022236F" w:rsidP="0080126E">
            <w:pPr>
              <w:pStyle w:val="ListParagraph"/>
              <w:ind w:left="252"/>
              <w:cnfStyle w:val="000000010000" w:firstRow="0" w:lastRow="0" w:firstColumn="0" w:lastColumn="0" w:oddVBand="0" w:evenVBand="0" w:oddHBand="0" w:evenHBand="1" w:firstRowFirstColumn="0" w:firstRowLastColumn="0" w:lastRowFirstColumn="0" w:lastRowLastColumn="0"/>
              <w:rPr>
                <w:sz w:val="18"/>
                <w:szCs w:val="18"/>
                <w:lang w:val="en-GB"/>
              </w:rPr>
            </w:pPr>
          </w:p>
        </w:tc>
      </w:tr>
    </w:tbl>
    <w:p w14:paraId="1F59AFAD" w14:textId="4166358A" w:rsidR="0072186B" w:rsidRDefault="00221E0B">
      <w:pPr>
        <w:pStyle w:val="Heading2"/>
      </w:pPr>
      <w:r>
        <w:t xml:space="preserve">Responsive Planning: </w:t>
      </w:r>
      <w:r w:rsidR="6B6046C2">
        <w:t>Reflecting, Responding and Extending</w:t>
      </w:r>
      <w:r w:rsidR="00525A65">
        <w:t xml:space="preserve"> (For example)</w:t>
      </w:r>
    </w:p>
    <w:tbl>
      <w:tblPr>
        <w:tblStyle w:val="LightGrid"/>
        <w:tblW w:w="0" w:type="auto"/>
        <w:tblLook w:val="04A0" w:firstRow="1" w:lastRow="0" w:firstColumn="1" w:lastColumn="0" w:noHBand="0" w:noVBand="1"/>
      </w:tblPr>
      <w:tblGrid>
        <w:gridCol w:w="4310"/>
        <w:gridCol w:w="4310"/>
      </w:tblGrid>
      <w:tr w:rsidR="0072186B" w14:paraId="4C7B7E7A" w14:textId="77777777" w:rsidTr="000A3A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shd w:val="clear" w:color="auto" w:fill="EAF1DD" w:themeFill="accent3" w:themeFillTint="33"/>
          </w:tcPr>
          <w:p w14:paraId="555868CD" w14:textId="62C0F854" w:rsidR="0072186B" w:rsidRDefault="00F8138A">
            <w:r>
              <w:t xml:space="preserve">Emerging Pupil Questions / </w:t>
            </w:r>
            <w:r w:rsidR="00765C77">
              <w:t>Challenges</w:t>
            </w:r>
          </w:p>
        </w:tc>
        <w:tc>
          <w:tcPr>
            <w:tcW w:w="4320" w:type="dxa"/>
            <w:shd w:val="clear" w:color="auto" w:fill="EAF1DD" w:themeFill="accent3" w:themeFillTint="33"/>
          </w:tcPr>
          <w:p w14:paraId="495BAE6E" w14:textId="24791B40" w:rsidR="0072186B" w:rsidRDefault="6B6046C2">
            <w:pPr>
              <w:cnfStyle w:val="100000000000" w:firstRow="1" w:lastRow="0" w:firstColumn="0" w:lastColumn="0" w:oddVBand="0" w:evenVBand="0" w:oddHBand="0" w:evenHBand="0" w:firstRowFirstColumn="0" w:firstRowLastColumn="0" w:lastRowFirstColumn="0" w:lastRowLastColumn="0"/>
            </w:pPr>
            <w:r>
              <w:t>Next Steps</w:t>
            </w:r>
          </w:p>
        </w:tc>
      </w:tr>
      <w:tr w:rsidR="0072186B" w14:paraId="60061E4C" w14:textId="77777777" w:rsidTr="00721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shd w:val="clear" w:color="auto" w:fill="FFFFFF" w:themeFill="background1"/>
          </w:tcPr>
          <w:p w14:paraId="50E23820" w14:textId="4A1A32FA" w:rsidR="00BA59BD" w:rsidRDefault="00525A65">
            <w:r>
              <w:rPr>
                <w:b w:val="0"/>
                <w:bCs w:val="0"/>
              </w:rPr>
              <w:t>Why does Scotland get so much rain?</w:t>
            </w:r>
          </w:p>
          <w:p w14:paraId="36877C4E" w14:textId="77777777" w:rsidR="00DA4C8E" w:rsidRDefault="00DA4C8E"/>
          <w:p w14:paraId="72494F4F" w14:textId="613A85C2" w:rsidR="00DA4C8E" w:rsidRDefault="00DA4C8E">
            <w:pPr>
              <w:rPr>
                <w:b w:val="0"/>
                <w:bCs w:val="0"/>
              </w:rPr>
            </w:pPr>
            <w:r>
              <w:rPr>
                <w:b w:val="0"/>
                <w:bCs w:val="0"/>
              </w:rPr>
              <w:t>Why is it warmer in some countries?</w:t>
            </w:r>
          </w:p>
          <w:p w14:paraId="5A4C634D" w14:textId="77777777" w:rsidR="00BA59BD" w:rsidRDefault="00BA59BD"/>
          <w:p w14:paraId="119EEB5E" w14:textId="5D1771FD" w:rsidR="006B1FF2" w:rsidRDefault="006B1FF2">
            <w:pPr>
              <w:rPr>
                <w:b w:val="0"/>
                <w:bCs w:val="0"/>
              </w:rPr>
            </w:pPr>
            <w:r>
              <w:rPr>
                <w:b w:val="0"/>
                <w:bCs w:val="0"/>
              </w:rPr>
              <w:t>Is climate changing in Scotland?</w:t>
            </w:r>
          </w:p>
          <w:p w14:paraId="3A602883" w14:textId="77777777" w:rsidR="00BA59BD" w:rsidRDefault="00BA59BD">
            <w:pPr>
              <w:rPr>
                <w:b w:val="0"/>
                <w:bCs w:val="0"/>
              </w:rPr>
            </w:pPr>
          </w:p>
          <w:p w14:paraId="0A61CBD7" w14:textId="77777777" w:rsidR="00BA59BD" w:rsidRDefault="00BA59BD">
            <w:pPr>
              <w:rPr>
                <w:b w:val="0"/>
                <w:bCs w:val="0"/>
              </w:rPr>
            </w:pPr>
          </w:p>
          <w:p w14:paraId="44EAFD9C" w14:textId="77777777" w:rsidR="00682611" w:rsidRDefault="00682611"/>
        </w:tc>
        <w:tc>
          <w:tcPr>
            <w:tcW w:w="4320" w:type="dxa"/>
            <w:shd w:val="clear" w:color="auto" w:fill="FFFFFF" w:themeFill="background1"/>
          </w:tcPr>
          <w:p w14:paraId="3011CF0C" w14:textId="4CDBB2F6" w:rsidR="0072186B" w:rsidRDefault="00DA4C8E">
            <w:pPr>
              <w:cnfStyle w:val="000000100000" w:firstRow="0" w:lastRow="0" w:firstColumn="0" w:lastColumn="0" w:oddVBand="0" w:evenVBand="0" w:oddHBand="1" w:evenHBand="0" w:firstRowFirstColumn="0" w:firstRowLastColumn="0" w:lastRowFirstColumn="0" w:lastRowLastColumn="0"/>
            </w:pPr>
            <w:r>
              <w:t>Investigate water cycle and weather systems</w:t>
            </w:r>
          </w:p>
          <w:p w14:paraId="79344CF3" w14:textId="77777777" w:rsidR="00DA4C8E" w:rsidRDefault="00DA4C8E">
            <w:pPr>
              <w:cnfStyle w:val="000000100000" w:firstRow="0" w:lastRow="0" w:firstColumn="0" w:lastColumn="0" w:oddVBand="0" w:evenVBand="0" w:oddHBand="1" w:evenHBand="0" w:firstRowFirstColumn="0" w:firstRowLastColumn="0" w:lastRowFirstColumn="0" w:lastRowLastColumn="0"/>
            </w:pPr>
          </w:p>
          <w:p w14:paraId="4BE36F77" w14:textId="7D025CBA" w:rsidR="00DA4C8E" w:rsidRDefault="006B1FF2">
            <w:pPr>
              <w:cnfStyle w:val="000000100000" w:firstRow="0" w:lastRow="0" w:firstColumn="0" w:lastColumn="0" w:oddVBand="0" w:evenVBand="0" w:oddHBand="1" w:evenHBand="0" w:firstRowFirstColumn="0" w:firstRowLastColumn="0" w:lastRowFirstColumn="0" w:lastRowLastColumn="0"/>
            </w:pPr>
            <w:r>
              <w:t>Explore</w:t>
            </w:r>
            <w:r w:rsidR="00DA4C8E">
              <w:t xml:space="preserve"> climate zones</w:t>
            </w:r>
          </w:p>
          <w:p w14:paraId="2515F95D" w14:textId="77777777" w:rsidR="00970D05" w:rsidRDefault="00970D05">
            <w:pPr>
              <w:cnfStyle w:val="000000100000" w:firstRow="0" w:lastRow="0" w:firstColumn="0" w:lastColumn="0" w:oddVBand="0" w:evenVBand="0" w:oddHBand="1" w:evenHBand="0" w:firstRowFirstColumn="0" w:firstRowLastColumn="0" w:lastRowFirstColumn="0" w:lastRowLastColumn="0"/>
            </w:pPr>
          </w:p>
          <w:p w14:paraId="4C968E0F" w14:textId="6988966E" w:rsidR="0072186B" w:rsidRDefault="00970D05">
            <w:pPr>
              <w:cnfStyle w:val="000000100000" w:firstRow="0" w:lastRow="0" w:firstColumn="0" w:lastColumn="0" w:oddVBand="0" w:evenVBand="0" w:oddHBand="1" w:evenHBand="0" w:firstRowFirstColumn="0" w:firstRowLastColumn="0" w:lastRowFirstColumn="0" w:lastRowLastColumn="0"/>
            </w:pPr>
            <w:proofErr w:type="gramStart"/>
            <w:r>
              <w:t>Introduce</w:t>
            </w:r>
            <w:proofErr w:type="gramEnd"/>
            <w:r>
              <w:t xml:space="preserve"> simple climate change discussions</w:t>
            </w:r>
          </w:p>
          <w:p w14:paraId="4B94D5A5" w14:textId="77777777" w:rsidR="0072186B" w:rsidRDefault="0072186B">
            <w:pPr>
              <w:cnfStyle w:val="000000100000" w:firstRow="0" w:lastRow="0" w:firstColumn="0" w:lastColumn="0" w:oddVBand="0" w:evenVBand="0" w:oddHBand="1" w:evenHBand="0" w:firstRowFirstColumn="0" w:firstRowLastColumn="0" w:lastRowFirstColumn="0" w:lastRowLastColumn="0"/>
            </w:pPr>
          </w:p>
        </w:tc>
      </w:tr>
    </w:tbl>
    <w:p w14:paraId="34D8BD00" w14:textId="77777777" w:rsidR="00F8138A" w:rsidRDefault="00F8138A"/>
    <w:sectPr w:rsidR="00F8138A" w:rsidSect="00034616">
      <w:headerReference w:type="default" r:id="rId23"/>
      <w:footerReference w:type="default" r:id="rId2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BFAF9" w14:textId="77777777" w:rsidR="00025306" w:rsidRDefault="00025306" w:rsidP="00886041">
      <w:pPr>
        <w:spacing w:after="0" w:line="240" w:lineRule="auto"/>
      </w:pPr>
      <w:r>
        <w:separator/>
      </w:r>
    </w:p>
  </w:endnote>
  <w:endnote w:type="continuationSeparator" w:id="0">
    <w:p w14:paraId="5D10E082" w14:textId="77777777" w:rsidR="00025306" w:rsidRDefault="00025306" w:rsidP="00886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3832" w14:textId="70BE59FA" w:rsidR="00A236E4" w:rsidRDefault="00A236E4">
    <w:pPr>
      <w:pStyle w:val="Footer"/>
    </w:pPr>
  </w:p>
  <w:p w14:paraId="3BC9BBFB" w14:textId="77231752" w:rsidR="00A236E4" w:rsidRPr="00A236E4" w:rsidRDefault="00A236E4">
    <w:pPr>
      <w:pStyle w:val="Footer"/>
      <w:rPr>
        <w:i/>
        <w:iCs/>
      </w:rPr>
    </w:pPr>
    <w:r>
      <w:rPr>
        <w:i/>
        <w:iCs/>
      </w:rPr>
      <w:t>Planner</w:t>
    </w:r>
    <w:r w:rsidR="00616BCA">
      <w:rPr>
        <w:i/>
        <w:iCs/>
      </w:rPr>
      <w:t xml:space="preserve"> </w:t>
    </w:r>
    <w:r>
      <w:rPr>
        <w:i/>
        <w:iCs/>
      </w:rPr>
      <w:t xml:space="preserve">adapted from STEM Nation </w:t>
    </w:r>
    <w:r w:rsidR="00616BCA">
      <w:rPr>
        <w:i/>
        <w:iCs/>
      </w:rPr>
      <w:t>STEM Context Planners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A7783" w14:textId="77777777" w:rsidR="00025306" w:rsidRDefault="00025306" w:rsidP="00886041">
      <w:pPr>
        <w:spacing w:after="0" w:line="240" w:lineRule="auto"/>
      </w:pPr>
      <w:r>
        <w:separator/>
      </w:r>
    </w:p>
  </w:footnote>
  <w:footnote w:type="continuationSeparator" w:id="0">
    <w:p w14:paraId="37F917B8" w14:textId="77777777" w:rsidR="00025306" w:rsidRDefault="00025306" w:rsidP="00886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2C3B" w14:textId="34775532" w:rsidR="00886041" w:rsidRDefault="000C1D55" w:rsidP="00413D0C">
    <w:pPr>
      <w:pStyle w:val="Heading1"/>
    </w:pPr>
    <w:r w:rsidRPr="000C1D55">
      <w:rPr>
        <w:rFonts w:ascii="Calibri" w:hAnsi="Calibri" w:cstheme="minorBidi"/>
        <w:noProof/>
        <w:sz w:val="22"/>
        <w:szCs w:val="22"/>
        <w:lang w:val="en-GB"/>
      </w:rPr>
      <w:drawing>
        <wp:inline distT="0" distB="0" distL="0" distR="0" wp14:anchorId="49769714" wp14:editId="658EC171">
          <wp:extent cx="474133" cy="474133"/>
          <wp:effectExtent l="0" t="0" r="2540" b="2540"/>
          <wp:docPr id="206280316" name="Picture 2">
            <a:extLst xmlns:a="http://schemas.openxmlformats.org/drawingml/2006/main">
              <a:ext uri="{FF2B5EF4-FFF2-40B4-BE49-F238E27FC236}">
                <a16:creationId xmlns:a16="http://schemas.microsoft.com/office/drawing/2014/main" id="{DF4EAD3F-8E6C-4663-B332-8DEE8B081C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112" cy="488112"/>
                  </a:xfrm>
                  <a:prstGeom prst="rect">
                    <a:avLst/>
                  </a:prstGeom>
                  <a:noFill/>
                  <a:ln>
                    <a:noFill/>
                  </a:ln>
                </pic:spPr>
              </pic:pic>
            </a:graphicData>
          </a:graphic>
        </wp:inline>
      </w:drawing>
    </w:r>
    <w:r>
      <w:t xml:space="preserve">                  </w:t>
    </w:r>
    <w:r w:rsidR="00E04A2C">
      <w:t>Project Based Learning</w:t>
    </w:r>
    <w:r>
      <w:t xml:space="preserve"> Planning</w:t>
    </w:r>
    <w:r w:rsidR="0080126E">
      <w:t xml:space="preserve">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A87B03"/>
    <w:multiLevelType w:val="multilevel"/>
    <w:tmpl w:val="E0DC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134088"/>
    <w:multiLevelType w:val="hybridMultilevel"/>
    <w:tmpl w:val="4D96CDF6"/>
    <w:lvl w:ilvl="0" w:tplc="C45C753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F05E6"/>
    <w:multiLevelType w:val="hybridMultilevel"/>
    <w:tmpl w:val="F9F2787C"/>
    <w:lvl w:ilvl="0" w:tplc="DCDA5706">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4A0019"/>
    <w:multiLevelType w:val="multilevel"/>
    <w:tmpl w:val="D446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3E140C"/>
    <w:multiLevelType w:val="hybridMultilevel"/>
    <w:tmpl w:val="223CCE52"/>
    <w:lvl w:ilvl="0" w:tplc="6C4E538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DB036D"/>
    <w:multiLevelType w:val="hybridMultilevel"/>
    <w:tmpl w:val="E1F64194"/>
    <w:lvl w:ilvl="0" w:tplc="D11C9E14">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44603C"/>
    <w:multiLevelType w:val="hybridMultilevel"/>
    <w:tmpl w:val="0E68117A"/>
    <w:lvl w:ilvl="0" w:tplc="DC64733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B3361A"/>
    <w:multiLevelType w:val="hybridMultilevel"/>
    <w:tmpl w:val="A6DE3808"/>
    <w:lvl w:ilvl="0" w:tplc="001C7A2E">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3D778D"/>
    <w:multiLevelType w:val="hybridMultilevel"/>
    <w:tmpl w:val="6C988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FC7655"/>
    <w:multiLevelType w:val="hybridMultilevel"/>
    <w:tmpl w:val="F006D8DC"/>
    <w:lvl w:ilvl="0" w:tplc="231EA808">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CF5041"/>
    <w:multiLevelType w:val="multilevel"/>
    <w:tmpl w:val="2B1E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2E29E0"/>
    <w:multiLevelType w:val="multilevel"/>
    <w:tmpl w:val="7F288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655868"/>
    <w:multiLevelType w:val="hybridMultilevel"/>
    <w:tmpl w:val="43EE8EA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8754F0"/>
    <w:multiLevelType w:val="hybridMultilevel"/>
    <w:tmpl w:val="4A5E8E24"/>
    <w:lvl w:ilvl="0" w:tplc="BDD8A02C">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4815062">
    <w:abstractNumId w:val="7"/>
  </w:num>
  <w:num w:numId="2" w16cid:durableId="1083719715">
    <w:abstractNumId w:val="6"/>
  </w:num>
  <w:num w:numId="3" w16cid:durableId="1268535957">
    <w:abstractNumId w:val="22"/>
  </w:num>
  <w:num w:numId="4" w16cid:durableId="1519738130">
    <w:abstractNumId w:val="17"/>
  </w:num>
  <w:num w:numId="5" w16cid:durableId="1614556465">
    <w:abstractNumId w:val="15"/>
  </w:num>
  <w:num w:numId="6" w16cid:durableId="1637367140">
    <w:abstractNumId w:val="8"/>
  </w:num>
  <w:num w:numId="7" w16cid:durableId="1706131200">
    <w:abstractNumId w:val="14"/>
  </w:num>
  <w:num w:numId="8" w16cid:durableId="176770922">
    <w:abstractNumId w:val="10"/>
  </w:num>
  <w:num w:numId="9" w16cid:durableId="1827820527">
    <w:abstractNumId w:val="0"/>
  </w:num>
  <w:num w:numId="10" w16cid:durableId="379786555">
    <w:abstractNumId w:val="13"/>
  </w:num>
  <w:num w:numId="11" w16cid:durableId="415630990">
    <w:abstractNumId w:val="3"/>
  </w:num>
  <w:num w:numId="12" w16cid:durableId="436294117">
    <w:abstractNumId w:val="21"/>
  </w:num>
  <w:num w:numId="13" w16cid:durableId="462425056">
    <w:abstractNumId w:val="1"/>
  </w:num>
  <w:num w:numId="14" w16cid:durableId="473723455">
    <w:abstractNumId w:val="4"/>
  </w:num>
  <w:num w:numId="15" w16cid:durableId="678508920">
    <w:abstractNumId w:val="20"/>
  </w:num>
  <w:num w:numId="16" w16cid:durableId="747075841">
    <w:abstractNumId w:val="5"/>
  </w:num>
  <w:num w:numId="17" w16cid:durableId="927734142">
    <w:abstractNumId w:val="2"/>
  </w:num>
  <w:num w:numId="18" w16cid:durableId="1881430582">
    <w:abstractNumId w:val="16"/>
  </w:num>
  <w:num w:numId="19" w16cid:durableId="1015351255">
    <w:abstractNumId w:val="11"/>
  </w:num>
  <w:num w:numId="20" w16cid:durableId="214895018">
    <w:abstractNumId w:val="19"/>
  </w:num>
  <w:num w:numId="21" w16cid:durableId="1851481468">
    <w:abstractNumId w:val="12"/>
  </w:num>
  <w:num w:numId="22" w16cid:durableId="1577663072">
    <w:abstractNumId w:val="9"/>
  </w:num>
  <w:num w:numId="23" w16cid:durableId="20590821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F2"/>
    <w:rsid w:val="00013DB2"/>
    <w:rsid w:val="00015C3B"/>
    <w:rsid w:val="00023C5A"/>
    <w:rsid w:val="00025306"/>
    <w:rsid w:val="00034616"/>
    <w:rsid w:val="000402C7"/>
    <w:rsid w:val="00044B1C"/>
    <w:rsid w:val="0006063C"/>
    <w:rsid w:val="000674A4"/>
    <w:rsid w:val="0007096C"/>
    <w:rsid w:val="000745A2"/>
    <w:rsid w:val="00093416"/>
    <w:rsid w:val="000942F9"/>
    <w:rsid w:val="00096133"/>
    <w:rsid w:val="000A1662"/>
    <w:rsid w:val="000A3A40"/>
    <w:rsid w:val="000A3B56"/>
    <w:rsid w:val="000C08C8"/>
    <w:rsid w:val="000C16E3"/>
    <w:rsid w:val="000C1D55"/>
    <w:rsid w:val="000D34DC"/>
    <w:rsid w:val="000E090A"/>
    <w:rsid w:val="000E1186"/>
    <w:rsid w:val="000E24F3"/>
    <w:rsid w:val="000E7B3D"/>
    <w:rsid w:val="000F1303"/>
    <w:rsid w:val="00125A6E"/>
    <w:rsid w:val="0015074B"/>
    <w:rsid w:val="001679B3"/>
    <w:rsid w:val="00171237"/>
    <w:rsid w:val="00172F4E"/>
    <w:rsid w:val="0019357D"/>
    <w:rsid w:val="00196770"/>
    <w:rsid w:val="001A31AC"/>
    <w:rsid w:val="001A56A9"/>
    <w:rsid w:val="001B2933"/>
    <w:rsid w:val="001B608F"/>
    <w:rsid w:val="001C68F6"/>
    <w:rsid w:val="001D5C10"/>
    <w:rsid w:val="001E23FD"/>
    <w:rsid w:val="0020256D"/>
    <w:rsid w:val="00205AEA"/>
    <w:rsid w:val="00221E0B"/>
    <w:rsid w:val="0022236F"/>
    <w:rsid w:val="0022708B"/>
    <w:rsid w:val="002518EF"/>
    <w:rsid w:val="00275280"/>
    <w:rsid w:val="0029639D"/>
    <w:rsid w:val="00297698"/>
    <w:rsid w:val="002A14B2"/>
    <w:rsid w:val="002B51A3"/>
    <w:rsid w:val="002E1AE7"/>
    <w:rsid w:val="002E2B12"/>
    <w:rsid w:val="002E740F"/>
    <w:rsid w:val="002E7C50"/>
    <w:rsid w:val="002F34D8"/>
    <w:rsid w:val="002F5B73"/>
    <w:rsid w:val="00302DE4"/>
    <w:rsid w:val="00326F90"/>
    <w:rsid w:val="0034192C"/>
    <w:rsid w:val="00343582"/>
    <w:rsid w:val="00355903"/>
    <w:rsid w:val="00367DAA"/>
    <w:rsid w:val="00372E94"/>
    <w:rsid w:val="003C077D"/>
    <w:rsid w:val="003C413D"/>
    <w:rsid w:val="003D20FC"/>
    <w:rsid w:val="003E2DFB"/>
    <w:rsid w:val="003E2F05"/>
    <w:rsid w:val="003E6BC2"/>
    <w:rsid w:val="003E6FEC"/>
    <w:rsid w:val="003E7478"/>
    <w:rsid w:val="00404106"/>
    <w:rsid w:val="00404E13"/>
    <w:rsid w:val="004115A7"/>
    <w:rsid w:val="00412384"/>
    <w:rsid w:val="00413D0C"/>
    <w:rsid w:val="00427A23"/>
    <w:rsid w:val="00432370"/>
    <w:rsid w:val="00435893"/>
    <w:rsid w:val="00440714"/>
    <w:rsid w:val="00440F8D"/>
    <w:rsid w:val="004413BA"/>
    <w:rsid w:val="00445426"/>
    <w:rsid w:val="00454772"/>
    <w:rsid w:val="00454BF3"/>
    <w:rsid w:val="004601D4"/>
    <w:rsid w:val="00462368"/>
    <w:rsid w:val="00466F85"/>
    <w:rsid w:val="00467235"/>
    <w:rsid w:val="004729D6"/>
    <w:rsid w:val="00482CF9"/>
    <w:rsid w:val="0049496E"/>
    <w:rsid w:val="00497A56"/>
    <w:rsid w:val="004E612D"/>
    <w:rsid w:val="004F29C4"/>
    <w:rsid w:val="004F6488"/>
    <w:rsid w:val="004F79C1"/>
    <w:rsid w:val="00505750"/>
    <w:rsid w:val="0051001D"/>
    <w:rsid w:val="00513300"/>
    <w:rsid w:val="00513A2D"/>
    <w:rsid w:val="00516E60"/>
    <w:rsid w:val="00525A65"/>
    <w:rsid w:val="0055108A"/>
    <w:rsid w:val="00556184"/>
    <w:rsid w:val="0056174B"/>
    <w:rsid w:val="00563EE1"/>
    <w:rsid w:val="00582C7F"/>
    <w:rsid w:val="0058450D"/>
    <w:rsid w:val="00593B1F"/>
    <w:rsid w:val="005A4230"/>
    <w:rsid w:val="005A5863"/>
    <w:rsid w:val="005B1CBC"/>
    <w:rsid w:val="005B647D"/>
    <w:rsid w:val="005C6808"/>
    <w:rsid w:val="005E5E4E"/>
    <w:rsid w:val="005F4776"/>
    <w:rsid w:val="00600220"/>
    <w:rsid w:val="0060115D"/>
    <w:rsid w:val="006117F9"/>
    <w:rsid w:val="00616113"/>
    <w:rsid w:val="00616BCA"/>
    <w:rsid w:val="006208C2"/>
    <w:rsid w:val="00622CF7"/>
    <w:rsid w:val="0062328F"/>
    <w:rsid w:val="006434B8"/>
    <w:rsid w:val="00657F74"/>
    <w:rsid w:val="00670BC6"/>
    <w:rsid w:val="00680786"/>
    <w:rsid w:val="006814EB"/>
    <w:rsid w:val="00682611"/>
    <w:rsid w:val="006B1FF2"/>
    <w:rsid w:val="006B51F8"/>
    <w:rsid w:val="006C7C94"/>
    <w:rsid w:val="006D61DD"/>
    <w:rsid w:val="006E6F78"/>
    <w:rsid w:val="006F03AB"/>
    <w:rsid w:val="006F3B3D"/>
    <w:rsid w:val="006F50D8"/>
    <w:rsid w:val="0072186B"/>
    <w:rsid w:val="00727042"/>
    <w:rsid w:val="0072718E"/>
    <w:rsid w:val="00764AD8"/>
    <w:rsid w:val="00765C77"/>
    <w:rsid w:val="0076689D"/>
    <w:rsid w:val="00767AC2"/>
    <w:rsid w:val="00783671"/>
    <w:rsid w:val="00784DEB"/>
    <w:rsid w:val="007A284E"/>
    <w:rsid w:val="007A5016"/>
    <w:rsid w:val="007A7B39"/>
    <w:rsid w:val="007B0204"/>
    <w:rsid w:val="007B7F61"/>
    <w:rsid w:val="007C1B81"/>
    <w:rsid w:val="007C4C24"/>
    <w:rsid w:val="007C5316"/>
    <w:rsid w:val="007E175B"/>
    <w:rsid w:val="007E22BE"/>
    <w:rsid w:val="007F3CB5"/>
    <w:rsid w:val="007F552B"/>
    <w:rsid w:val="007F6B56"/>
    <w:rsid w:val="007F78C7"/>
    <w:rsid w:val="0080126E"/>
    <w:rsid w:val="0080316C"/>
    <w:rsid w:val="00842652"/>
    <w:rsid w:val="00845D28"/>
    <w:rsid w:val="00872473"/>
    <w:rsid w:val="00877FEA"/>
    <w:rsid w:val="00886041"/>
    <w:rsid w:val="008901A8"/>
    <w:rsid w:val="008A5B29"/>
    <w:rsid w:val="008A739B"/>
    <w:rsid w:val="008A7CFC"/>
    <w:rsid w:val="008B0AA3"/>
    <w:rsid w:val="008B21C4"/>
    <w:rsid w:val="008E1880"/>
    <w:rsid w:val="008E7F2F"/>
    <w:rsid w:val="008F1C21"/>
    <w:rsid w:val="00935C8E"/>
    <w:rsid w:val="00936165"/>
    <w:rsid w:val="009369C7"/>
    <w:rsid w:val="00936D97"/>
    <w:rsid w:val="009459F2"/>
    <w:rsid w:val="00951120"/>
    <w:rsid w:val="0095285E"/>
    <w:rsid w:val="00963627"/>
    <w:rsid w:val="00967592"/>
    <w:rsid w:val="00970D05"/>
    <w:rsid w:val="009736DB"/>
    <w:rsid w:val="00990251"/>
    <w:rsid w:val="009B14EC"/>
    <w:rsid w:val="009C50BB"/>
    <w:rsid w:val="009D1A00"/>
    <w:rsid w:val="009D67C5"/>
    <w:rsid w:val="009F2023"/>
    <w:rsid w:val="00A00AE7"/>
    <w:rsid w:val="00A116F3"/>
    <w:rsid w:val="00A236E4"/>
    <w:rsid w:val="00A31BA4"/>
    <w:rsid w:val="00A613CF"/>
    <w:rsid w:val="00A90428"/>
    <w:rsid w:val="00A96080"/>
    <w:rsid w:val="00AA1D8D"/>
    <w:rsid w:val="00AB12B6"/>
    <w:rsid w:val="00AC2A53"/>
    <w:rsid w:val="00AC2ABB"/>
    <w:rsid w:val="00AD37F9"/>
    <w:rsid w:val="00AD381C"/>
    <w:rsid w:val="00AE03AF"/>
    <w:rsid w:val="00AE1622"/>
    <w:rsid w:val="00B04451"/>
    <w:rsid w:val="00B06117"/>
    <w:rsid w:val="00B06F5D"/>
    <w:rsid w:val="00B17823"/>
    <w:rsid w:val="00B31D4D"/>
    <w:rsid w:val="00B369D0"/>
    <w:rsid w:val="00B43857"/>
    <w:rsid w:val="00B46272"/>
    <w:rsid w:val="00B47730"/>
    <w:rsid w:val="00B66C63"/>
    <w:rsid w:val="00B67042"/>
    <w:rsid w:val="00B9746F"/>
    <w:rsid w:val="00BA59BD"/>
    <w:rsid w:val="00BA6D0B"/>
    <w:rsid w:val="00BA7CF0"/>
    <w:rsid w:val="00BB03D0"/>
    <w:rsid w:val="00BC0423"/>
    <w:rsid w:val="00BD3859"/>
    <w:rsid w:val="00BD68C2"/>
    <w:rsid w:val="00BE5F5B"/>
    <w:rsid w:val="00BF4C26"/>
    <w:rsid w:val="00C03B7A"/>
    <w:rsid w:val="00C14B2B"/>
    <w:rsid w:val="00C27E30"/>
    <w:rsid w:val="00C300FD"/>
    <w:rsid w:val="00C34C2B"/>
    <w:rsid w:val="00C42391"/>
    <w:rsid w:val="00C56714"/>
    <w:rsid w:val="00C86B71"/>
    <w:rsid w:val="00C9759F"/>
    <w:rsid w:val="00CA229B"/>
    <w:rsid w:val="00CA3994"/>
    <w:rsid w:val="00CA60C7"/>
    <w:rsid w:val="00CB0607"/>
    <w:rsid w:val="00CB0664"/>
    <w:rsid w:val="00CC218E"/>
    <w:rsid w:val="00CC7EE6"/>
    <w:rsid w:val="00CD296B"/>
    <w:rsid w:val="00CD44E1"/>
    <w:rsid w:val="00CE63FC"/>
    <w:rsid w:val="00CE7FAC"/>
    <w:rsid w:val="00CF2FFA"/>
    <w:rsid w:val="00D048A0"/>
    <w:rsid w:val="00D0752D"/>
    <w:rsid w:val="00D3685F"/>
    <w:rsid w:val="00D41F2C"/>
    <w:rsid w:val="00D605B6"/>
    <w:rsid w:val="00D9114F"/>
    <w:rsid w:val="00D97061"/>
    <w:rsid w:val="00D97E02"/>
    <w:rsid w:val="00DA3781"/>
    <w:rsid w:val="00DA449A"/>
    <w:rsid w:val="00DA4C8E"/>
    <w:rsid w:val="00DA599E"/>
    <w:rsid w:val="00DB3D0D"/>
    <w:rsid w:val="00DB6CC7"/>
    <w:rsid w:val="00DB7515"/>
    <w:rsid w:val="00DE1B95"/>
    <w:rsid w:val="00E03043"/>
    <w:rsid w:val="00E04A2C"/>
    <w:rsid w:val="00E04FEF"/>
    <w:rsid w:val="00E112E8"/>
    <w:rsid w:val="00E15CD9"/>
    <w:rsid w:val="00E20A93"/>
    <w:rsid w:val="00E212C9"/>
    <w:rsid w:val="00E2169B"/>
    <w:rsid w:val="00E224B1"/>
    <w:rsid w:val="00E25CA7"/>
    <w:rsid w:val="00E30676"/>
    <w:rsid w:val="00E47C2E"/>
    <w:rsid w:val="00E51888"/>
    <w:rsid w:val="00E8604F"/>
    <w:rsid w:val="00EA64D6"/>
    <w:rsid w:val="00EB0BEE"/>
    <w:rsid w:val="00EC1A98"/>
    <w:rsid w:val="00EC2BBC"/>
    <w:rsid w:val="00EE5533"/>
    <w:rsid w:val="00EE7107"/>
    <w:rsid w:val="00EF64BA"/>
    <w:rsid w:val="00F14733"/>
    <w:rsid w:val="00F26B3C"/>
    <w:rsid w:val="00F26DE5"/>
    <w:rsid w:val="00F35E03"/>
    <w:rsid w:val="00F4042D"/>
    <w:rsid w:val="00F616F5"/>
    <w:rsid w:val="00F624B0"/>
    <w:rsid w:val="00F6591F"/>
    <w:rsid w:val="00F779F3"/>
    <w:rsid w:val="00F8138A"/>
    <w:rsid w:val="00F915E1"/>
    <w:rsid w:val="00F95081"/>
    <w:rsid w:val="00FB0DD2"/>
    <w:rsid w:val="00FC693F"/>
    <w:rsid w:val="00FF78E9"/>
    <w:rsid w:val="088164F9"/>
    <w:rsid w:val="255D8227"/>
    <w:rsid w:val="2BF917D7"/>
    <w:rsid w:val="2C5FE234"/>
    <w:rsid w:val="32F0CE94"/>
    <w:rsid w:val="35C8AC6D"/>
    <w:rsid w:val="468200EC"/>
    <w:rsid w:val="51AE51D0"/>
    <w:rsid w:val="56B384FB"/>
    <w:rsid w:val="6B6046C2"/>
    <w:rsid w:val="7A64BC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580B275F-8502-47AF-BF89-907FA486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16"/>
      </w:numPr>
      <w:contextualSpacing/>
    </w:pPr>
  </w:style>
  <w:style w:type="paragraph" w:styleId="ListNumber">
    <w:name w:val="List Number"/>
    <w:basedOn w:val="Normal"/>
    <w:uiPriority w:val="99"/>
    <w:unhideWhenUsed/>
    <w:rsid w:val="00326F90"/>
    <w:pPr>
      <w:numPr>
        <w:numId w:val="1"/>
      </w:numPr>
      <w:contextualSpacing/>
    </w:pPr>
  </w:style>
  <w:style w:type="paragraph" w:styleId="ListNumber2">
    <w:name w:val="List Number 2"/>
    <w:basedOn w:val="Normal"/>
    <w:uiPriority w:val="99"/>
    <w:unhideWhenUsed/>
    <w:rsid w:val="0029639D"/>
    <w:pPr>
      <w:numPr>
        <w:numId w:val="11"/>
      </w:numPr>
      <w:contextualSpacing/>
    </w:pPr>
  </w:style>
  <w:style w:type="paragraph" w:styleId="ListNumber3">
    <w:name w:val="List Number 3"/>
    <w:basedOn w:val="Normal"/>
    <w:uiPriority w:val="99"/>
    <w:unhideWhenUsed/>
    <w:rsid w:val="0029639D"/>
    <w:pPr>
      <w:numPr>
        <w:numId w:val="1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C1D5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D5F1FB52D2D04AA1AFD55021251060" ma:contentTypeVersion="14" ma:contentTypeDescription="Create a new document." ma:contentTypeScope="" ma:versionID="5ad499bc8385d2592b178c9c424b764d">
  <xsd:schema xmlns:xsd="http://www.w3.org/2001/XMLSchema" xmlns:xs="http://www.w3.org/2001/XMLSchema" xmlns:p="http://schemas.microsoft.com/office/2006/metadata/properties" xmlns:ns2="1ce72ac1-2dff-4e06-a751-20dc2bc26b88" xmlns:ns3="c85f8ed6-da34-46ef-82c4-42fdeec9abaf" targetNamespace="http://schemas.microsoft.com/office/2006/metadata/properties" ma:root="true" ma:fieldsID="9c8d3061074f4323a4e205c075397973" ns2:_="" ns3:_="">
    <xsd:import namespace="1ce72ac1-2dff-4e06-a751-20dc2bc26b88"/>
    <xsd:import namespace="c85f8ed6-da34-46ef-82c4-42fdeec9ab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72ac1-2dff-4e06-a751-20dc2bc26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5f8ed6-da34-46ef-82c4-42fdeec9ab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649391-529e-4a3b-967f-dbf2e540223f}" ma:internalName="TaxCatchAll" ma:showField="CatchAllData" ma:web="c85f8ed6-da34-46ef-82c4-42fdeec9ab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e72ac1-2dff-4e06-a751-20dc2bc26b88">
      <Terms xmlns="http://schemas.microsoft.com/office/infopath/2007/PartnerControls"/>
    </lcf76f155ced4ddcb4097134ff3c332f>
    <TaxCatchAll xmlns="c85f8ed6-da34-46ef-82c4-42fdeec9aba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6F3D2AC-1781-463D-9159-F9697C92D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72ac1-2dff-4e06-a751-20dc2bc26b88"/>
    <ds:schemaRef ds:uri="c85f8ed6-da34-46ef-82c4-42fdeec9a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16C85A-D3EB-4B45-9C79-CBEA16F4027A}">
  <ds:schemaRefs>
    <ds:schemaRef ds:uri="http://schemas.microsoft.com/office/2006/metadata/properties"/>
    <ds:schemaRef ds:uri="http://schemas.microsoft.com/office/infopath/2007/PartnerControls"/>
    <ds:schemaRef ds:uri="1ce72ac1-2dff-4e06-a751-20dc2bc26b88"/>
    <ds:schemaRef ds:uri="c85f8ed6-da34-46ef-82c4-42fdeec9abaf"/>
  </ds:schemaRefs>
</ds:datastoreItem>
</file>

<file path=customXml/itemProps4.xml><?xml version="1.0" encoding="utf-8"?>
<ds:datastoreItem xmlns:ds="http://schemas.openxmlformats.org/officeDocument/2006/customXml" ds:itemID="{0E162EAE-59B3-4728-B574-C8332E390B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930</Words>
  <Characters>5303</Characters>
  <Application>Microsoft Office Word</Application>
  <DocSecurity>0</DocSecurity>
  <Lines>44</Lines>
  <Paragraphs>12</Paragraphs>
  <ScaleCrop>false</ScaleCrop>
  <Manager/>
  <Company/>
  <LinksUpToDate>false</LinksUpToDate>
  <CharactersWithSpaces>6221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Lettis</dc:creator>
  <cp:keywords/>
  <dc:description>generated by python-docx</dc:description>
  <cp:lastModifiedBy>Lisa Lettis</cp:lastModifiedBy>
  <cp:revision>65</cp:revision>
  <dcterms:created xsi:type="dcterms:W3CDTF">2026-10-08T12:34:00Z</dcterms:created>
  <dcterms:modified xsi:type="dcterms:W3CDTF">2026-10-13T09:13:00Z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2026-04-14T15:29:33Z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cc7d63c2-caee-4710-8f7d-b5e90a9c3fbb</vt:lpwstr>
  </property>
  <property fmtid="{D5CDD505-2E9C-101B-9397-08002B2CF9AE}" pid="8" name="MSIP_Label_3c381991-eab8-4fff-8f2f-4f88109aa1cd_ContentBits">
    <vt:lpwstr>0</vt:lpwstr>
  </property>
  <property fmtid="{D5CDD505-2E9C-101B-9397-08002B2CF9AE}" pid="9" name="MSIP_Label_3c381991-eab8-4fff-8f2f-4f88109aa1cd_Tag">
    <vt:lpwstr>10, 3, 0, 1</vt:lpwstr>
  </property>
  <property fmtid="{D5CDD505-2E9C-101B-9397-08002B2CF9AE}" pid="10" name="ContentTypeId">
    <vt:lpwstr>0x010100EAD5F1FB52D2D04AA1AFD55021251060</vt:lpwstr>
  </property>
  <property fmtid="{D5CDD505-2E9C-101B-9397-08002B2CF9AE}" pid="11" name="MediaServiceImageTags">
    <vt:lpwstr/>
  </property>
</Properties>
</file>