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42FA" w14:textId="15FE52E5" w:rsidR="0072186B" w:rsidRDefault="00CD296B">
      <w:pPr>
        <w:pStyle w:val="Heading2"/>
      </w:pPr>
      <w:r>
        <w:t>Overarching Theme:</w:t>
      </w:r>
      <w:r w:rsidR="00600220">
        <w:t xml:space="preserve"> </w:t>
      </w:r>
      <w:r w:rsidR="00EA6F08">
        <w:t>Enterprise (Second Level)</w:t>
      </w:r>
    </w:p>
    <w:tbl>
      <w:tblPr>
        <w:tblStyle w:val="LightGrid"/>
        <w:tblW w:w="9541" w:type="dxa"/>
        <w:tblLook w:val="04A0" w:firstRow="1" w:lastRow="0" w:firstColumn="1" w:lastColumn="0" w:noHBand="0" w:noVBand="1"/>
      </w:tblPr>
      <w:tblGrid>
        <w:gridCol w:w="2874"/>
        <w:gridCol w:w="3425"/>
        <w:gridCol w:w="3242"/>
      </w:tblGrid>
      <w:tr w:rsidR="00D61E7B" w14:paraId="703E5FCF" w14:textId="77777777" w:rsidTr="002E73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shd w:val="clear" w:color="auto" w:fill="D9D9D9" w:themeFill="background1" w:themeFillShade="D9"/>
          </w:tcPr>
          <w:p w14:paraId="3F1319A9" w14:textId="77777777" w:rsidR="00D61E7B" w:rsidRDefault="00D61E7B" w:rsidP="002E738D">
            <w:r>
              <w:t>Project Challenge</w:t>
            </w:r>
          </w:p>
        </w:tc>
        <w:tc>
          <w:tcPr>
            <w:tcW w:w="3425" w:type="dxa"/>
            <w:shd w:val="clear" w:color="auto" w:fill="D9D9D9" w:themeFill="background1" w:themeFillShade="D9"/>
          </w:tcPr>
          <w:p w14:paraId="5ACC3F9C" w14:textId="77777777" w:rsidR="00D61E7B" w:rsidRDefault="00D61E7B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Outcome</w:t>
            </w:r>
          </w:p>
        </w:tc>
        <w:tc>
          <w:tcPr>
            <w:tcW w:w="3242" w:type="dxa"/>
            <w:shd w:val="clear" w:color="auto" w:fill="D9D9D9" w:themeFill="background1" w:themeFillShade="D9"/>
          </w:tcPr>
          <w:p w14:paraId="68B12DFE" w14:textId="77777777" w:rsidR="00D61E7B" w:rsidRDefault="00D61E7B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hook/Provocation/Stimulus</w:t>
            </w:r>
          </w:p>
        </w:tc>
      </w:tr>
      <w:tr w:rsidR="00D61E7B" w14:paraId="0E1B9A3E" w14:textId="77777777" w:rsidTr="002E73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shd w:val="clear" w:color="auto" w:fill="FFFFFF" w:themeFill="background1"/>
          </w:tcPr>
          <w:p w14:paraId="47E910B2" w14:textId="48F969BF" w:rsidR="00D61E7B" w:rsidRPr="00816411" w:rsidRDefault="00816411" w:rsidP="002E738D">
            <w:pPr>
              <w:rPr>
                <w:b w:val="0"/>
                <w:bCs w:val="0"/>
                <w:sz w:val="20"/>
                <w:szCs w:val="20"/>
              </w:rPr>
            </w:pPr>
            <w:r w:rsidRPr="00816411">
              <w:rPr>
                <w:b w:val="0"/>
                <w:bCs w:val="0"/>
                <w:sz w:val="20"/>
                <w:szCs w:val="20"/>
              </w:rPr>
              <w:t xml:space="preserve">How can </w:t>
            </w:r>
            <w:r w:rsidR="00342A5B">
              <w:rPr>
                <w:b w:val="0"/>
                <w:bCs w:val="0"/>
                <w:sz w:val="20"/>
                <w:szCs w:val="20"/>
              </w:rPr>
              <w:t xml:space="preserve">we create a business </w:t>
            </w:r>
            <w:r w:rsidR="00C022B4">
              <w:rPr>
                <w:b w:val="0"/>
                <w:bCs w:val="0"/>
                <w:sz w:val="20"/>
                <w:szCs w:val="20"/>
              </w:rPr>
              <w:t xml:space="preserve">that </w:t>
            </w:r>
            <w:r w:rsidR="002D6DC4">
              <w:rPr>
                <w:b w:val="0"/>
                <w:bCs w:val="0"/>
                <w:sz w:val="20"/>
                <w:szCs w:val="20"/>
              </w:rPr>
              <w:t>meets the needs of our customers?</w:t>
            </w:r>
          </w:p>
        </w:tc>
        <w:tc>
          <w:tcPr>
            <w:tcW w:w="3425" w:type="dxa"/>
            <w:shd w:val="clear" w:color="auto" w:fill="FFFFFF" w:themeFill="background1"/>
          </w:tcPr>
          <w:p w14:paraId="1BCA2288" w14:textId="77777777" w:rsidR="00D61E7B" w:rsidRDefault="00EA737D" w:rsidP="00D6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Launch </w:t>
            </w:r>
            <w:r w:rsidR="0008473F">
              <w:rPr>
                <w:sz w:val="20"/>
                <w:szCs w:val="20"/>
                <w:lang w:val="en-GB"/>
              </w:rPr>
              <w:t>and promote a successful business idea</w:t>
            </w:r>
          </w:p>
          <w:p w14:paraId="4ADCBB8E" w14:textId="77777777" w:rsidR="0008473F" w:rsidRDefault="0008473F" w:rsidP="00D6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03EE6CA3" w14:textId="77777777" w:rsidR="0008473F" w:rsidRDefault="0008473F" w:rsidP="00D6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Learners may choose to:</w:t>
            </w:r>
          </w:p>
          <w:p w14:paraId="4D1C14B7" w14:textId="13679802" w:rsidR="00156774" w:rsidRPr="00156774" w:rsidRDefault="00156774" w:rsidP="00156774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</w:t>
            </w:r>
            <w:r w:rsidRPr="00156774">
              <w:rPr>
                <w:sz w:val="20"/>
                <w:szCs w:val="20"/>
                <w:lang w:val="en-GB"/>
              </w:rPr>
              <w:t xml:space="preserve">esign and sell a product </w:t>
            </w:r>
          </w:p>
          <w:p w14:paraId="495380A7" w14:textId="6AB60F5C" w:rsidR="00156774" w:rsidRPr="00156774" w:rsidRDefault="00156774" w:rsidP="00156774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156774">
              <w:rPr>
                <w:sz w:val="20"/>
                <w:szCs w:val="20"/>
                <w:lang w:val="en-GB"/>
              </w:rPr>
              <w:t xml:space="preserve">Develop a service for the school or community </w:t>
            </w:r>
          </w:p>
          <w:p w14:paraId="237B6E25" w14:textId="29F2BF9C" w:rsidR="00156774" w:rsidRPr="00156774" w:rsidRDefault="00156774" w:rsidP="00156774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156774">
              <w:rPr>
                <w:sz w:val="20"/>
                <w:szCs w:val="20"/>
                <w:lang w:val="en-GB"/>
              </w:rPr>
              <w:t xml:space="preserve">Create a business plan </w:t>
            </w:r>
          </w:p>
          <w:p w14:paraId="513D555C" w14:textId="18BF5050" w:rsidR="00156774" w:rsidRPr="00156774" w:rsidRDefault="00156774" w:rsidP="00156774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156774">
              <w:rPr>
                <w:sz w:val="20"/>
                <w:szCs w:val="20"/>
                <w:lang w:val="en-GB"/>
              </w:rPr>
              <w:t xml:space="preserve">Design branding and packaging </w:t>
            </w:r>
          </w:p>
          <w:p w14:paraId="3900950C" w14:textId="398B34FF" w:rsidR="00156774" w:rsidRPr="00156774" w:rsidRDefault="00156774" w:rsidP="00156774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156774">
              <w:rPr>
                <w:sz w:val="20"/>
                <w:szCs w:val="20"/>
                <w:lang w:val="en-GB"/>
              </w:rPr>
              <w:t xml:space="preserve">Produce advertising and marketing campaigns </w:t>
            </w:r>
          </w:p>
          <w:p w14:paraId="6662B30A" w14:textId="1A0F974B" w:rsidR="00156774" w:rsidRPr="00156774" w:rsidRDefault="00156774" w:rsidP="00156774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156774">
              <w:rPr>
                <w:sz w:val="20"/>
                <w:szCs w:val="20"/>
                <w:lang w:val="en-GB"/>
              </w:rPr>
              <w:t xml:space="preserve">Conduct market research and present findings </w:t>
            </w:r>
          </w:p>
          <w:p w14:paraId="64835654" w14:textId="0F4454DF" w:rsidR="00156774" w:rsidRPr="00156774" w:rsidRDefault="00156774" w:rsidP="00156774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156774">
              <w:rPr>
                <w:sz w:val="20"/>
                <w:szCs w:val="20"/>
                <w:lang w:val="en-GB"/>
              </w:rPr>
              <w:t xml:space="preserve">Develop a website or digital promotion </w:t>
            </w:r>
          </w:p>
          <w:p w14:paraId="1D93B10E" w14:textId="3C7644D3" w:rsidR="00156774" w:rsidRPr="00156774" w:rsidRDefault="00156774" w:rsidP="00156774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156774">
              <w:rPr>
                <w:sz w:val="20"/>
                <w:szCs w:val="20"/>
                <w:lang w:val="en-GB"/>
              </w:rPr>
              <w:t xml:space="preserve">Create a Dragon's Den style business pitch </w:t>
            </w:r>
          </w:p>
          <w:p w14:paraId="45FC2613" w14:textId="4AE5A4B6" w:rsidR="00156774" w:rsidRPr="00156774" w:rsidRDefault="00156774" w:rsidP="00156774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156774">
              <w:rPr>
                <w:sz w:val="20"/>
                <w:szCs w:val="20"/>
                <w:lang w:val="en-GB"/>
              </w:rPr>
              <w:t xml:space="preserve">Organise and run an enterprise event </w:t>
            </w:r>
          </w:p>
          <w:p w14:paraId="4F49CC39" w14:textId="54AFAD00" w:rsidR="0008473F" w:rsidRPr="00156774" w:rsidRDefault="00156774" w:rsidP="00156774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156774">
              <w:rPr>
                <w:sz w:val="20"/>
                <w:szCs w:val="20"/>
                <w:lang w:val="en-GB"/>
              </w:rPr>
              <w:t>Present recommendations to a panel of entrepreneur</w:t>
            </w:r>
            <w:r>
              <w:rPr>
                <w:sz w:val="20"/>
                <w:szCs w:val="20"/>
                <w:lang w:val="en-GB"/>
              </w:rPr>
              <w:t>s</w:t>
            </w:r>
          </w:p>
        </w:tc>
        <w:tc>
          <w:tcPr>
            <w:tcW w:w="3242" w:type="dxa"/>
            <w:shd w:val="clear" w:color="auto" w:fill="FFFFFF" w:themeFill="background1"/>
          </w:tcPr>
          <w:p w14:paraId="56AB3FC8" w14:textId="77777777" w:rsidR="005579CF" w:rsidRPr="005579CF" w:rsidRDefault="005579CF" w:rsidP="00557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5579CF">
              <w:rPr>
                <w:b/>
                <w:bCs/>
                <w:sz w:val="20"/>
                <w:szCs w:val="20"/>
                <w:lang w:val="en-GB"/>
              </w:rPr>
              <w:t>Dragon's Den</w:t>
            </w:r>
          </w:p>
          <w:p w14:paraId="02BAC888" w14:textId="77777777" w:rsidR="005579CF" w:rsidRPr="005579CF" w:rsidRDefault="005579CF" w:rsidP="00557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579CF">
              <w:rPr>
                <w:sz w:val="20"/>
                <w:szCs w:val="20"/>
                <w:lang w:val="en-GB"/>
              </w:rPr>
              <w:t xml:space="preserve">A mystery video message arrives from a local entrepreneur asking pupils to help launch a new product. Pupils take part in a </w:t>
            </w:r>
            <w:proofErr w:type="gramStart"/>
            <w:r w:rsidRPr="005579CF">
              <w:rPr>
                <w:sz w:val="20"/>
                <w:szCs w:val="20"/>
                <w:lang w:val="en-GB"/>
              </w:rPr>
              <w:t>mini Dragon's</w:t>
            </w:r>
            <w:proofErr w:type="gramEnd"/>
            <w:r w:rsidRPr="005579CF">
              <w:rPr>
                <w:sz w:val="20"/>
                <w:szCs w:val="20"/>
                <w:lang w:val="en-GB"/>
              </w:rPr>
              <w:t xml:space="preserve"> Den challenge.</w:t>
            </w:r>
          </w:p>
          <w:p w14:paraId="0049F653" w14:textId="77777777" w:rsidR="00D61E7B" w:rsidRDefault="00D61E7B" w:rsidP="002E73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1B92F489" w14:textId="77777777" w:rsidR="005962C0" w:rsidRPr="005962C0" w:rsidRDefault="005962C0" w:rsidP="005962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5962C0">
              <w:rPr>
                <w:b/>
                <w:bCs/>
                <w:sz w:val="20"/>
                <w:szCs w:val="20"/>
                <w:lang w:val="en-GB"/>
              </w:rPr>
              <w:t>Business Starter Pack</w:t>
            </w:r>
          </w:p>
          <w:p w14:paraId="6FBBE670" w14:textId="77777777" w:rsidR="005962C0" w:rsidRPr="005962C0" w:rsidRDefault="005962C0" w:rsidP="005962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962C0">
              <w:rPr>
                <w:sz w:val="20"/>
                <w:szCs w:val="20"/>
                <w:lang w:val="en-GB"/>
              </w:rPr>
              <w:t>Children discover a box containing:</w:t>
            </w:r>
          </w:p>
          <w:p w14:paraId="16843925" w14:textId="77777777" w:rsidR="005962C0" w:rsidRPr="005962C0" w:rsidRDefault="005962C0" w:rsidP="005962C0">
            <w:pPr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962C0">
              <w:rPr>
                <w:sz w:val="20"/>
                <w:szCs w:val="20"/>
                <w:lang w:val="en-GB"/>
              </w:rPr>
              <w:t>£20 start-up budget</w:t>
            </w:r>
          </w:p>
          <w:p w14:paraId="69910DFD" w14:textId="77777777" w:rsidR="005962C0" w:rsidRPr="005962C0" w:rsidRDefault="005962C0" w:rsidP="005962C0">
            <w:pPr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962C0">
              <w:rPr>
                <w:sz w:val="20"/>
                <w:szCs w:val="20"/>
                <w:lang w:val="en-GB"/>
              </w:rPr>
              <w:t>receipts</w:t>
            </w:r>
          </w:p>
          <w:p w14:paraId="7CD2A309" w14:textId="77777777" w:rsidR="005962C0" w:rsidRPr="005962C0" w:rsidRDefault="005962C0" w:rsidP="005962C0">
            <w:pPr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962C0">
              <w:rPr>
                <w:sz w:val="20"/>
                <w:szCs w:val="20"/>
                <w:lang w:val="en-GB"/>
              </w:rPr>
              <w:t>product prototypes</w:t>
            </w:r>
          </w:p>
          <w:p w14:paraId="37C58156" w14:textId="77777777" w:rsidR="005962C0" w:rsidRPr="005962C0" w:rsidRDefault="005962C0" w:rsidP="005962C0">
            <w:pPr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962C0">
              <w:rPr>
                <w:sz w:val="20"/>
                <w:szCs w:val="20"/>
                <w:lang w:val="en-GB"/>
              </w:rPr>
              <w:t>customer reviews</w:t>
            </w:r>
          </w:p>
          <w:p w14:paraId="2EFF9DD4" w14:textId="77777777" w:rsidR="005962C0" w:rsidRPr="005962C0" w:rsidRDefault="005962C0" w:rsidP="005962C0">
            <w:pPr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962C0">
              <w:rPr>
                <w:sz w:val="20"/>
                <w:szCs w:val="20"/>
                <w:lang w:val="en-GB"/>
              </w:rPr>
              <w:t>sales records</w:t>
            </w:r>
          </w:p>
          <w:p w14:paraId="539B7ECE" w14:textId="77777777" w:rsidR="005579CF" w:rsidRDefault="005962C0" w:rsidP="002E73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Challenge- can they make their money grow?</w:t>
            </w:r>
          </w:p>
          <w:p w14:paraId="6A468696" w14:textId="77777777" w:rsidR="005962C0" w:rsidRDefault="005962C0" w:rsidP="002E73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5C70C42A" w14:textId="37630528" w:rsidR="0056783B" w:rsidRPr="0056783B" w:rsidRDefault="0056783B" w:rsidP="00567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E</w:t>
            </w:r>
            <w:r w:rsidRPr="0056783B">
              <w:rPr>
                <w:b/>
                <w:bCs/>
                <w:sz w:val="20"/>
                <w:szCs w:val="20"/>
                <w:lang w:val="en-GB"/>
              </w:rPr>
              <w:t>nterprise Challenge</w:t>
            </w:r>
          </w:p>
          <w:p w14:paraId="6D22677B" w14:textId="77777777" w:rsidR="0056783B" w:rsidRPr="0056783B" w:rsidRDefault="0056783B" w:rsidP="00567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6783B">
              <w:rPr>
                <w:sz w:val="20"/>
                <w:szCs w:val="20"/>
                <w:lang w:val="en-GB"/>
              </w:rPr>
              <w:t>Reveal that the class has been challenged to raise money for:</w:t>
            </w:r>
          </w:p>
          <w:p w14:paraId="5BE8CCEC" w14:textId="77777777" w:rsidR="0056783B" w:rsidRPr="0056783B" w:rsidRDefault="0056783B" w:rsidP="0056783B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6783B">
              <w:rPr>
                <w:sz w:val="20"/>
                <w:szCs w:val="20"/>
                <w:lang w:val="en-GB"/>
              </w:rPr>
              <w:t>school resources</w:t>
            </w:r>
          </w:p>
          <w:p w14:paraId="0D0A61AA" w14:textId="77777777" w:rsidR="0056783B" w:rsidRPr="0056783B" w:rsidRDefault="0056783B" w:rsidP="0056783B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6783B">
              <w:rPr>
                <w:sz w:val="20"/>
                <w:szCs w:val="20"/>
                <w:lang w:val="en-GB"/>
              </w:rPr>
              <w:t>a class treat</w:t>
            </w:r>
          </w:p>
          <w:p w14:paraId="5D2C789A" w14:textId="141EC580" w:rsidR="005962C0" w:rsidRPr="00735536" w:rsidRDefault="0056783B" w:rsidP="002E738D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6783B">
              <w:rPr>
                <w:sz w:val="20"/>
                <w:szCs w:val="20"/>
                <w:lang w:val="en-GB"/>
              </w:rPr>
              <w:t>a local charity</w:t>
            </w:r>
          </w:p>
        </w:tc>
      </w:tr>
    </w:tbl>
    <w:p w14:paraId="36C5030F" w14:textId="77777777" w:rsidR="00D61E7B" w:rsidRPr="00D61E7B" w:rsidRDefault="00D61E7B" w:rsidP="00D61E7B"/>
    <w:p w14:paraId="7E30A2DF" w14:textId="517E9A10" w:rsidR="0072186B" w:rsidRDefault="6B6046C2">
      <w:pPr>
        <w:pStyle w:val="Heading2"/>
      </w:pPr>
      <w:r>
        <w:t>Intentional Planning</w:t>
      </w:r>
    </w:p>
    <w:p w14:paraId="2682E3CF" w14:textId="77777777" w:rsidR="0072186B" w:rsidRDefault="00F8138A">
      <w:r>
        <w:t xml:space="preserve">Selected Experiences and Outcomes identify intended learning. Additional Es and </w:t>
      </w:r>
      <w:proofErr w:type="spellStart"/>
      <w:r>
        <w:t>Os</w:t>
      </w:r>
      <w:proofErr w:type="spellEnd"/>
      <w:r>
        <w:t xml:space="preserve"> may be addressed through responsive planning.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2868"/>
        <w:gridCol w:w="2874"/>
        <w:gridCol w:w="2878"/>
      </w:tblGrid>
      <w:tr w:rsidR="0072186B" w14:paraId="783A2C57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DBDB" w:themeFill="accent2" w:themeFillTint="33"/>
          </w:tcPr>
          <w:p w14:paraId="03C44051" w14:textId="77777777" w:rsidR="0072186B" w:rsidRDefault="00F8138A">
            <w:r>
              <w:t>Experiences &amp; Outcomes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2F2852D5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 / Assessment Evidence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3F0E93F0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Meta Skills</w:t>
            </w:r>
            <w:r w:rsidR="00516E60">
              <w:t xml:space="preserve"> </w:t>
            </w:r>
            <w:r w:rsidR="00516E60">
              <w:rPr>
                <w:b w:val="0"/>
                <w:bCs w:val="0"/>
              </w:rPr>
              <w:t>(Highlight/Circle)</w:t>
            </w:r>
          </w:p>
          <w:p w14:paraId="5FD11ABF" w14:textId="4FB9DABD" w:rsidR="006F03AB" w:rsidRPr="00F6591F" w:rsidRDefault="00F659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Observed throughout Enquiry</w:t>
            </w:r>
          </w:p>
        </w:tc>
      </w:tr>
      <w:tr w:rsidR="0072186B" w14:paraId="02EB378F" w14:textId="77777777" w:rsidTr="00F14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 w:themeFill="background1"/>
          </w:tcPr>
          <w:p w14:paraId="53E2E2FB" w14:textId="77777777" w:rsidR="008A2988" w:rsidRPr="00ED48C4" w:rsidRDefault="008A2988" w:rsidP="008A2988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lastRenderedPageBreak/>
              <w:t>I can manage money, compare costs from different retailers, and determine what I can afford to buy</w:t>
            </w:r>
          </w:p>
          <w:p w14:paraId="53D33A56" w14:textId="6B91CFEF" w:rsidR="00C14B2B" w:rsidRPr="00ED48C4" w:rsidRDefault="00366299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(</w:t>
            </w:r>
            <w:r w:rsidR="00FA7B16" w:rsidRPr="00ED48C4">
              <w:rPr>
                <w:b w:val="0"/>
                <w:bCs w:val="0"/>
                <w:sz w:val="18"/>
                <w:szCs w:val="18"/>
                <w:lang w:val="en-GB"/>
              </w:rPr>
              <w:t>MNU 2-09a</w:t>
            </w: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023AB24F" w14:textId="77777777" w:rsidR="00FA7B16" w:rsidRPr="00ED48C4" w:rsidRDefault="00FA7B16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7D3E19E5" w14:textId="37A6E479" w:rsidR="00FA7B16" w:rsidRPr="00ED48C4" w:rsidRDefault="00B85FD7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I understand the costs, benefits and risks of using bank cards to purchase goods or obtain cash and realise that budgeting is important (</w:t>
            </w:r>
            <w:r w:rsidR="00FA7B16" w:rsidRPr="00ED48C4">
              <w:rPr>
                <w:b w:val="0"/>
                <w:bCs w:val="0"/>
                <w:sz w:val="18"/>
                <w:szCs w:val="18"/>
                <w:lang w:val="en-GB"/>
              </w:rPr>
              <w:t>MNU 2-09b</w:t>
            </w: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37D3F0F0" w14:textId="77777777" w:rsidR="00FA7B16" w:rsidRPr="00ED48C4" w:rsidRDefault="00FA7B16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191F32F1" w14:textId="59D853B5" w:rsidR="00FA7B16" w:rsidRPr="00ED48C4" w:rsidRDefault="00B85FD7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I can use the terms profit and loss in buying and selling activities and can make simple calculations for this (</w:t>
            </w:r>
            <w:r w:rsidR="00FA7B16" w:rsidRPr="00ED48C4">
              <w:rPr>
                <w:b w:val="0"/>
                <w:bCs w:val="0"/>
                <w:sz w:val="18"/>
                <w:szCs w:val="18"/>
                <w:lang w:val="en-GB"/>
              </w:rPr>
              <w:t>MNU 2-09c</w:t>
            </w: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0F709FC2" w14:textId="77777777" w:rsidR="00FA7B16" w:rsidRPr="00ED48C4" w:rsidRDefault="00FA7B16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112CB8AC" w14:textId="3CEB54C8" w:rsidR="00FA7B16" w:rsidRPr="00ED48C4" w:rsidRDefault="007F2963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Developing an understanding of how businesses operate and contribute to society and the economy (</w:t>
            </w:r>
            <w:r w:rsidR="00FA7B16" w:rsidRPr="00ED48C4">
              <w:rPr>
                <w:b w:val="0"/>
                <w:bCs w:val="0"/>
                <w:sz w:val="18"/>
                <w:szCs w:val="18"/>
                <w:lang w:val="en-GB"/>
              </w:rPr>
              <w:t>SOC 2-22a</w:t>
            </w: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5AA1CF19" w14:textId="77777777" w:rsidR="007F2963" w:rsidRPr="00ED48C4" w:rsidRDefault="007F2963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793550EB" w14:textId="4378C012" w:rsidR="007F2963" w:rsidRPr="00ED48C4" w:rsidRDefault="007F2963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Designing and developing products, systems or solutions to meet a need (TCH 2-09c)</w:t>
            </w:r>
          </w:p>
          <w:p w14:paraId="194C1F3B" w14:textId="77777777" w:rsidR="00FA7B16" w:rsidRPr="00ED48C4" w:rsidRDefault="00FA7B16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545CFE5E" w14:textId="5DCF7BFC" w:rsidR="00FA7B16" w:rsidRPr="00ED48C4" w:rsidRDefault="000942F7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Creating texts which persuade, argue or influence others (</w:t>
            </w:r>
            <w:r w:rsidR="00FA7B16" w:rsidRPr="00ED48C4">
              <w:rPr>
                <w:b w:val="0"/>
                <w:bCs w:val="0"/>
                <w:sz w:val="18"/>
                <w:szCs w:val="18"/>
                <w:lang w:val="en-GB"/>
              </w:rPr>
              <w:t>LIT 2-29a</w:t>
            </w: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62AC3F1C" w14:textId="77777777" w:rsidR="00FA7B16" w:rsidRPr="00ED48C4" w:rsidRDefault="00FA7B16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1CB5D88A" w14:textId="4B380D91" w:rsidR="00FA7B16" w:rsidRPr="00ED48C4" w:rsidRDefault="00ED48C4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Using creativity and design skills to communicate ideas and information (</w:t>
            </w:r>
            <w:r w:rsidR="00E94EF7" w:rsidRPr="00ED48C4">
              <w:rPr>
                <w:b w:val="0"/>
                <w:bCs w:val="0"/>
                <w:sz w:val="18"/>
                <w:szCs w:val="18"/>
                <w:lang w:val="en-GB"/>
              </w:rPr>
              <w:t>EXA 2-04a</w:t>
            </w: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2AF92036" w14:textId="77777777" w:rsidR="00E94EF7" w:rsidRPr="00ED48C4" w:rsidRDefault="00E94EF7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12BDC099" w14:textId="49364EAB" w:rsidR="00E94EF7" w:rsidRPr="00ED48C4" w:rsidRDefault="000942F7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 xml:space="preserve">Contributing effectively </w:t>
            </w:r>
            <w:proofErr w:type="gramStart"/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in</w:t>
            </w:r>
            <w:proofErr w:type="gramEnd"/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 xml:space="preserve"> discussions and collaborative learning situations (</w:t>
            </w:r>
            <w:r w:rsidR="00E94EF7" w:rsidRPr="00ED48C4">
              <w:rPr>
                <w:b w:val="0"/>
                <w:bCs w:val="0"/>
                <w:sz w:val="18"/>
                <w:szCs w:val="18"/>
                <w:lang w:val="en-GB"/>
              </w:rPr>
              <w:t>LIT 2-02a</w:t>
            </w:r>
            <w:r w:rsidRPr="00ED48C4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30EA0724" w14:textId="77777777" w:rsidR="00E94EF7" w:rsidRDefault="00E94EF7" w:rsidP="00C14B2B">
            <w:pPr>
              <w:rPr>
                <w:sz w:val="18"/>
                <w:szCs w:val="18"/>
                <w:lang w:val="en-GB"/>
              </w:rPr>
            </w:pPr>
          </w:p>
          <w:p w14:paraId="506C8FEB" w14:textId="77777777" w:rsidR="00C14B2B" w:rsidRPr="00C14B2B" w:rsidRDefault="00C14B2B" w:rsidP="00C14B2B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DC580A6" w14:textId="77777777" w:rsidR="002E7C50" w:rsidRPr="002E7C50" w:rsidRDefault="002E7C50" w:rsidP="002E7C50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F0D6234" w14:textId="77777777" w:rsidR="0072186B" w:rsidRDefault="0072186B">
            <w:pPr>
              <w:rPr>
                <w:sz w:val="20"/>
                <w:szCs w:val="20"/>
                <w:lang w:val="en-GB"/>
              </w:rPr>
            </w:pPr>
          </w:p>
          <w:p w14:paraId="6A05A809" w14:textId="58AA5105" w:rsidR="00BD3859" w:rsidRPr="00DA449A" w:rsidRDefault="00BD3859">
            <w:pPr>
              <w:rPr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880" w:type="dxa"/>
            <w:shd w:val="clear" w:color="auto" w:fill="FFFFFF" w:themeFill="background1"/>
          </w:tcPr>
          <w:p w14:paraId="00925B6E" w14:textId="77777777" w:rsidR="00347EE6" w:rsidRDefault="00735536" w:rsidP="005B3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735536">
              <w:rPr>
                <w:b/>
                <w:bCs/>
                <w:sz w:val="18"/>
                <w:szCs w:val="18"/>
                <w:lang w:val="en-GB"/>
              </w:rPr>
              <w:t>Learners can:</w:t>
            </w:r>
          </w:p>
          <w:p w14:paraId="50A63158" w14:textId="77777777" w:rsidR="00347EE6" w:rsidRDefault="005B3712" w:rsidP="005B371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347EE6">
              <w:rPr>
                <w:sz w:val="18"/>
                <w:szCs w:val="18"/>
                <w:lang w:val="en-GB"/>
              </w:rPr>
              <w:t>Research and gather relevant information to support business decisions</w:t>
            </w:r>
          </w:p>
          <w:p w14:paraId="665D15E2" w14:textId="77777777" w:rsidR="00347EE6" w:rsidRDefault="005B3712" w:rsidP="005B371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347EE6">
              <w:rPr>
                <w:sz w:val="18"/>
                <w:szCs w:val="18"/>
                <w:lang w:val="en-GB"/>
              </w:rPr>
              <w:t>Work collaboratively to plan, develop and refine a product or service</w:t>
            </w:r>
          </w:p>
          <w:p w14:paraId="44DB8E47" w14:textId="77777777" w:rsidR="00347EE6" w:rsidRDefault="005B3712" w:rsidP="005B371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347EE6">
              <w:rPr>
                <w:sz w:val="18"/>
                <w:szCs w:val="18"/>
                <w:lang w:val="en-GB"/>
              </w:rPr>
              <w:t>Create and manage a budget, calculating costs, prices, profit and loss</w:t>
            </w:r>
          </w:p>
          <w:p w14:paraId="17C481FF" w14:textId="77777777" w:rsidR="00347EE6" w:rsidRDefault="005B3712" w:rsidP="005B371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347EE6">
              <w:rPr>
                <w:sz w:val="18"/>
                <w:szCs w:val="18"/>
                <w:lang w:val="en-GB"/>
              </w:rPr>
              <w:t>Design branding, packaging and promotional materials for a target audience</w:t>
            </w:r>
          </w:p>
          <w:p w14:paraId="57E02B95" w14:textId="77777777" w:rsidR="00347EE6" w:rsidRDefault="005B3712" w:rsidP="005B371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347EE6">
              <w:rPr>
                <w:sz w:val="18"/>
                <w:szCs w:val="18"/>
                <w:lang w:val="en-GB"/>
              </w:rPr>
              <w:t>Use persuasive techniques to advertise and market a product or service</w:t>
            </w:r>
          </w:p>
          <w:p w14:paraId="73AED2C2" w14:textId="77777777" w:rsidR="00347EE6" w:rsidRDefault="005B3712" w:rsidP="005B371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347EE6">
              <w:rPr>
                <w:sz w:val="18"/>
                <w:szCs w:val="18"/>
                <w:lang w:val="en-GB"/>
              </w:rPr>
              <w:t>Present and justify business ideas using evidence and feedback</w:t>
            </w:r>
          </w:p>
          <w:p w14:paraId="3B487FE8" w14:textId="77777777" w:rsidR="00194589" w:rsidRDefault="005B3712" w:rsidP="004524EE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347EE6">
              <w:rPr>
                <w:sz w:val="18"/>
                <w:szCs w:val="18"/>
                <w:lang w:val="en-GB"/>
              </w:rPr>
              <w:t>Evaluate the success of an enterprise and suggest improvements</w:t>
            </w:r>
          </w:p>
          <w:p w14:paraId="61417728" w14:textId="77777777" w:rsidR="00347EE6" w:rsidRDefault="00347EE6" w:rsidP="00347E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  <w:p w14:paraId="35CA6540" w14:textId="77777777" w:rsidR="00347EE6" w:rsidRDefault="00347EE6" w:rsidP="00347E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Possible evidence:</w:t>
            </w:r>
          </w:p>
          <w:p w14:paraId="7E7DEF6F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R</w:t>
            </w:r>
            <w:r w:rsidRPr="00633B5D">
              <w:rPr>
                <w:sz w:val="18"/>
                <w:szCs w:val="18"/>
                <w:lang w:val="en-GB"/>
              </w:rPr>
              <w:t xml:space="preserve">esearch notes </w:t>
            </w:r>
          </w:p>
          <w:p w14:paraId="11228482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>Market research surveys</w:t>
            </w:r>
          </w:p>
          <w:p w14:paraId="0DC8B1EA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 xml:space="preserve">Budget sheets and spreadsheets </w:t>
            </w:r>
          </w:p>
          <w:p w14:paraId="18F89E9D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 xml:space="preserve">Product designs and prototypes </w:t>
            </w:r>
          </w:p>
          <w:p w14:paraId="5EFCAB1E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>Branding and logo designs</w:t>
            </w:r>
          </w:p>
          <w:p w14:paraId="21E72C3F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 xml:space="preserve">Advertising campaigns </w:t>
            </w:r>
          </w:p>
          <w:p w14:paraId="23F794E3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 xml:space="preserve">Business plans </w:t>
            </w:r>
          </w:p>
          <w:p w14:paraId="110F5647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 xml:space="preserve">Presentations and pitches </w:t>
            </w:r>
          </w:p>
          <w:p w14:paraId="1AD3B84C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 xml:space="preserve">Digital products </w:t>
            </w:r>
          </w:p>
          <w:p w14:paraId="16FA3656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 xml:space="preserve">Learning conversations </w:t>
            </w:r>
          </w:p>
          <w:p w14:paraId="2AABDB08" w14:textId="77777777" w:rsidR="00633B5D" w:rsidRDefault="00633B5D" w:rsidP="00633B5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 xml:space="preserve">Floor books </w:t>
            </w:r>
          </w:p>
          <w:p w14:paraId="5A39BBE3" w14:textId="7454EFB1" w:rsidR="00347EE6" w:rsidRPr="00633B5D" w:rsidRDefault="00633B5D" w:rsidP="00347EE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3B5D">
              <w:rPr>
                <w:sz w:val="18"/>
                <w:szCs w:val="18"/>
                <w:lang w:val="en-GB"/>
              </w:rPr>
              <w:t>Peer and self-assessments</w:t>
            </w:r>
          </w:p>
        </w:tc>
        <w:tc>
          <w:tcPr>
            <w:tcW w:w="2880" w:type="dxa"/>
            <w:shd w:val="clear" w:color="auto" w:fill="FFFFFF" w:themeFill="background1"/>
          </w:tcPr>
          <w:tbl>
            <w:tblPr>
              <w:tblStyle w:val="TableGrid"/>
              <w:tblW w:w="2057" w:type="dxa"/>
              <w:tblLook w:val="04A0" w:firstRow="1" w:lastRow="0" w:firstColumn="1" w:lastColumn="0" w:noHBand="0" w:noVBand="1"/>
            </w:tblPr>
            <w:tblGrid>
              <w:gridCol w:w="1228"/>
              <w:gridCol w:w="1116"/>
            </w:tblGrid>
            <w:tr w:rsidR="007E175B" w14:paraId="053EE1CD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413C4D59" w14:textId="4B09F335" w:rsidR="007E175B" w:rsidRDefault="00513300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513300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7C42011" wp14:editId="4297F226">
                        <wp:extent cx="423333" cy="455198"/>
                        <wp:effectExtent l="0" t="0" r="0" b="2540"/>
                        <wp:docPr id="8369004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1E9586-8F9A-45F5-B469-63AA8DAFB21B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900404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7159" cy="459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41701E15" w14:textId="2FC963E4" w:rsidR="007E175B" w:rsidRDefault="002E740F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2E740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C09EE7A" wp14:editId="038D8E66">
                        <wp:extent cx="436033" cy="414659"/>
                        <wp:effectExtent l="0" t="0" r="2540" b="4445"/>
                        <wp:docPr id="15956052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BE48D1C1-47AF-47F0-B645-36F13EF4526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560523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0041" cy="41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3FA1D02" w14:textId="77777777" w:rsidTr="00A470F6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5869249A" w14:textId="73143958" w:rsidR="007E175B" w:rsidRDefault="008B0AA3" w:rsidP="008B0AA3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FF78E9" w:rsidRPr="00FF78E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1D96522" wp14:editId="661639A0">
                        <wp:extent cx="364067" cy="400074"/>
                        <wp:effectExtent l="0" t="0" r="0" b="0"/>
                        <wp:docPr id="78411684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0194F0A-46F0-41D0-8C3C-180CFD684AC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116845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75" cy="405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54AE0B73" w14:textId="12CE27FC" w:rsidR="007E175B" w:rsidRDefault="000A3B56" w:rsidP="000A3B56">
                  <w:pPr>
                    <w:jc w:val="center"/>
                    <w:rPr>
                      <w:sz w:val="18"/>
                      <w:szCs w:val="18"/>
                    </w:rPr>
                  </w:pPr>
                  <w:r w:rsidRPr="000A3B56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9E09C42" wp14:editId="11AEFAEB">
                        <wp:extent cx="414867" cy="389724"/>
                        <wp:effectExtent l="0" t="0" r="4445" b="0"/>
                        <wp:docPr id="34223400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14CD76F-A464-4226-8C7D-0B4B0D935AB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34002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890" cy="39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11C82966" w14:textId="77777777" w:rsidTr="00CF2FC5">
              <w:trPr>
                <w:trHeight w:val="522"/>
              </w:trPr>
              <w:tc>
                <w:tcPr>
                  <w:tcW w:w="1078" w:type="dxa"/>
                  <w:shd w:val="clear" w:color="auto" w:fill="FFFF00"/>
                </w:tcPr>
                <w:p w14:paraId="1D37B497" w14:textId="4F92E38E" w:rsidR="007E175B" w:rsidRDefault="00CC7EE6" w:rsidP="00CC7EE6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990251" w:rsidRPr="00990251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3F41E5A" wp14:editId="3D661839">
                        <wp:extent cx="575522" cy="438493"/>
                        <wp:effectExtent l="0" t="0" r="0" b="0"/>
                        <wp:docPr id="97700911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EDD0860-88CE-4F1C-B043-DBDED6DF9A22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7009112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204" cy="450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7D17B6AE" w14:textId="50E5E9B7" w:rsidR="007E175B" w:rsidRDefault="004115A7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4115A7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F44010D" wp14:editId="38D2B91F">
                        <wp:extent cx="294217" cy="403037"/>
                        <wp:effectExtent l="0" t="0" r="0" b="0"/>
                        <wp:docPr id="1448691377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D9DF5C0-CD59-4C3D-A00C-B4644B22D12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8691377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246" cy="40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67297CF9" w14:textId="77777777" w:rsidTr="00A470F6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46E8EF04" w14:textId="21ADCAE1" w:rsidR="007E175B" w:rsidRDefault="006208C2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6208C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34CE651" wp14:editId="6B73149B">
                        <wp:extent cx="481814" cy="406400"/>
                        <wp:effectExtent l="0" t="0" r="0" b="0"/>
                        <wp:docPr id="17507872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8DE198-91E7-4068-BF20-A294FA7ADCA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787204" name="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91" cy="41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712658CC" w14:textId="09BEF69E" w:rsidR="007E175B" w:rsidRDefault="00E8604F" w:rsidP="00E8604F">
                  <w:pPr>
                    <w:jc w:val="center"/>
                    <w:rPr>
                      <w:sz w:val="18"/>
                      <w:szCs w:val="18"/>
                    </w:rPr>
                  </w:pPr>
                  <w:r w:rsidRPr="00E8604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E07C889" wp14:editId="38EA6376">
                        <wp:extent cx="508000" cy="426357"/>
                        <wp:effectExtent l="0" t="0" r="6350" b="0"/>
                        <wp:docPr id="839050988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A2F3B49-94D6-4CAD-86F7-F053AE15EAC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050988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879" cy="432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13214F6" w14:textId="77777777" w:rsidTr="00CF2FC5">
              <w:trPr>
                <w:trHeight w:val="490"/>
              </w:trPr>
              <w:tc>
                <w:tcPr>
                  <w:tcW w:w="1078" w:type="dxa"/>
                </w:tcPr>
                <w:p w14:paraId="3DAC47D4" w14:textId="0DA86693" w:rsidR="007E175B" w:rsidRDefault="008A739B" w:rsidP="008A739B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015C3B" w:rsidRPr="00015C3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E63375E" wp14:editId="1D192AD6">
                        <wp:extent cx="389467" cy="414327"/>
                        <wp:effectExtent l="0" t="0" r="0" b="5080"/>
                        <wp:docPr id="35356366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585A37C-81F3-4CE3-848E-770DBBA88DE5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563663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697" cy="426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154C7506" w14:textId="1F87941B" w:rsidR="007E175B" w:rsidRDefault="00B9746F" w:rsidP="00B9746F">
                  <w:pPr>
                    <w:jc w:val="center"/>
                    <w:rPr>
                      <w:sz w:val="18"/>
                      <w:szCs w:val="18"/>
                    </w:rPr>
                  </w:pPr>
                  <w:r w:rsidRPr="00B9746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F498DA0" wp14:editId="57B827F2">
                        <wp:extent cx="433549" cy="414020"/>
                        <wp:effectExtent l="0" t="0" r="5080" b="5080"/>
                        <wp:docPr id="142982869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FD9176C-5E35-4BB0-B246-4F0783F6244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9828695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496" cy="4244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4ECB3178" w14:textId="77777777" w:rsidTr="00A470F6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695AFA88" w14:textId="5E28D18A" w:rsidR="007E175B" w:rsidRDefault="00727042" w:rsidP="00727042">
                  <w:pPr>
                    <w:jc w:val="center"/>
                    <w:rPr>
                      <w:sz w:val="18"/>
                      <w:szCs w:val="18"/>
                    </w:rPr>
                  </w:pPr>
                  <w:r w:rsidRPr="0072704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EFB7113" wp14:editId="758FBA3C">
                        <wp:extent cx="491067" cy="416158"/>
                        <wp:effectExtent l="0" t="0" r="4445" b="3175"/>
                        <wp:docPr id="1466763306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81BEBAD-17D3-4C51-85F0-1881BA97C30A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763306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69" cy="418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624A1317" w14:textId="13BF5439" w:rsidR="007E175B" w:rsidRDefault="00BA6D0B" w:rsidP="00BA6D0B">
                  <w:pPr>
                    <w:jc w:val="center"/>
                    <w:rPr>
                      <w:sz w:val="18"/>
                      <w:szCs w:val="18"/>
                    </w:rPr>
                  </w:pPr>
                  <w:r w:rsidRPr="00BA6D0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E0EBE4A" wp14:editId="2D2BE8B2">
                        <wp:extent cx="564938" cy="440823"/>
                        <wp:effectExtent l="0" t="0" r="6985" b="0"/>
                        <wp:docPr id="304312351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C0CEB278-622E-409A-BB5E-0119A43AA9B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312351" name="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9" cy="442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C8F396" w14:textId="7F9DA493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9D4787" w14:textId="1AF5787B" w:rsidR="0072186B" w:rsidRDefault="35C8AC6D">
      <w:pPr>
        <w:pStyle w:val="Heading2"/>
      </w:pPr>
      <w:r>
        <w:t>Learning Experiences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756890C7" w14:textId="77777777" w:rsidTr="00842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C6D9F1" w:themeFill="text2" w:themeFillTint="33"/>
          </w:tcPr>
          <w:p w14:paraId="18531322" w14:textId="40F13BBB" w:rsidR="0072186B" w:rsidRDefault="00F8138A">
            <w:r>
              <w:t>Possible Learning Experiences / Provocations (</w:t>
            </w:r>
            <w:proofErr w:type="gramStart"/>
            <w:r>
              <w:t>may be</w:t>
            </w:r>
            <w:proofErr w:type="gramEnd"/>
            <w:r>
              <w:t xml:space="preserve"> linked to zones)</w:t>
            </w:r>
          </w:p>
        </w:tc>
        <w:tc>
          <w:tcPr>
            <w:tcW w:w="4310" w:type="dxa"/>
            <w:shd w:val="clear" w:color="auto" w:fill="C6D9F1" w:themeFill="text2" w:themeFillTint="33"/>
          </w:tcPr>
          <w:p w14:paraId="1494E2EA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</w:p>
        </w:tc>
      </w:tr>
      <w:tr w:rsidR="00842652" w14:paraId="72A3D3EC" w14:textId="77777777" w:rsidTr="00842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0E27B00A" w14:textId="3BE8B9A6" w:rsidR="00842652" w:rsidRPr="00842652" w:rsidRDefault="00842652" w:rsidP="00BC0423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482CF9">
              <w:rPr>
                <w:sz w:val="18"/>
                <w:szCs w:val="18"/>
              </w:rPr>
              <w:t>Teacher-</w:t>
            </w:r>
            <w:r w:rsidR="00BC0423">
              <w:rPr>
                <w:sz w:val="18"/>
                <w:szCs w:val="18"/>
              </w:rPr>
              <w:t>L</w:t>
            </w:r>
            <w:r w:rsidRPr="00482CF9">
              <w:rPr>
                <w:sz w:val="18"/>
                <w:szCs w:val="18"/>
              </w:rPr>
              <w:t>ed</w:t>
            </w:r>
          </w:p>
        </w:tc>
      </w:tr>
      <w:tr w:rsidR="00D61E7B" w14:paraId="390E8E05" w14:textId="77777777" w:rsidTr="00FC35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2EB8B65F" w14:textId="77777777" w:rsidR="00557217" w:rsidRPr="00557217" w:rsidRDefault="00557217" w:rsidP="00557217">
            <w:pPr>
              <w:rPr>
                <w:sz w:val="18"/>
                <w:szCs w:val="18"/>
                <w:lang w:val="en-GB"/>
              </w:rPr>
            </w:pPr>
            <w:r w:rsidRPr="00557217">
              <w:rPr>
                <w:sz w:val="18"/>
                <w:szCs w:val="18"/>
                <w:lang w:val="en-GB"/>
              </w:rPr>
              <w:lastRenderedPageBreak/>
              <w:t>Generate and record enquiry questions which guide the project and are revisited throughout the enquiry</w:t>
            </w:r>
          </w:p>
          <w:p w14:paraId="6DB83250" w14:textId="77777777" w:rsidR="00557217" w:rsidRDefault="00557217" w:rsidP="00F73A9B">
            <w:pPr>
              <w:rPr>
                <w:sz w:val="18"/>
                <w:szCs w:val="18"/>
                <w:lang w:val="en-GB"/>
              </w:rPr>
            </w:pPr>
          </w:p>
          <w:p w14:paraId="13AD46C4" w14:textId="77777777" w:rsidR="00557217" w:rsidRPr="00926CEA" w:rsidRDefault="00F73A9B" w:rsidP="00F73A9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26CEA">
              <w:rPr>
                <w:b w:val="0"/>
                <w:bCs w:val="0"/>
                <w:sz w:val="18"/>
                <w:szCs w:val="18"/>
                <w:lang w:val="en-GB"/>
              </w:rPr>
              <w:t>Investigate what makes a business successful</w:t>
            </w:r>
          </w:p>
          <w:p w14:paraId="5B83A79F" w14:textId="77777777" w:rsidR="00557217" w:rsidRPr="00926CEA" w:rsidRDefault="00F73A9B" w:rsidP="00F73A9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26CEA">
              <w:rPr>
                <w:b w:val="0"/>
                <w:bCs w:val="0"/>
                <w:sz w:val="18"/>
                <w:szCs w:val="18"/>
                <w:lang w:val="en-GB"/>
              </w:rPr>
              <w:t>Explore different business roles and responsibilities</w:t>
            </w:r>
          </w:p>
          <w:p w14:paraId="5630E0CE" w14:textId="77777777" w:rsidR="00557217" w:rsidRPr="00926CEA" w:rsidRDefault="00F73A9B" w:rsidP="00F73A9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26CEA">
              <w:rPr>
                <w:b w:val="0"/>
                <w:bCs w:val="0"/>
                <w:sz w:val="18"/>
                <w:szCs w:val="18"/>
                <w:lang w:val="en-GB"/>
              </w:rPr>
              <w:t>Develop budgeting and financial planning skills</w:t>
            </w:r>
          </w:p>
          <w:p w14:paraId="79FAB8DF" w14:textId="77777777" w:rsidR="00926CEA" w:rsidRPr="00926CEA" w:rsidRDefault="00F73A9B" w:rsidP="00F73A9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26CEA">
              <w:rPr>
                <w:b w:val="0"/>
                <w:bCs w:val="0"/>
                <w:sz w:val="18"/>
                <w:szCs w:val="18"/>
                <w:lang w:val="en-GB"/>
              </w:rPr>
              <w:t>Calculate costs, pricing, profit and loss</w:t>
            </w:r>
          </w:p>
          <w:p w14:paraId="0C8F5FB8" w14:textId="77777777" w:rsidR="00926CEA" w:rsidRPr="00926CEA" w:rsidRDefault="00393D95" w:rsidP="00F73A9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26CEA">
              <w:rPr>
                <w:b w:val="0"/>
                <w:bCs w:val="0"/>
                <w:sz w:val="18"/>
                <w:szCs w:val="18"/>
                <w:lang w:val="en-GB"/>
              </w:rPr>
              <w:t>Create a digital survey to gather consumer opinions</w:t>
            </w:r>
          </w:p>
          <w:p w14:paraId="761A3833" w14:textId="77777777" w:rsidR="00926CEA" w:rsidRPr="00926CEA" w:rsidRDefault="00F73A9B" w:rsidP="00F73A9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26CEA">
              <w:rPr>
                <w:b w:val="0"/>
                <w:bCs w:val="0"/>
                <w:sz w:val="18"/>
                <w:szCs w:val="18"/>
                <w:lang w:val="en-GB"/>
              </w:rPr>
              <w:t>Investigate branding, advertising and marketing strategies</w:t>
            </w:r>
          </w:p>
          <w:p w14:paraId="04CEEF6F" w14:textId="77777777" w:rsidR="00926CEA" w:rsidRPr="00926CEA" w:rsidRDefault="00F73A9B" w:rsidP="00F73A9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26CEA">
              <w:rPr>
                <w:b w:val="0"/>
                <w:bCs w:val="0"/>
                <w:sz w:val="18"/>
                <w:szCs w:val="18"/>
                <w:lang w:val="en-GB"/>
              </w:rPr>
              <w:t>Explore how businesses identify and meet customer needs</w:t>
            </w:r>
          </w:p>
          <w:p w14:paraId="334DBAAD" w14:textId="77777777" w:rsidR="00926CEA" w:rsidRPr="00926CEA" w:rsidRDefault="00F73A9B" w:rsidP="00F73A9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26CEA">
              <w:rPr>
                <w:b w:val="0"/>
                <w:bCs w:val="0"/>
                <w:sz w:val="18"/>
                <w:szCs w:val="18"/>
                <w:lang w:val="en-GB"/>
              </w:rPr>
              <w:t>Develop persuasive communication and presentation skills</w:t>
            </w:r>
          </w:p>
          <w:p w14:paraId="089B4B09" w14:textId="489A5629" w:rsidR="00926CEA" w:rsidRPr="00926CEA" w:rsidRDefault="002740AE" w:rsidP="00F73A9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26CEA">
              <w:rPr>
                <w:b w:val="0"/>
                <w:bCs w:val="0"/>
                <w:sz w:val="18"/>
                <w:szCs w:val="18"/>
                <w:lang w:val="en-GB"/>
              </w:rPr>
              <w:t>Spreadsheets for calculating profit and los</w:t>
            </w:r>
            <w:r w:rsidR="00926CEA" w:rsidRPr="00926CEA">
              <w:rPr>
                <w:b w:val="0"/>
                <w:bCs w:val="0"/>
                <w:sz w:val="18"/>
                <w:szCs w:val="18"/>
                <w:lang w:val="en-GB"/>
              </w:rPr>
              <w:t>s</w:t>
            </w:r>
          </w:p>
          <w:p w14:paraId="4DA7CA73" w14:textId="6AEE803C" w:rsidR="00ED2637" w:rsidRPr="00926CEA" w:rsidRDefault="00F73A9B" w:rsidP="00F73A9B">
            <w:pPr>
              <w:pStyle w:val="ListParagraph"/>
              <w:numPr>
                <w:ilvl w:val="0"/>
                <w:numId w:val="19"/>
              </w:numPr>
              <w:rPr>
                <w:sz w:val="18"/>
                <w:szCs w:val="18"/>
                <w:lang w:val="en-GB"/>
              </w:rPr>
            </w:pPr>
            <w:r w:rsidRPr="00926CEA">
              <w:rPr>
                <w:b w:val="0"/>
                <w:bCs w:val="0"/>
                <w:sz w:val="18"/>
                <w:szCs w:val="18"/>
                <w:lang w:val="en-GB"/>
              </w:rPr>
              <w:t>Evaluate the success of products, services and marketing campaigns</w:t>
            </w:r>
          </w:p>
        </w:tc>
      </w:tr>
      <w:tr w:rsidR="0058450D" w14:paraId="015183E7" w14:textId="77777777" w:rsidTr="005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679871BE" w14:textId="61A7501F" w:rsidR="0058450D" w:rsidRDefault="001B608F" w:rsidP="0058450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Teacher-Initiated/</w:t>
            </w:r>
            <w:r w:rsidR="0058450D">
              <w:rPr>
                <w:sz w:val="18"/>
                <w:szCs w:val="18"/>
              </w:rPr>
              <w:t>Child-</w:t>
            </w:r>
            <w:r>
              <w:rPr>
                <w:sz w:val="18"/>
                <w:szCs w:val="18"/>
              </w:rPr>
              <w:t>L</w:t>
            </w:r>
            <w:r w:rsidR="0058450D">
              <w:rPr>
                <w:sz w:val="18"/>
                <w:szCs w:val="18"/>
              </w:rPr>
              <w:t>ed (Provocations in Zones)</w:t>
            </w:r>
            <w:r w:rsidR="000F1303">
              <w:rPr>
                <w:sz w:val="18"/>
                <w:szCs w:val="18"/>
              </w:rPr>
              <w:t xml:space="preserve">- </w:t>
            </w:r>
            <w:r w:rsidR="00CE63FC" w:rsidRPr="00CE63FC">
              <w:rPr>
                <w:i/>
                <w:iCs/>
                <w:sz w:val="18"/>
                <w:szCs w:val="18"/>
              </w:rPr>
              <w:t>adapt</w:t>
            </w:r>
            <w:r w:rsidR="00CE63FC">
              <w:rPr>
                <w:i/>
                <w:iCs/>
                <w:sz w:val="18"/>
                <w:szCs w:val="18"/>
              </w:rPr>
              <w:t xml:space="preserve">ed </w:t>
            </w:r>
            <w:r w:rsidR="00CE63FC" w:rsidRPr="00CE63FC">
              <w:rPr>
                <w:i/>
                <w:iCs/>
                <w:sz w:val="18"/>
                <w:szCs w:val="18"/>
              </w:rPr>
              <w:t>throughout the Enquiry</w:t>
            </w:r>
            <w:r w:rsidR="002518EF">
              <w:rPr>
                <w:i/>
                <w:iCs/>
                <w:sz w:val="18"/>
                <w:szCs w:val="18"/>
              </w:rPr>
              <w:t xml:space="preserve"> and opportunities for product refinement and peer feedback</w:t>
            </w:r>
          </w:p>
          <w:p w14:paraId="684384FB" w14:textId="77777777" w:rsidR="0058450D" w:rsidRDefault="0058450D" w:rsidP="0058450D">
            <w:pPr>
              <w:pStyle w:val="ListParagraph"/>
              <w:ind w:left="1494"/>
              <w:jc w:val="center"/>
              <w:rPr>
                <w:sz w:val="18"/>
                <w:szCs w:val="18"/>
              </w:rPr>
            </w:pPr>
          </w:p>
        </w:tc>
      </w:tr>
      <w:tr w:rsidR="0058450D" w14:paraId="4A027995" w14:textId="77777777" w:rsidTr="005845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</w:tcPr>
          <w:p w14:paraId="7309DC1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Discovery</w:t>
            </w:r>
          </w:p>
          <w:p w14:paraId="3D8F7DE7" w14:textId="4C786293" w:rsidR="000221E2" w:rsidRDefault="000221E2" w:rsidP="000221E2">
            <w:pPr>
              <w:rPr>
                <w:sz w:val="18"/>
                <w:szCs w:val="18"/>
                <w:lang w:val="en-GB"/>
              </w:rPr>
            </w:pPr>
            <w:r w:rsidRPr="000221E2">
              <w:rPr>
                <w:b w:val="0"/>
                <w:bCs w:val="0"/>
                <w:sz w:val="18"/>
                <w:szCs w:val="18"/>
                <w:lang w:val="en-GB"/>
              </w:rPr>
              <w:t xml:space="preserve">Investigate famous brands </w:t>
            </w:r>
          </w:p>
          <w:p w14:paraId="710411AA" w14:textId="531C4C17" w:rsidR="006E46C5" w:rsidRPr="000221E2" w:rsidRDefault="006E46C5" w:rsidP="000221E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Investigate successful businesses/entrepreneurs</w:t>
            </w:r>
          </w:p>
          <w:p w14:paraId="44DDE793" w14:textId="5B8A9C47" w:rsidR="000221E2" w:rsidRPr="000221E2" w:rsidRDefault="000221E2" w:rsidP="000221E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0221E2">
              <w:rPr>
                <w:b w:val="0"/>
                <w:bCs w:val="0"/>
                <w:sz w:val="18"/>
                <w:szCs w:val="18"/>
                <w:lang w:val="en-GB"/>
              </w:rPr>
              <w:t>Compare successful products</w:t>
            </w:r>
            <w:r w:rsidR="00823BD6">
              <w:rPr>
                <w:b w:val="0"/>
                <w:bCs w:val="0"/>
                <w:sz w:val="18"/>
                <w:szCs w:val="18"/>
                <w:lang w:val="en-GB"/>
              </w:rPr>
              <w:t>- why some more successful than others?</w:t>
            </w:r>
          </w:p>
          <w:p w14:paraId="096CAFD2" w14:textId="75A53F9B" w:rsidR="00823BD6" w:rsidRDefault="00E7680C" w:rsidP="000221E2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Explore examples of branding, logos and packaging</w:t>
            </w:r>
          </w:p>
          <w:p w14:paraId="3569704F" w14:textId="14EFEA1A" w:rsidR="00E7680C" w:rsidRDefault="00E7680C" w:rsidP="000221E2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Research different business roles and responsibilities</w:t>
            </w:r>
          </w:p>
          <w:p w14:paraId="0E52511D" w14:textId="78AEFEAA" w:rsidR="00E7680C" w:rsidRPr="00823BD6" w:rsidRDefault="00E7680C" w:rsidP="000221E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Analyse customer reviews and feedb</w:t>
            </w:r>
            <w:r w:rsidR="006F297C">
              <w:rPr>
                <w:b w:val="0"/>
                <w:bCs w:val="0"/>
                <w:sz w:val="18"/>
                <w:szCs w:val="18"/>
                <w:lang w:val="en-GB"/>
              </w:rPr>
              <w:t>ack</w:t>
            </w:r>
          </w:p>
          <w:p w14:paraId="77DA9BC0" w14:textId="77777777" w:rsidR="0058450D" w:rsidRPr="001679B3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1895FD6D" w14:textId="0F569AC5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Social</w:t>
            </w:r>
          </w:p>
          <w:p w14:paraId="14D422A8" w14:textId="60A0E718" w:rsidR="0058450D" w:rsidRDefault="00711726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Presentations</w:t>
            </w:r>
          </w:p>
          <w:p w14:paraId="65D926BC" w14:textId="4C915242" w:rsidR="00711726" w:rsidRDefault="00711726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Surveys</w:t>
            </w:r>
          </w:p>
          <w:p w14:paraId="29424E97" w14:textId="6AB25E5C" w:rsidR="0058450D" w:rsidRDefault="005B03F9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Role Play- Dragon Den’s panel</w:t>
            </w:r>
          </w:p>
          <w:p w14:paraId="048C65C9" w14:textId="6C6CBE3C" w:rsidR="005B03F9" w:rsidRDefault="005B03F9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Peer feedb</w:t>
            </w:r>
            <w:r w:rsidR="006F297C">
              <w:rPr>
                <w:b w:val="0"/>
                <w:bCs w:val="0"/>
                <w:sz w:val="18"/>
                <w:szCs w:val="18"/>
              </w:rPr>
              <w:t>a</w:t>
            </w:r>
            <w:r>
              <w:rPr>
                <w:b w:val="0"/>
                <w:bCs w:val="0"/>
                <w:sz w:val="18"/>
                <w:szCs w:val="18"/>
              </w:rPr>
              <w:t>ck</w:t>
            </w:r>
          </w:p>
          <w:p w14:paraId="614E46C8" w14:textId="013E360E" w:rsidR="006F297C" w:rsidRDefault="006F297C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Customer focus groups</w:t>
            </w:r>
          </w:p>
          <w:p w14:paraId="663B19A1" w14:textId="168A570B" w:rsidR="00CF1DEC" w:rsidRDefault="00CF1DEC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Assign business roles</w:t>
            </w:r>
            <w:r w:rsidR="003F6F3F">
              <w:rPr>
                <w:b w:val="0"/>
                <w:bCs w:val="0"/>
                <w:sz w:val="18"/>
                <w:szCs w:val="18"/>
              </w:rPr>
              <w:t>- apply for roles</w:t>
            </w:r>
          </w:p>
          <w:p w14:paraId="61C21AE0" w14:textId="77777777" w:rsidR="00445426" w:rsidRDefault="00445426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BD6C8D5" w14:textId="77777777" w:rsidR="00593B1F" w:rsidRDefault="00593B1F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6FCDBC3D" w14:textId="33470B3E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Creative</w:t>
            </w:r>
          </w:p>
          <w:p w14:paraId="157B5459" w14:textId="54355EF6" w:rsidR="00F23B00" w:rsidRPr="00F23B00" w:rsidRDefault="00F23B00" w:rsidP="00F23B0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23B00">
              <w:rPr>
                <w:b w:val="0"/>
                <w:bCs w:val="0"/>
                <w:sz w:val="18"/>
                <w:szCs w:val="18"/>
                <w:lang w:val="en-GB"/>
              </w:rPr>
              <w:t xml:space="preserve">Design logos </w:t>
            </w:r>
          </w:p>
          <w:p w14:paraId="3CBAE614" w14:textId="77777777" w:rsidR="00F23B00" w:rsidRPr="00F23B00" w:rsidRDefault="00F23B00" w:rsidP="00F23B0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23B00">
              <w:rPr>
                <w:b w:val="0"/>
                <w:bCs w:val="0"/>
                <w:sz w:val="18"/>
                <w:szCs w:val="18"/>
                <w:lang w:val="en-GB"/>
              </w:rPr>
              <w:t xml:space="preserve">Create packaging </w:t>
            </w:r>
          </w:p>
          <w:p w14:paraId="67C77042" w14:textId="54A7998F" w:rsidR="00F23B00" w:rsidRDefault="00F23B00" w:rsidP="00F23B00">
            <w:pPr>
              <w:rPr>
                <w:sz w:val="18"/>
                <w:szCs w:val="18"/>
                <w:lang w:val="en-GB"/>
              </w:rPr>
            </w:pPr>
            <w:r w:rsidRPr="00F23B00">
              <w:rPr>
                <w:b w:val="0"/>
                <w:bCs w:val="0"/>
                <w:sz w:val="18"/>
                <w:szCs w:val="18"/>
                <w:lang w:val="en-GB"/>
              </w:rPr>
              <w:t>Produce prototypes</w:t>
            </w:r>
          </w:p>
          <w:p w14:paraId="0FC7289E" w14:textId="3A1A217B" w:rsidR="00711726" w:rsidRDefault="00711726" w:rsidP="00F23B00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 xml:space="preserve">Posters </w:t>
            </w:r>
          </w:p>
          <w:p w14:paraId="1FA4F329" w14:textId="72E0135B" w:rsidR="00711726" w:rsidRPr="00F23B00" w:rsidRDefault="00711726" w:rsidP="00F23B0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Advertisements</w:t>
            </w:r>
          </w:p>
          <w:p w14:paraId="14E724B1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38A73DAB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737E68F" w14:textId="370C841F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Outdoor</w:t>
            </w:r>
          </w:p>
          <w:p w14:paraId="1264630A" w14:textId="54F46B9C" w:rsidR="0058450D" w:rsidRDefault="005B03F9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Product testing</w:t>
            </w:r>
          </w:p>
          <w:p w14:paraId="5647CBAE" w14:textId="25FEFA29" w:rsidR="005B03F9" w:rsidRDefault="005B03F9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Events</w:t>
            </w:r>
          </w:p>
          <w:p w14:paraId="58FE16B5" w14:textId="0A5DD071" w:rsidR="005B03F9" w:rsidRDefault="005B03F9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Bring in someone from local community- business entrepreneur</w:t>
            </w:r>
            <w:r w:rsidR="00A5134B">
              <w:rPr>
                <w:b w:val="0"/>
                <w:bCs w:val="0"/>
                <w:sz w:val="18"/>
                <w:szCs w:val="18"/>
              </w:rPr>
              <w:t xml:space="preserve"> (link to DYW)</w:t>
            </w:r>
          </w:p>
          <w:p w14:paraId="4D0672B9" w14:textId="742498F8" w:rsidR="00682611" w:rsidRDefault="00A47B8B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Virgin Money project (Make Money Grow)</w:t>
            </w:r>
          </w:p>
        </w:tc>
        <w:tc>
          <w:tcPr>
            <w:tcW w:w="4310" w:type="dxa"/>
            <w:shd w:val="clear" w:color="auto" w:fill="FFFFFF" w:themeFill="background1"/>
          </w:tcPr>
          <w:p w14:paraId="453252A8" w14:textId="6DC133E8" w:rsidR="0095285E" w:rsidRDefault="00ED2637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ICT resources</w:t>
            </w:r>
          </w:p>
          <w:p w14:paraId="6A1E3CF0" w14:textId="7D3FD9C0" w:rsidR="00ED2637" w:rsidRDefault="00ED2637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Materials based on what group are selling</w:t>
            </w:r>
          </w:p>
          <w:p w14:paraId="0FE95DD5" w14:textId="47C5637D" w:rsidR="00ED2637" w:rsidRDefault="00ED2637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Crafts materials for advertising</w:t>
            </w:r>
          </w:p>
          <w:p w14:paraId="0F021DEB" w14:textId="77777777" w:rsidR="0022236F" w:rsidRDefault="00A47B8B" w:rsidP="00A47B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Money</w:t>
            </w:r>
          </w:p>
          <w:p w14:paraId="0B6C04D8" w14:textId="77C56112" w:rsidR="00CF1DEC" w:rsidRPr="00A47B8B" w:rsidRDefault="00CF1DEC" w:rsidP="00A47B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Community links</w:t>
            </w:r>
          </w:p>
        </w:tc>
      </w:tr>
    </w:tbl>
    <w:p w14:paraId="1F59AFAD" w14:textId="74C541B3" w:rsidR="0072186B" w:rsidRDefault="00221E0B">
      <w:pPr>
        <w:pStyle w:val="Heading2"/>
      </w:pPr>
      <w:r>
        <w:t xml:space="preserve">Responsive Planning: </w:t>
      </w:r>
      <w:r w:rsidR="6B6046C2">
        <w:t>Reflecting, Responding and Extending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4C7B7E7A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1DD" w:themeFill="accent3" w:themeFillTint="33"/>
          </w:tcPr>
          <w:p w14:paraId="555868CD" w14:textId="62C0F854" w:rsidR="0072186B" w:rsidRDefault="00F8138A">
            <w:r>
              <w:t xml:space="preserve">Emerging Pupil Questions / </w:t>
            </w:r>
            <w:r w:rsidR="00765C77">
              <w:t>Challenges</w:t>
            </w:r>
          </w:p>
        </w:tc>
        <w:tc>
          <w:tcPr>
            <w:tcW w:w="4320" w:type="dxa"/>
            <w:shd w:val="clear" w:color="auto" w:fill="EAF1DD" w:themeFill="accent3" w:themeFillTint="33"/>
          </w:tcPr>
          <w:p w14:paraId="495BAE6E" w14:textId="24791B40" w:rsidR="0072186B" w:rsidRDefault="6B6046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72186B" w14:paraId="60061E4C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 w:themeFill="background1"/>
          </w:tcPr>
          <w:p w14:paraId="5A4C634D" w14:textId="2C221120" w:rsidR="00BA59BD" w:rsidRDefault="00FA537C">
            <w:r>
              <w:rPr>
                <w:b w:val="0"/>
                <w:bCs w:val="0"/>
              </w:rPr>
              <w:t>How do businesses decide what to sell?</w:t>
            </w:r>
          </w:p>
          <w:p w14:paraId="6A5E3C54" w14:textId="77777777" w:rsidR="00616264" w:rsidRDefault="00616264"/>
          <w:p w14:paraId="169725D5" w14:textId="77777777" w:rsidR="00616264" w:rsidRDefault="00616264"/>
          <w:p w14:paraId="0B88AB8E" w14:textId="7A643ED1" w:rsidR="00616264" w:rsidRDefault="00616264">
            <w:r>
              <w:rPr>
                <w:b w:val="0"/>
                <w:bCs w:val="0"/>
              </w:rPr>
              <w:t>What makes people buy products?</w:t>
            </w:r>
          </w:p>
          <w:p w14:paraId="242C9C0E" w14:textId="77777777" w:rsidR="001A30A4" w:rsidRDefault="001A30A4"/>
          <w:p w14:paraId="5BF45E5F" w14:textId="3391F858" w:rsidR="001A30A4" w:rsidRDefault="001A30A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How much should we charge?</w:t>
            </w:r>
          </w:p>
          <w:p w14:paraId="44EAFD9C" w14:textId="77777777" w:rsidR="00682611" w:rsidRDefault="00682611"/>
        </w:tc>
        <w:tc>
          <w:tcPr>
            <w:tcW w:w="4320" w:type="dxa"/>
            <w:shd w:val="clear" w:color="auto" w:fill="FFFFFF" w:themeFill="background1"/>
          </w:tcPr>
          <w:p w14:paraId="5921E23B" w14:textId="35C4747C" w:rsidR="0072186B" w:rsidRDefault="006162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Investigate market research and customer needs</w:t>
            </w:r>
          </w:p>
          <w:p w14:paraId="4C968E0F" w14:textId="2F17635B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39B714" w14:textId="364AA679" w:rsidR="00616264" w:rsidRDefault="001A3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Investigate advertising and branding</w:t>
            </w:r>
          </w:p>
          <w:p w14:paraId="1AC4B2B6" w14:textId="77777777" w:rsidR="001A30A4" w:rsidRDefault="001A3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1988578" w14:textId="67C97F5E" w:rsidR="001A30A4" w:rsidRDefault="00F653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Explore pricing and profit calculations </w:t>
            </w:r>
          </w:p>
          <w:p w14:paraId="4B94D5A5" w14:textId="77777777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4D8BD00" w14:textId="77777777" w:rsidR="00F8138A" w:rsidRDefault="00F8138A"/>
    <w:sectPr w:rsidR="00F8138A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FE452" w14:textId="77777777" w:rsidR="00B072DE" w:rsidRDefault="00B072DE" w:rsidP="00886041">
      <w:pPr>
        <w:spacing w:after="0" w:line="240" w:lineRule="auto"/>
      </w:pPr>
      <w:r>
        <w:separator/>
      </w:r>
    </w:p>
  </w:endnote>
  <w:endnote w:type="continuationSeparator" w:id="0">
    <w:p w14:paraId="0812DEF0" w14:textId="77777777" w:rsidR="00B072DE" w:rsidRDefault="00B072DE" w:rsidP="008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3832" w14:textId="70BE59FA" w:rsidR="00A236E4" w:rsidRDefault="00A236E4">
    <w:pPr>
      <w:pStyle w:val="Footer"/>
    </w:pPr>
  </w:p>
  <w:p w14:paraId="3BC9BBFB" w14:textId="77231752" w:rsidR="00A236E4" w:rsidRPr="00A236E4" w:rsidRDefault="00A236E4">
    <w:pPr>
      <w:pStyle w:val="Footer"/>
      <w:rPr>
        <w:i/>
        <w:iCs/>
      </w:rPr>
    </w:pPr>
    <w:r>
      <w:rPr>
        <w:i/>
        <w:iCs/>
      </w:rPr>
      <w:t>Planner</w:t>
    </w:r>
    <w:r w:rsidR="00616BCA">
      <w:rPr>
        <w:i/>
        <w:iCs/>
      </w:rPr>
      <w:t xml:space="preserve"> </w:t>
    </w:r>
    <w:r>
      <w:rPr>
        <w:i/>
        <w:iCs/>
      </w:rPr>
      <w:t xml:space="preserve">adapted from STEM Nation </w:t>
    </w:r>
    <w:r w:rsidR="00616BCA">
      <w:rPr>
        <w:i/>
        <w:iCs/>
      </w:rPr>
      <w:t>STEM Context Planners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6E91E" w14:textId="77777777" w:rsidR="00B072DE" w:rsidRDefault="00B072DE" w:rsidP="00886041">
      <w:pPr>
        <w:spacing w:after="0" w:line="240" w:lineRule="auto"/>
      </w:pPr>
      <w:r>
        <w:separator/>
      </w:r>
    </w:p>
  </w:footnote>
  <w:footnote w:type="continuationSeparator" w:id="0">
    <w:p w14:paraId="30774ED1" w14:textId="77777777" w:rsidR="00B072DE" w:rsidRDefault="00B072DE" w:rsidP="008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2C3B" w14:textId="34775532" w:rsidR="00886041" w:rsidRDefault="000C1D55" w:rsidP="00413D0C">
    <w:pPr>
      <w:pStyle w:val="Heading1"/>
    </w:pPr>
    <w:r w:rsidRPr="000C1D55">
      <w:rPr>
        <w:rFonts w:ascii="Calibri" w:hAnsi="Calibri" w:cstheme="minorBidi"/>
        <w:noProof/>
        <w:sz w:val="22"/>
        <w:szCs w:val="22"/>
        <w:lang w:val="en-GB"/>
      </w:rPr>
      <w:drawing>
        <wp:inline distT="0" distB="0" distL="0" distR="0" wp14:anchorId="49769714" wp14:editId="658EC171">
          <wp:extent cx="474133" cy="474133"/>
          <wp:effectExtent l="0" t="0" r="2540" b="2540"/>
          <wp:docPr id="206280316" name="Picture 2">
            <a:extLst xmlns:a="http://schemas.openxmlformats.org/drawingml/2006/main">
              <a:ext uri="{FF2B5EF4-FFF2-40B4-BE49-F238E27FC236}">
                <a16:creationId xmlns:a16="http://schemas.microsoft.com/office/drawing/2014/main" id="{DF4EAD3F-8E6C-4663-B332-8DEE8B081C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112" cy="488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E04A2C">
      <w:t>Project Based Learning</w:t>
    </w:r>
    <w:r>
      <w:t xml:space="preserve"> Planning</w:t>
    </w:r>
    <w:r w:rsidR="0080126E"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3B2B6D"/>
    <w:multiLevelType w:val="multilevel"/>
    <w:tmpl w:val="703A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9A404C"/>
    <w:multiLevelType w:val="multilevel"/>
    <w:tmpl w:val="BB54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134088"/>
    <w:multiLevelType w:val="hybridMultilevel"/>
    <w:tmpl w:val="4D96CDF6"/>
    <w:lvl w:ilvl="0" w:tplc="C45C753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35951"/>
    <w:multiLevelType w:val="hybridMultilevel"/>
    <w:tmpl w:val="08F637F6"/>
    <w:lvl w:ilvl="0" w:tplc="C4B4E49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3E140C"/>
    <w:multiLevelType w:val="hybridMultilevel"/>
    <w:tmpl w:val="223CCE52"/>
    <w:lvl w:ilvl="0" w:tplc="6C4E53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B036D"/>
    <w:multiLevelType w:val="hybridMultilevel"/>
    <w:tmpl w:val="E1F64194"/>
    <w:lvl w:ilvl="0" w:tplc="D11C9E1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4603C"/>
    <w:multiLevelType w:val="hybridMultilevel"/>
    <w:tmpl w:val="0E68117A"/>
    <w:lvl w:ilvl="0" w:tplc="DC6473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70571"/>
    <w:multiLevelType w:val="multilevel"/>
    <w:tmpl w:val="BE74F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8E581A"/>
    <w:multiLevelType w:val="multilevel"/>
    <w:tmpl w:val="6700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3D778D"/>
    <w:multiLevelType w:val="hybridMultilevel"/>
    <w:tmpl w:val="6C988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143B6C"/>
    <w:multiLevelType w:val="multilevel"/>
    <w:tmpl w:val="CE345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74088B"/>
    <w:multiLevelType w:val="multilevel"/>
    <w:tmpl w:val="009CD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FC3E52"/>
    <w:multiLevelType w:val="multilevel"/>
    <w:tmpl w:val="1FB0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2E29E0"/>
    <w:multiLevelType w:val="multilevel"/>
    <w:tmpl w:val="7F28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655868"/>
    <w:multiLevelType w:val="hybridMultilevel"/>
    <w:tmpl w:val="43EE8E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8754F0"/>
    <w:multiLevelType w:val="hybridMultilevel"/>
    <w:tmpl w:val="4A5E8E24"/>
    <w:lvl w:ilvl="0" w:tplc="BDD8A02C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815062">
    <w:abstractNumId w:val="7"/>
  </w:num>
  <w:num w:numId="2" w16cid:durableId="1083719715">
    <w:abstractNumId w:val="6"/>
  </w:num>
  <w:num w:numId="3" w16cid:durableId="1268535957">
    <w:abstractNumId w:val="24"/>
  </w:num>
  <w:num w:numId="4" w16cid:durableId="1519738130">
    <w:abstractNumId w:val="18"/>
  </w:num>
  <w:num w:numId="5" w16cid:durableId="1614556465">
    <w:abstractNumId w:val="15"/>
  </w:num>
  <w:num w:numId="6" w16cid:durableId="1637367140">
    <w:abstractNumId w:val="8"/>
  </w:num>
  <w:num w:numId="7" w16cid:durableId="1706131200">
    <w:abstractNumId w:val="14"/>
  </w:num>
  <w:num w:numId="8" w16cid:durableId="176770922">
    <w:abstractNumId w:val="11"/>
  </w:num>
  <w:num w:numId="9" w16cid:durableId="1827820527">
    <w:abstractNumId w:val="0"/>
  </w:num>
  <w:num w:numId="10" w16cid:durableId="379786555">
    <w:abstractNumId w:val="13"/>
  </w:num>
  <w:num w:numId="11" w16cid:durableId="415630990">
    <w:abstractNumId w:val="3"/>
  </w:num>
  <w:num w:numId="12" w16cid:durableId="436294117">
    <w:abstractNumId w:val="23"/>
  </w:num>
  <w:num w:numId="13" w16cid:durableId="462425056">
    <w:abstractNumId w:val="1"/>
  </w:num>
  <w:num w:numId="14" w16cid:durableId="473723455">
    <w:abstractNumId w:val="4"/>
  </w:num>
  <w:num w:numId="15" w16cid:durableId="678508920">
    <w:abstractNumId w:val="22"/>
  </w:num>
  <w:num w:numId="16" w16cid:durableId="747075841">
    <w:abstractNumId w:val="5"/>
  </w:num>
  <w:num w:numId="17" w16cid:durableId="927734142">
    <w:abstractNumId w:val="2"/>
  </w:num>
  <w:num w:numId="18" w16cid:durableId="81146069">
    <w:abstractNumId w:val="17"/>
  </w:num>
  <w:num w:numId="19" w16cid:durableId="530265339">
    <w:abstractNumId w:val="21"/>
  </w:num>
  <w:num w:numId="20" w16cid:durableId="1025908255">
    <w:abstractNumId w:val="9"/>
  </w:num>
  <w:num w:numId="21" w16cid:durableId="453914285">
    <w:abstractNumId w:val="10"/>
  </w:num>
  <w:num w:numId="22" w16cid:durableId="1020930266">
    <w:abstractNumId w:val="16"/>
  </w:num>
  <w:num w:numId="23" w16cid:durableId="762260245">
    <w:abstractNumId w:val="20"/>
  </w:num>
  <w:num w:numId="24" w16cid:durableId="2024165210">
    <w:abstractNumId w:val="19"/>
  </w:num>
  <w:num w:numId="25" w16cid:durableId="14069963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3F2"/>
    <w:rsid w:val="00013DB2"/>
    <w:rsid w:val="00015C3B"/>
    <w:rsid w:val="000221E2"/>
    <w:rsid w:val="00023C5A"/>
    <w:rsid w:val="00034616"/>
    <w:rsid w:val="000402C7"/>
    <w:rsid w:val="00044B1C"/>
    <w:rsid w:val="0006063C"/>
    <w:rsid w:val="000674A4"/>
    <w:rsid w:val="0007096C"/>
    <w:rsid w:val="000745A2"/>
    <w:rsid w:val="0008473F"/>
    <w:rsid w:val="00093416"/>
    <w:rsid w:val="000942F7"/>
    <w:rsid w:val="00096133"/>
    <w:rsid w:val="000A1662"/>
    <w:rsid w:val="000A3A40"/>
    <w:rsid w:val="000A3B56"/>
    <w:rsid w:val="000C08C8"/>
    <w:rsid w:val="000C16E3"/>
    <w:rsid w:val="000C1D55"/>
    <w:rsid w:val="000E090A"/>
    <w:rsid w:val="000E24F3"/>
    <w:rsid w:val="000E7B3D"/>
    <w:rsid w:val="000F1303"/>
    <w:rsid w:val="0015074B"/>
    <w:rsid w:val="00156774"/>
    <w:rsid w:val="00164860"/>
    <w:rsid w:val="001679B3"/>
    <w:rsid w:val="00171237"/>
    <w:rsid w:val="00172F4E"/>
    <w:rsid w:val="0019357D"/>
    <w:rsid w:val="00194589"/>
    <w:rsid w:val="00196770"/>
    <w:rsid w:val="001A30A4"/>
    <w:rsid w:val="001A31AC"/>
    <w:rsid w:val="001A56A9"/>
    <w:rsid w:val="001B2933"/>
    <w:rsid w:val="001B608F"/>
    <w:rsid w:val="001D5C10"/>
    <w:rsid w:val="0020256D"/>
    <w:rsid w:val="00205AEA"/>
    <w:rsid w:val="00221E0B"/>
    <w:rsid w:val="0022236F"/>
    <w:rsid w:val="002518EF"/>
    <w:rsid w:val="00262585"/>
    <w:rsid w:val="002740AE"/>
    <w:rsid w:val="00275280"/>
    <w:rsid w:val="0029606F"/>
    <w:rsid w:val="0029639D"/>
    <w:rsid w:val="00297698"/>
    <w:rsid w:val="002A14B2"/>
    <w:rsid w:val="002B51A3"/>
    <w:rsid w:val="002C32EE"/>
    <w:rsid w:val="002D6DC4"/>
    <w:rsid w:val="002E1AE7"/>
    <w:rsid w:val="002E740F"/>
    <w:rsid w:val="002E7C50"/>
    <w:rsid w:val="002F34D8"/>
    <w:rsid w:val="002F5B73"/>
    <w:rsid w:val="00302DE4"/>
    <w:rsid w:val="00326F90"/>
    <w:rsid w:val="0034192C"/>
    <w:rsid w:val="00342A5B"/>
    <w:rsid w:val="00347EE6"/>
    <w:rsid w:val="00366299"/>
    <w:rsid w:val="00367DAA"/>
    <w:rsid w:val="00393D95"/>
    <w:rsid w:val="003B23DE"/>
    <w:rsid w:val="003C413D"/>
    <w:rsid w:val="003D20FC"/>
    <w:rsid w:val="003E2DFB"/>
    <w:rsid w:val="003E2F05"/>
    <w:rsid w:val="003E6BC2"/>
    <w:rsid w:val="003E6FEC"/>
    <w:rsid w:val="003E7478"/>
    <w:rsid w:val="003F177B"/>
    <w:rsid w:val="003F6F3F"/>
    <w:rsid w:val="00404106"/>
    <w:rsid w:val="00404E13"/>
    <w:rsid w:val="004115A7"/>
    <w:rsid w:val="00412384"/>
    <w:rsid w:val="00413D0C"/>
    <w:rsid w:val="00427A23"/>
    <w:rsid w:val="00432370"/>
    <w:rsid w:val="00435893"/>
    <w:rsid w:val="00440714"/>
    <w:rsid w:val="00440F8D"/>
    <w:rsid w:val="00445426"/>
    <w:rsid w:val="004524EE"/>
    <w:rsid w:val="00454772"/>
    <w:rsid w:val="00454BF3"/>
    <w:rsid w:val="004601D4"/>
    <w:rsid w:val="00462368"/>
    <w:rsid w:val="00466F85"/>
    <w:rsid w:val="00467235"/>
    <w:rsid w:val="004729D6"/>
    <w:rsid w:val="00482CF9"/>
    <w:rsid w:val="0049496E"/>
    <w:rsid w:val="0049654E"/>
    <w:rsid w:val="00497A56"/>
    <w:rsid w:val="004C541C"/>
    <w:rsid w:val="004E612D"/>
    <w:rsid w:val="004F29C4"/>
    <w:rsid w:val="004F6488"/>
    <w:rsid w:val="00505750"/>
    <w:rsid w:val="00513300"/>
    <w:rsid w:val="00513A2D"/>
    <w:rsid w:val="00516E60"/>
    <w:rsid w:val="00556184"/>
    <w:rsid w:val="00557217"/>
    <w:rsid w:val="005579CF"/>
    <w:rsid w:val="0056174B"/>
    <w:rsid w:val="00563EE1"/>
    <w:rsid w:val="0056783B"/>
    <w:rsid w:val="0058450D"/>
    <w:rsid w:val="00593B1F"/>
    <w:rsid w:val="005962C0"/>
    <w:rsid w:val="005A4230"/>
    <w:rsid w:val="005A5863"/>
    <w:rsid w:val="005B03F9"/>
    <w:rsid w:val="005B3712"/>
    <w:rsid w:val="005B647D"/>
    <w:rsid w:val="005C6808"/>
    <w:rsid w:val="005F4776"/>
    <w:rsid w:val="00600220"/>
    <w:rsid w:val="0060115D"/>
    <w:rsid w:val="00616264"/>
    <w:rsid w:val="00616BCA"/>
    <w:rsid w:val="006208C2"/>
    <w:rsid w:val="00633B5D"/>
    <w:rsid w:val="00670BC6"/>
    <w:rsid w:val="00680786"/>
    <w:rsid w:val="006814EB"/>
    <w:rsid w:val="00682611"/>
    <w:rsid w:val="006B23D8"/>
    <w:rsid w:val="006B51F8"/>
    <w:rsid w:val="006C129D"/>
    <w:rsid w:val="006D61DD"/>
    <w:rsid w:val="006E46C5"/>
    <w:rsid w:val="006E6F78"/>
    <w:rsid w:val="006F03AB"/>
    <w:rsid w:val="006F297C"/>
    <w:rsid w:val="006F3B3D"/>
    <w:rsid w:val="006F50D8"/>
    <w:rsid w:val="00711726"/>
    <w:rsid w:val="0072186B"/>
    <w:rsid w:val="00727042"/>
    <w:rsid w:val="00735536"/>
    <w:rsid w:val="00764AD8"/>
    <w:rsid w:val="00765C77"/>
    <w:rsid w:val="00767AC2"/>
    <w:rsid w:val="00783671"/>
    <w:rsid w:val="00784DEB"/>
    <w:rsid w:val="00791E5E"/>
    <w:rsid w:val="007A284E"/>
    <w:rsid w:val="007A5016"/>
    <w:rsid w:val="007B0204"/>
    <w:rsid w:val="007C1B81"/>
    <w:rsid w:val="007C4C24"/>
    <w:rsid w:val="007C5316"/>
    <w:rsid w:val="007D6C1F"/>
    <w:rsid w:val="007E175B"/>
    <w:rsid w:val="007E22BE"/>
    <w:rsid w:val="007F2963"/>
    <w:rsid w:val="007F3CB5"/>
    <w:rsid w:val="007F552B"/>
    <w:rsid w:val="007F78C7"/>
    <w:rsid w:val="0080126E"/>
    <w:rsid w:val="0080316C"/>
    <w:rsid w:val="00816411"/>
    <w:rsid w:val="00823BD6"/>
    <w:rsid w:val="00823C04"/>
    <w:rsid w:val="00842652"/>
    <w:rsid w:val="00872473"/>
    <w:rsid w:val="00886041"/>
    <w:rsid w:val="008A2988"/>
    <w:rsid w:val="008A5B29"/>
    <w:rsid w:val="008A739B"/>
    <w:rsid w:val="008B0AA3"/>
    <w:rsid w:val="008E1880"/>
    <w:rsid w:val="008E7F2F"/>
    <w:rsid w:val="00926CEA"/>
    <w:rsid w:val="00935C8E"/>
    <w:rsid w:val="00936165"/>
    <w:rsid w:val="00936D97"/>
    <w:rsid w:val="009459F2"/>
    <w:rsid w:val="00951120"/>
    <w:rsid w:val="0095285E"/>
    <w:rsid w:val="00963627"/>
    <w:rsid w:val="009736DB"/>
    <w:rsid w:val="00990251"/>
    <w:rsid w:val="009B14EC"/>
    <w:rsid w:val="009D67C5"/>
    <w:rsid w:val="00A00AE7"/>
    <w:rsid w:val="00A236E4"/>
    <w:rsid w:val="00A31BA4"/>
    <w:rsid w:val="00A470F6"/>
    <w:rsid w:val="00A47B8B"/>
    <w:rsid w:val="00A5134B"/>
    <w:rsid w:val="00A613CF"/>
    <w:rsid w:val="00A96073"/>
    <w:rsid w:val="00AA1D8D"/>
    <w:rsid w:val="00AA4975"/>
    <w:rsid w:val="00AB12B6"/>
    <w:rsid w:val="00AC2A53"/>
    <w:rsid w:val="00AC2ABB"/>
    <w:rsid w:val="00AD37F9"/>
    <w:rsid w:val="00AD381C"/>
    <w:rsid w:val="00AE1622"/>
    <w:rsid w:val="00B04451"/>
    <w:rsid w:val="00B06117"/>
    <w:rsid w:val="00B06F5D"/>
    <w:rsid w:val="00B072DE"/>
    <w:rsid w:val="00B369D0"/>
    <w:rsid w:val="00B43857"/>
    <w:rsid w:val="00B46272"/>
    <w:rsid w:val="00B47730"/>
    <w:rsid w:val="00B66C63"/>
    <w:rsid w:val="00B85FD7"/>
    <w:rsid w:val="00B9746F"/>
    <w:rsid w:val="00BA59BD"/>
    <w:rsid w:val="00BA6D0B"/>
    <w:rsid w:val="00BA7CF0"/>
    <w:rsid w:val="00BC0423"/>
    <w:rsid w:val="00BD3859"/>
    <w:rsid w:val="00BE5F5B"/>
    <w:rsid w:val="00C022B4"/>
    <w:rsid w:val="00C14B2B"/>
    <w:rsid w:val="00C27E30"/>
    <w:rsid w:val="00C34C2B"/>
    <w:rsid w:val="00C56714"/>
    <w:rsid w:val="00C735FE"/>
    <w:rsid w:val="00C86B71"/>
    <w:rsid w:val="00C9759F"/>
    <w:rsid w:val="00CA229B"/>
    <w:rsid w:val="00CA60C7"/>
    <w:rsid w:val="00CB0664"/>
    <w:rsid w:val="00CC218E"/>
    <w:rsid w:val="00CC7EE6"/>
    <w:rsid w:val="00CD296B"/>
    <w:rsid w:val="00CD44E1"/>
    <w:rsid w:val="00CE63FC"/>
    <w:rsid w:val="00CF1DEC"/>
    <w:rsid w:val="00CF2FC5"/>
    <w:rsid w:val="00CF2FFA"/>
    <w:rsid w:val="00D41F2C"/>
    <w:rsid w:val="00D46699"/>
    <w:rsid w:val="00D605B6"/>
    <w:rsid w:val="00D61E7B"/>
    <w:rsid w:val="00D97061"/>
    <w:rsid w:val="00D97E02"/>
    <w:rsid w:val="00DA3781"/>
    <w:rsid w:val="00DA449A"/>
    <w:rsid w:val="00DA599E"/>
    <w:rsid w:val="00DB3D0D"/>
    <w:rsid w:val="00DB6CC7"/>
    <w:rsid w:val="00DB7515"/>
    <w:rsid w:val="00DE1B95"/>
    <w:rsid w:val="00E03043"/>
    <w:rsid w:val="00E04A2C"/>
    <w:rsid w:val="00E04FEF"/>
    <w:rsid w:val="00E15CD9"/>
    <w:rsid w:val="00E20A93"/>
    <w:rsid w:val="00E212C9"/>
    <w:rsid w:val="00E2169B"/>
    <w:rsid w:val="00E30676"/>
    <w:rsid w:val="00E51888"/>
    <w:rsid w:val="00E7680C"/>
    <w:rsid w:val="00E81F41"/>
    <w:rsid w:val="00E8604F"/>
    <w:rsid w:val="00E94EF7"/>
    <w:rsid w:val="00EA64D6"/>
    <w:rsid w:val="00EA6F08"/>
    <w:rsid w:val="00EA737D"/>
    <w:rsid w:val="00EB0BEE"/>
    <w:rsid w:val="00EC1A98"/>
    <w:rsid w:val="00EC2BBC"/>
    <w:rsid w:val="00ED2637"/>
    <w:rsid w:val="00ED48C4"/>
    <w:rsid w:val="00EE5533"/>
    <w:rsid w:val="00EE7107"/>
    <w:rsid w:val="00EF64BA"/>
    <w:rsid w:val="00F14733"/>
    <w:rsid w:val="00F23B00"/>
    <w:rsid w:val="00F26B3C"/>
    <w:rsid w:val="00F31FFF"/>
    <w:rsid w:val="00F4042D"/>
    <w:rsid w:val="00F616F5"/>
    <w:rsid w:val="00F624B0"/>
    <w:rsid w:val="00F65370"/>
    <w:rsid w:val="00F6591F"/>
    <w:rsid w:val="00F73A9B"/>
    <w:rsid w:val="00F8138A"/>
    <w:rsid w:val="00F915E1"/>
    <w:rsid w:val="00F95081"/>
    <w:rsid w:val="00FA537C"/>
    <w:rsid w:val="00FA7B16"/>
    <w:rsid w:val="00FB0DD2"/>
    <w:rsid w:val="00FC693F"/>
    <w:rsid w:val="00FF29A5"/>
    <w:rsid w:val="00FF78E9"/>
    <w:rsid w:val="088164F9"/>
    <w:rsid w:val="255D8227"/>
    <w:rsid w:val="2C5FE234"/>
    <w:rsid w:val="32F0CE94"/>
    <w:rsid w:val="35C8AC6D"/>
    <w:rsid w:val="468200EC"/>
    <w:rsid w:val="51AE51D0"/>
    <w:rsid w:val="56B384FB"/>
    <w:rsid w:val="6B6046C2"/>
    <w:rsid w:val="7A6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80B275F-8502-47AF-BF89-907FA486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C1D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e72ac1-2dff-4e06-a751-20dc2bc26b88">
      <Terms xmlns="http://schemas.microsoft.com/office/infopath/2007/PartnerControls"/>
    </lcf76f155ced4ddcb4097134ff3c332f>
    <TaxCatchAll xmlns="c85f8ed6-da34-46ef-82c4-42fdeec9aba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5F1FB52D2D04AA1AFD55021251060" ma:contentTypeVersion="14" ma:contentTypeDescription="Create a new document." ma:contentTypeScope="" ma:versionID="5ad499bc8385d2592b178c9c424b764d">
  <xsd:schema xmlns:xsd="http://www.w3.org/2001/XMLSchema" xmlns:xs="http://www.w3.org/2001/XMLSchema" xmlns:p="http://schemas.microsoft.com/office/2006/metadata/properties" xmlns:ns2="1ce72ac1-2dff-4e06-a751-20dc2bc26b88" xmlns:ns3="c85f8ed6-da34-46ef-82c4-42fdeec9abaf" targetNamespace="http://schemas.microsoft.com/office/2006/metadata/properties" ma:root="true" ma:fieldsID="9c8d3061074f4323a4e205c075397973" ns2:_="" ns3:_="">
    <xsd:import namespace="1ce72ac1-2dff-4e06-a751-20dc2bc26b88"/>
    <xsd:import namespace="c85f8ed6-da34-46ef-82c4-42fdeec9a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72ac1-2dff-4e06-a751-20dc2bc2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f8ed6-da34-46ef-82c4-42fdeec9a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649391-529e-4a3b-967f-dbf2e540223f}" ma:internalName="TaxCatchAll" ma:showField="CatchAllData" ma:web="c85f8ed6-da34-46ef-82c4-42fdeec9a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162EAE-59B3-4728-B574-C8332E390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16C85A-D3EB-4B45-9C79-CBEA16F4027A}">
  <ds:schemaRefs>
    <ds:schemaRef ds:uri="http://schemas.microsoft.com/office/2006/metadata/properties"/>
    <ds:schemaRef ds:uri="http://schemas.microsoft.com/office/infopath/2007/PartnerControls"/>
    <ds:schemaRef ds:uri="1ce72ac1-2dff-4e06-a751-20dc2bc26b88"/>
    <ds:schemaRef ds:uri="c85f8ed6-da34-46ef-82c4-42fdeec9abaf"/>
  </ds:schemaRefs>
</ds:datastoreItem>
</file>

<file path=customXml/itemProps3.xml><?xml version="1.0" encoding="utf-8"?>
<ds:datastoreItem xmlns:ds="http://schemas.openxmlformats.org/officeDocument/2006/customXml" ds:itemID="{06F3D2AC-1781-463D-9159-F9697C92D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e72ac1-2dff-4e06-a751-20dc2bc26b88"/>
    <ds:schemaRef ds:uri="c85f8ed6-da34-46ef-82c4-42fdeec9a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754</Words>
  <Characters>4303</Characters>
  <Application>Microsoft Office Word</Application>
  <DocSecurity>0</DocSecurity>
  <Lines>35</Lines>
  <Paragraphs>10</Paragraphs>
  <ScaleCrop>false</ScaleCrop>
  <Manager/>
  <Company/>
  <LinksUpToDate>false</LinksUpToDate>
  <CharactersWithSpaces>5047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Lettis</dc:creator>
  <cp:keywords/>
  <dc:description>generated by python-docx</dc:description>
  <cp:lastModifiedBy>Lisa Lettis</cp:lastModifiedBy>
  <cp:revision>61</cp:revision>
  <dcterms:created xsi:type="dcterms:W3CDTF">2026-10-09T07:45:00Z</dcterms:created>
  <dcterms:modified xsi:type="dcterms:W3CDTF">2026-10-13T09:03:00Z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2026-04-14T15:29:33Z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cc7d63c2-caee-4710-8f7d-b5e90a9c3fbb</vt:lpwstr>
  </property>
  <property fmtid="{D5CDD505-2E9C-101B-9397-08002B2CF9AE}" pid="8" name="MSIP_Label_3c381991-eab8-4fff-8f2f-4f88109aa1cd_ContentBits">
    <vt:lpwstr>0</vt:lpwstr>
  </property>
  <property fmtid="{D5CDD505-2E9C-101B-9397-08002B2CF9AE}" pid="9" name="MSIP_Label_3c381991-eab8-4fff-8f2f-4f88109aa1cd_Tag">
    <vt:lpwstr>10, 3, 0, 1</vt:lpwstr>
  </property>
  <property fmtid="{D5CDD505-2E9C-101B-9397-08002B2CF9AE}" pid="10" name="ContentTypeId">
    <vt:lpwstr>0x010100EAD5F1FB52D2D04AA1AFD55021251060</vt:lpwstr>
  </property>
  <property fmtid="{D5CDD505-2E9C-101B-9397-08002B2CF9AE}" pid="11" name="MediaServiceImageTags">
    <vt:lpwstr/>
  </property>
</Properties>
</file>