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542FA" w14:textId="58E8CFE9" w:rsidR="0072186B" w:rsidRDefault="00CD296B">
      <w:pPr>
        <w:pStyle w:val="Heading2"/>
      </w:pPr>
      <w:r>
        <w:t xml:space="preserve">Overarching </w:t>
      </w:r>
      <w:r w:rsidR="00CD5619">
        <w:t>Context</w:t>
      </w:r>
      <w:r>
        <w:t>:</w:t>
      </w:r>
      <w:r w:rsidR="00600220">
        <w:t xml:space="preserve"> </w:t>
      </w:r>
      <w:r w:rsidR="009A44BF">
        <w:t>Life on Mars</w:t>
      </w:r>
      <w:r w:rsidR="00E22663">
        <w:t xml:space="preserve"> (Second Level)</w:t>
      </w:r>
    </w:p>
    <w:tbl>
      <w:tblPr>
        <w:tblStyle w:val="LightGrid"/>
        <w:tblW w:w="9731" w:type="dxa"/>
        <w:tblLook w:val="04A0" w:firstRow="1" w:lastRow="0" w:firstColumn="1" w:lastColumn="0" w:noHBand="0" w:noVBand="1"/>
      </w:tblPr>
      <w:tblGrid>
        <w:gridCol w:w="3012"/>
        <w:gridCol w:w="3521"/>
        <w:gridCol w:w="3198"/>
      </w:tblGrid>
      <w:tr w:rsidR="007E153F" w14:paraId="03C8FEFB" w14:textId="7C00C33B" w:rsidTr="007E15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2" w:type="dxa"/>
            <w:shd w:val="clear" w:color="auto" w:fill="D9D9D9" w:themeFill="background1" w:themeFillShade="D9"/>
          </w:tcPr>
          <w:p w14:paraId="2A4F94AD" w14:textId="054791F1" w:rsidR="007E153F" w:rsidRDefault="007E153F">
            <w:r>
              <w:t>Project Challenge</w:t>
            </w:r>
          </w:p>
        </w:tc>
        <w:tc>
          <w:tcPr>
            <w:tcW w:w="3521" w:type="dxa"/>
            <w:shd w:val="clear" w:color="auto" w:fill="D9D9D9" w:themeFill="background1" w:themeFillShade="D9"/>
          </w:tcPr>
          <w:p w14:paraId="5C546DB9" w14:textId="4C28314B" w:rsidR="007E153F" w:rsidRDefault="007E15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Project Outcome</w:t>
            </w:r>
          </w:p>
        </w:tc>
        <w:tc>
          <w:tcPr>
            <w:tcW w:w="3198" w:type="dxa"/>
            <w:shd w:val="clear" w:color="auto" w:fill="D9D9D9" w:themeFill="background1" w:themeFillShade="D9"/>
          </w:tcPr>
          <w:p w14:paraId="444EB1A2" w14:textId="26D9536D" w:rsidR="007E153F" w:rsidRDefault="00B9730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Possible hook/Provocation/Stimulus</w:t>
            </w:r>
          </w:p>
        </w:tc>
      </w:tr>
      <w:tr w:rsidR="007E153F" w14:paraId="672A6659" w14:textId="0A870983" w:rsidTr="007E15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2" w:type="dxa"/>
            <w:shd w:val="clear" w:color="auto" w:fill="FFFFFF" w:themeFill="background1"/>
          </w:tcPr>
          <w:p w14:paraId="4025134D" w14:textId="77777777" w:rsidR="00B85102" w:rsidRPr="00B85102" w:rsidRDefault="00B85102" w:rsidP="00B85102">
            <w:pPr>
              <w:rPr>
                <w:b w:val="0"/>
                <w:bCs w:val="0"/>
                <w:sz w:val="20"/>
                <w:szCs w:val="20"/>
                <w:lang w:val="en-GB"/>
              </w:rPr>
            </w:pPr>
            <w:r w:rsidRPr="00B85102">
              <w:rPr>
                <w:b w:val="0"/>
                <w:bCs w:val="0"/>
                <w:sz w:val="20"/>
                <w:szCs w:val="20"/>
                <w:lang w:val="en-GB"/>
              </w:rPr>
              <w:t>How can we design a sustainable settlement that allows humans to survive and thrive on Mars?</w:t>
            </w:r>
          </w:p>
          <w:p w14:paraId="50E6849C" w14:textId="77777777" w:rsidR="007E153F" w:rsidRPr="00DB6CC7" w:rsidRDefault="007E153F" w:rsidP="00AC2A53">
            <w:pPr>
              <w:rPr>
                <w:sz w:val="20"/>
                <w:szCs w:val="20"/>
              </w:rPr>
            </w:pPr>
          </w:p>
        </w:tc>
        <w:tc>
          <w:tcPr>
            <w:tcW w:w="3521" w:type="dxa"/>
            <w:shd w:val="clear" w:color="auto" w:fill="FFFFFF" w:themeFill="background1"/>
          </w:tcPr>
          <w:p w14:paraId="52C858A8" w14:textId="2D6DFA9D" w:rsidR="0054757C" w:rsidRDefault="0054757C" w:rsidP="00547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54757C">
              <w:rPr>
                <w:sz w:val="20"/>
                <w:szCs w:val="20"/>
                <w:lang w:val="en-GB"/>
              </w:rPr>
              <w:t>Create and present a sustainable Mars settlement proposal for NASA</w:t>
            </w:r>
          </w:p>
          <w:p w14:paraId="329A94F1" w14:textId="77777777" w:rsidR="00E40F8A" w:rsidRPr="0054757C" w:rsidRDefault="00E40F8A" w:rsidP="00547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  <w:p w14:paraId="6AFE01F1" w14:textId="77777777" w:rsidR="0054757C" w:rsidRPr="00E40F8A" w:rsidRDefault="0054757C" w:rsidP="005475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-GB"/>
              </w:rPr>
            </w:pPr>
            <w:r w:rsidRPr="00E40F8A">
              <w:rPr>
                <w:b/>
                <w:bCs/>
                <w:sz w:val="20"/>
                <w:szCs w:val="20"/>
                <w:lang w:val="en-GB"/>
              </w:rPr>
              <w:t>Learners may choose to create:</w:t>
            </w:r>
          </w:p>
          <w:p w14:paraId="2D9D5D62" w14:textId="77777777" w:rsidR="0054757C" w:rsidRPr="0054757C" w:rsidRDefault="0054757C" w:rsidP="0054757C">
            <w:pPr>
              <w:numPr>
                <w:ilvl w:val="0"/>
                <w:numId w:val="2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54757C">
              <w:rPr>
                <w:sz w:val="20"/>
                <w:szCs w:val="20"/>
                <w:lang w:val="en-GB"/>
              </w:rPr>
              <w:t>Habitat model</w:t>
            </w:r>
          </w:p>
          <w:p w14:paraId="0914428F" w14:textId="77777777" w:rsidR="0054757C" w:rsidRPr="0054757C" w:rsidRDefault="0054757C" w:rsidP="0054757C">
            <w:pPr>
              <w:numPr>
                <w:ilvl w:val="0"/>
                <w:numId w:val="2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54757C">
              <w:rPr>
                <w:sz w:val="20"/>
                <w:szCs w:val="20"/>
                <w:lang w:val="en-GB"/>
              </w:rPr>
              <w:t>Digital design</w:t>
            </w:r>
          </w:p>
          <w:p w14:paraId="694A2623" w14:textId="77777777" w:rsidR="0054757C" w:rsidRPr="0054757C" w:rsidRDefault="0054757C" w:rsidP="0054757C">
            <w:pPr>
              <w:numPr>
                <w:ilvl w:val="0"/>
                <w:numId w:val="2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54757C">
              <w:rPr>
                <w:sz w:val="20"/>
                <w:szCs w:val="20"/>
                <w:lang w:val="en-GB"/>
              </w:rPr>
              <w:t>Mission briefing</w:t>
            </w:r>
          </w:p>
          <w:p w14:paraId="5CA603C6" w14:textId="77777777" w:rsidR="0054757C" w:rsidRPr="0054757C" w:rsidRDefault="0054757C" w:rsidP="0054757C">
            <w:pPr>
              <w:numPr>
                <w:ilvl w:val="0"/>
                <w:numId w:val="2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54757C">
              <w:rPr>
                <w:sz w:val="20"/>
                <w:szCs w:val="20"/>
                <w:lang w:val="en-GB"/>
              </w:rPr>
              <w:t>Engineering prototype</w:t>
            </w:r>
          </w:p>
          <w:p w14:paraId="67EBB4D2" w14:textId="77777777" w:rsidR="0054757C" w:rsidRPr="0054757C" w:rsidRDefault="0054757C" w:rsidP="0054757C">
            <w:pPr>
              <w:numPr>
                <w:ilvl w:val="0"/>
                <w:numId w:val="2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54757C">
              <w:rPr>
                <w:sz w:val="20"/>
                <w:szCs w:val="20"/>
                <w:lang w:val="en-GB"/>
              </w:rPr>
              <w:t>Annotated plans</w:t>
            </w:r>
          </w:p>
          <w:p w14:paraId="5884B9B9" w14:textId="77777777" w:rsidR="0054757C" w:rsidRPr="0054757C" w:rsidRDefault="0054757C" w:rsidP="0054757C">
            <w:pPr>
              <w:numPr>
                <w:ilvl w:val="0"/>
                <w:numId w:val="2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54757C">
              <w:rPr>
                <w:sz w:val="20"/>
                <w:szCs w:val="20"/>
                <w:lang w:val="en-GB"/>
              </w:rPr>
              <w:t>Promotional video</w:t>
            </w:r>
          </w:p>
          <w:p w14:paraId="76D5DB73" w14:textId="77777777" w:rsidR="0054757C" w:rsidRPr="0054757C" w:rsidRDefault="0054757C" w:rsidP="0054757C">
            <w:pPr>
              <w:numPr>
                <w:ilvl w:val="0"/>
                <w:numId w:val="2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54757C">
              <w:rPr>
                <w:sz w:val="20"/>
                <w:szCs w:val="20"/>
                <w:lang w:val="en-GB"/>
              </w:rPr>
              <w:t>Interactive exhibition</w:t>
            </w:r>
          </w:p>
          <w:p w14:paraId="5DAB6C7B" w14:textId="52BEA78A" w:rsidR="007E153F" w:rsidRPr="0054757C" w:rsidRDefault="0054757C" w:rsidP="002B3EA7">
            <w:pPr>
              <w:numPr>
                <w:ilvl w:val="0"/>
                <w:numId w:val="2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54757C">
              <w:rPr>
                <w:sz w:val="20"/>
                <w:szCs w:val="20"/>
                <w:lang w:val="en-GB"/>
              </w:rPr>
              <w:t>Virtual Mars colony tour</w:t>
            </w:r>
          </w:p>
        </w:tc>
        <w:tc>
          <w:tcPr>
            <w:tcW w:w="3198" w:type="dxa"/>
            <w:shd w:val="clear" w:color="auto" w:fill="FFFFFF" w:themeFill="background1"/>
          </w:tcPr>
          <w:p w14:paraId="0C26EFB1" w14:textId="0BE4809D" w:rsidR="00B95B4E" w:rsidRDefault="00B95B4E" w:rsidP="00B95B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</w:t>
            </w:r>
            <w:r w:rsidRPr="00B95B4E">
              <w:rPr>
                <w:sz w:val="20"/>
                <w:szCs w:val="20"/>
                <w:lang w:val="en-GB"/>
              </w:rPr>
              <w:t>mergency message from NASA requesting help</w:t>
            </w:r>
          </w:p>
          <w:p w14:paraId="6A948BE3" w14:textId="77777777" w:rsidR="00B95B4E" w:rsidRPr="00B95B4E" w:rsidRDefault="00B95B4E" w:rsidP="00B95B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B95B4E">
              <w:rPr>
                <w:sz w:val="20"/>
                <w:szCs w:val="20"/>
                <w:lang w:val="en-GB"/>
              </w:rPr>
              <w:t>Mars survival box containing mystery objects</w:t>
            </w:r>
          </w:p>
          <w:p w14:paraId="112DA090" w14:textId="77777777" w:rsidR="00E22663" w:rsidRPr="00E22663" w:rsidRDefault="00E22663" w:rsidP="00E226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2663">
              <w:rPr>
                <w:sz w:val="20"/>
                <w:szCs w:val="20"/>
                <w:lang w:val="en-GB"/>
              </w:rPr>
              <w:t xml:space="preserve">video footage from Mars </w:t>
            </w:r>
          </w:p>
          <w:p w14:paraId="48E70761" w14:textId="77777777" w:rsidR="00E22663" w:rsidRPr="00E22663" w:rsidRDefault="00E22663" w:rsidP="00E226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2663">
              <w:rPr>
                <w:sz w:val="20"/>
                <w:szCs w:val="20"/>
                <w:lang w:val="en-GB"/>
              </w:rPr>
              <w:t>news report announcing the first mission to Mars</w:t>
            </w:r>
          </w:p>
          <w:p w14:paraId="17A953E2" w14:textId="77777777" w:rsidR="00E22663" w:rsidRPr="00E22663" w:rsidRDefault="00E22663" w:rsidP="00E226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2663">
              <w:rPr>
                <w:sz w:val="20"/>
                <w:szCs w:val="20"/>
                <w:lang w:val="en-GB"/>
              </w:rPr>
              <w:t>letter inviting pupils to become Mars habitat engineers.</w:t>
            </w:r>
          </w:p>
          <w:p w14:paraId="0831AC2D" w14:textId="77777777" w:rsidR="00B95B4E" w:rsidRPr="00B95B4E" w:rsidRDefault="00B95B4E" w:rsidP="00B95B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  <w:p w14:paraId="7984A454" w14:textId="77777777" w:rsidR="007E153F" w:rsidRPr="002B3EA7" w:rsidRDefault="007E153F" w:rsidP="002B3E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</w:tr>
    </w:tbl>
    <w:p w14:paraId="7E30A2DF" w14:textId="517E9A10" w:rsidR="0072186B" w:rsidRDefault="6B6046C2">
      <w:pPr>
        <w:pStyle w:val="Heading2"/>
      </w:pPr>
      <w:r>
        <w:t>Intentional Planning</w:t>
      </w:r>
    </w:p>
    <w:p w14:paraId="2682E3CF" w14:textId="77777777" w:rsidR="0072186B" w:rsidRDefault="00F8138A">
      <w:r>
        <w:t xml:space="preserve">Selected Experiences and Outcomes identify intended learning. Additional Es and </w:t>
      </w:r>
      <w:proofErr w:type="spellStart"/>
      <w:r>
        <w:t>Os</w:t>
      </w:r>
      <w:proofErr w:type="spellEnd"/>
      <w:r>
        <w:t xml:space="preserve"> may be addressed through responsive planning.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2857"/>
        <w:gridCol w:w="2866"/>
        <w:gridCol w:w="2897"/>
      </w:tblGrid>
      <w:tr w:rsidR="0072186B" w14:paraId="783A2C57" w14:textId="77777777" w:rsidTr="000A3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2DBDB" w:themeFill="accent2" w:themeFillTint="33"/>
          </w:tcPr>
          <w:p w14:paraId="03C44051" w14:textId="77777777" w:rsidR="0072186B" w:rsidRDefault="00F8138A">
            <w:r>
              <w:t>Experiences &amp; Outcomes</w:t>
            </w:r>
          </w:p>
        </w:tc>
        <w:tc>
          <w:tcPr>
            <w:tcW w:w="2880" w:type="dxa"/>
            <w:shd w:val="clear" w:color="auto" w:fill="F2DBDB" w:themeFill="accent2" w:themeFillTint="33"/>
          </w:tcPr>
          <w:p w14:paraId="2F2852D5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Benchmarks / Assessment Evidence</w:t>
            </w:r>
          </w:p>
        </w:tc>
        <w:tc>
          <w:tcPr>
            <w:tcW w:w="2880" w:type="dxa"/>
            <w:shd w:val="clear" w:color="auto" w:fill="F2DBDB" w:themeFill="accent2" w:themeFillTint="33"/>
          </w:tcPr>
          <w:p w14:paraId="3F0E93F0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Meta Skills</w:t>
            </w:r>
            <w:r w:rsidR="00516E60">
              <w:t xml:space="preserve"> </w:t>
            </w:r>
            <w:r w:rsidR="00516E60">
              <w:rPr>
                <w:b w:val="0"/>
                <w:bCs w:val="0"/>
              </w:rPr>
              <w:t>(Highlight/Circle)</w:t>
            </w:r>
          </w:p>
          <w:p w14:paraId="5FD11ABF" w14:textId="4FB9DABD" w:rsidR="006F03AB" w:rsidRPr="00F6591F" w:rsidRDefault="00F6591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i/>
                <w:iCs/>
              </w:rPr>
            </w:pPr>
            <w:r>
              <w:rPr>
                <w:b w:val="0"/>
                <w:bCs w:val="0"/>
                <w:i/>
                <w:iCs/>
              </w:rPr>
              <w:t>Observed throughout Enquiry</w:t>
            </w:r>
          </w:p>
        </w:tc>
      </w:tr>
      <w:tr w:rsidR="0072186B" w14:paraId="02EB378F" w14:textId="77777777" w:rsidTr="00721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FFFFFF" w:themeFill="background1"/>
          </w:tcPr>
          <w:p w14:paraId="28824A40" w14:textId="4F0161B6" w:rsidR="004F5A50" w:rsidRPr="00F71EAC" w:rsidRDefault="004F5A50" w:rsidP="004F5A50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F71EAC">
              <w:rPr>
                <w:b w:val="0"/>
                <w:bCs w:val="0"/>
                <w:sz w:val="18"/>
                <w:szCs w:val="18"/>
                <w:lang w:val="en-GB"/>
              </w:rPr>
              <w:t>I can identify the things that living things need to survive (SCN 2-</w:t>
            </w:r>
            <w:r w:rsidR="00F71EAC" w:rsidRPr="00F71EAC">
              <w:rPr>
                <w:b w:val="0"/>
                <w:bCs w:val="0"/>
                <w:sz w:val="18"/>
                <w:szCs w:val="18"/>
                <w:lang w:val="en-GB"/>
              </w:rPr>
              <w:t>02b)</w:t>
            </w:r>
            <w:r w:rsidRPr="00F71EAC">
              <w:rPr>
                <w:b w:val="0"/>
                <w:bCs w:val="0"/>
                <w:sz w:val="18"/>
                <w:szCs w:val="18"/>
                <w:lang w:val="en-GB"/>
              </w:rPr>
              <w:t xml:space="preserve"> </w:t>
            </w:r>
          </w:p>
          <w:p w14:paraId="29674F6B" w14:textId="39FB47F9" w:rsidR="004F5A50" w:rsidRPr="00F71EAC" w:rsidRDefault="004F5A50" w:rsidP="004F5A50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F71EAC">
              <w:rPr>
                <w:b w:val="0"/>
                <w:bCs w:val="0"/>
                <w:sz w:val="18"/>
                <w:szCs w:val="18"/>
                <w:lang w:val="en-GB"/>
              </w:rPr>
              <w:t>I can investigate and describe the importance of plants to living things</w:t>
            </w:r>
            <w:r w:rsidR="00F71EAC" w:rsidRPr="00F71EAC">
              <w:rPr>
                <w:b w:val="0"/>
                <w:bCs w:val="0"/>
                <w:sz w:val="18"/>
                <w:szCs w:val="18"/>
                <w:lang w:val="en-GB"/>
              </w:rPr>
              <w:t xml:space="preserve"> (SCN 2-04a)</w:t>
            </w:r>
            <w:r w:rsidRPr="00F71EAC">
              <w:rPr>
                <w:b w:val="0"/>
                <w:bCs w:val="0"/>
                <w:sz w:val="18"/>
                <w:szCs w:val="18"/>
                <w:lang w:val="en-GB"/>
              </w:rPr>
              <w:t xml:space="preserve"> </w:t>
            </w:r>
          </w:p>
          <w:p w14:paraId="7B5E915C" w14:textId="37F01D00" w:rsidR="004F5A50" w:rsidRPr="00F71EAC" w:rsidRDefault="004F5A50" w:rsidP="004F5A50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F71EAC">
              <w:rPr>
                <w:b w:val="0"/>
                <w:bCs w:val="0"/>
                <w:sz w:val="18"/>
                <w:szCs w:val="18"/>
                <w:lang w:val="en-GB"/>
              </w:rPr>
              <w:t>I can consider the environmental impact of human activity and suggest more sustainable approaches</w:t>
            </w:r>
            <w:r w:rsidR="00F71EAC" w:rsidRPr="00F71EAC">
              <w:rPr>
                <w:b w:val="0"/>
                <w:bCs w:val="0"/>
                <w:sz w:val="18"/>
                <w:szCs w:val="18"/>
                <w:lang w:val="en-GB"/>
              </w:rPr>
              <w:t xml:space="preserve"> (SOC 2-08a)</w:t>
            </w:r>
          </w:p>
          <w:p w14:paraId="75FB8049" w14:textId="540F8DEB" w:rsidR="004F5A50" w:rsidRPr="00F71EAC" w:rsidRDefault="004F5A50" w:rsidP="004F5A50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F71EAC">
              <w:rPr>
                <w:b w:val="0"/>
                <w:bCs w:val="0"/>
                <w:sz w:val="18"/>
                <w:szCs w:val="18"/>
                <w:lang w:val="en-GB"/>
              </w:rPr>
              <w:t xml:space="preserve">I can use a design process to develop, test and improve </w:t>
            </w:r>
            <w:proofErr w:type="gramStart"/>
            <w:r w:rsidRPr="00F71EAC">
              <w:rPr>
                <w:b w:val="0"/>
                <w:bCs w:val="0"/>
                <w:sz w:val="18"/>
                <w:szCs w:val="18"/>
                <w:lang w:val="en-GB"/>
              </w:rPr>
              <w:t>solutions</w:t>
            </w:r>
            <w:r w:rsidR="00F71EAC" w:rsidRPr="00F71EAC">
              <w:rPr>
                <w:b w:val="0"/>
                <w:bCs w:val="0"/>
                <w:sz w:val="18"/>
                <w:szCs w:val="18"/>
                <w:lang w:val="en-GB"/>
              </w:rPr>
              <w:t xml:space="preserve">  (</w:t>
            </w:r>
            <w:proofErr w:type="gramEnd"/>
            <w:r w:rsidR="00F71EAC" w:rsidRPr="00F71EAC">
              <w:rPr>
                <w:b w:val="0"/>
                <w:bCs w:val="0"/>
                <w:sz w:val="18"/>
                <w:szCs w:val="18"/>
                <w:lang w:val="en-GB"/>
              </w:rPr>
              <w:t>TCH 2-09a)</w:t>
            </w:r>
            <w:r w:rsidRPr="00F71EAC">
              <w:rPr>
                <w:b w:val="0"/>
                <w:bCs w:val="0"/>
                <w:sz w:val="18"/>
                <w:szCs w:val="18"/>
                <w:lang w:val="en-GB"/>
              </w:rPr>
              <w:t xml:space="preserve"> </w:t>
            </w:r>
          </w:p>
          <w:p w14:paraId="3E483059" w14:textId="77777777" w:rsidR="00F71EAC" w:rsidRPr="00F71EAC" w:rsidRDefault="004F5A50" w:rsidP="004F5A50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F71EAC">
              <w:rPr>
                <w:b w:val="0"/>
                <w:bCs w:val="0"/>
                <w:sz w:val="18"/>
                <w:szCs w:val="18"/>
                <w:lang w:val="en-GB"/>
              </w:rPr>
              <w:t>I can apply engineering and construction skills to solve problems</w:t>
            </w:r>
            <w:r w:rsidR="00F71EAC" w:rsidRPr="00F71EAC">
              <w:rPr>
                <w:b w:val="0"/>
                <w:bCs w:val="0"/>
                <w:sz w:val="18"/>
                <w:szCs w:val="18"/>
                <w:lang w:val="en-GB"/>
              </w:rPr>
              <w:t xml:space="preserve"> (TCH 2-11a)</w:t>
            </w:r>
          </w:p>
          <w:p w14:paraId="51B42C78" w14:textId="665CA07F" w:rsidR="004F5A50" w:rsidRPr="00F71EAC" w:rsidRDefault="004F5A50" w:rsidP="004F5A50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F71EAC">
              <w:rPr>
                <w:b w:val="0"/>
                <w:bCs w:val="0"/>
                <w:sz w:val="18"/>
                <w:szCs w:val="18"/>
                <w:lang w:val="en-GB"/>
              </w:rPr>
              <w:t xml:space="preserve">I can create texts which persuade, influence or inform </w:t>
            </w:r>
            <w:proofErr w:type="gramStart"/>
            <w:r w:rsidRPr="00F71EAC">
              <w:rPr>
                <w:b w:val="0"/>
                <w:bCs w:val="0"/>
                <w:sz w:val="18"/>
                <w:szCs w:val="18"/>
                <w:lang w:val="en-GB"/>
              </w:rPr>
              <w:t>others</w:t>
            </w:r>
            <w:r w:rsidR="00F71EAC" w:rsidRPr="00F71EAC">
              <w:rPr>
                <w:b w:val="0"/>
                <w:bCs w:val="0"/>
                <w:sz w:val="18"/>
                <w:szCs w:val="18"/>
                <w:lang w:val="en-GB"/>
              </w:rPr>
              <w:t>(</w:t>
            </w:r>
            <w:proofErr w:type="gramEnd"/>
            <w:r w:rsidR="00F71EAC" w:rsidRPr="00F71EAC">
              <w:rPr>
                <w:b w:val="0"/>
                <w:bCs w:val="0"/>
                <w:sz w:val="18"/>
                <w:szCs w:val="18"/>
                <w:lang w:val="en-GB"/>
              </w:rPr>
              <w:t>LIT 2-29a)</w:t>
            </w:r>
          </w:p>
          <w:p w14:paraId="612CD966" w14:textId="77777777" w:rsidR="00783671" w:rsidRPr="00454BF3" w:rsidRDefault="00783671" w:rsidP="00454BF3">
            <w:pPr>
              <w:rPr>
                <w:i/>
                <w:iCs/>
                <w:sz w:val="18"/>
                <w:szCs w:val="18"/>
                <w:lang w:val="en-GB"/>
              </w:rPr>
            </w:pPr>
          </w:p>
          <w:p w14:paraId="53D33A56" w14:textId="77777777" w:rsidR="00C14B2B" w:rsidRDefault="00C14B2B" w:rsidP="00C14B2B">
            <w:pPr>
              <w:rPr>
                <w:i/>
                <w:iCs/>
                <w:sz w:val="18"/>
                <w:szCs w:val="18"/>
                <w:lang w:val="en-GB"/>
              </w:rPr>
            </w:pPr>
          </w:p>
          <w:p w14:paraId="506C8FEB" w14:textId="77777777" w:rsidR="00C14B2B" w:rsidRPr="00C14B2B" w:rsidRDefault="00C14B2B" w:rsidP="00C14B2B">
            <w:pPr>
              <w:rPr>
                <w:b w:val="0"/>
                <w:bCs w:val="0"/>
                <w:i/>
                <w:iCs/>
                <w:sz w:val="18"/>
                <w:szCs w:val="18"/>
                <w:lang w:val="en-GB"/>
              </w:rPr>
            </w:pPr>
          </w:p>
          <w:p w14:paraId="7DC580A6" w14:textId="77777777" w:rsidR="002E7C50" w:rsidRPr="002E7C50" w:rsidRDefault="002E7C50" w:rsidP="002E7C50">
            <w:pPr>
              <w:rPr>
                <w:b w:val="0"/>
                <w:bCs w:val="0"/>
                <w:i/>
                <w:iCs/>
                <w:sz w:val="18"/>
                <w:szCs w:val="18"/>
                <w:lang w:val="en-GB"/>
              </w:rPr>
            </w:pPr>
          </w:p>
          <w:p w14:paraId="7F0D6234" w14:textId="77777777" w:rsidR="0072186B" w:rsidRDefault="0072186B">
            <w:pPr>
              <w:rPr>
                <w:sz w:val="20"/>
                <w:szCs w:val="20"/>
                <w:lang w:val="en-GB"/>
              </w:rPr>
            </w:pPr>
          </w:p>
          <w:p w14:paraId="6A05A809" w14:textId="58AA5105" w:rsidR="00BD3859" w:rsidRPr="00DA449A" w:rsidRDefault="00BD3859">
            <w:pPr>
              <w:rPr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2880" w:type="dxa"/>
            <w:shd w:val="clear" w:color="auto" w:fill="FFFFFF" w:themeFill="background1"/>
          </w:tcPr>
          <w:p w14:paraId="409AC784" w14:textId="77777777" w:rsidR="00B54D4B" w:rsidRPr="00B54D4B" w:rsidRDefault="00B54D4B" w:rsidP="00B54D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val="en-GB"/>
              </w:rPr>
            </w:pPr>
            <w:r w:rsidRPr="00B54D4B">
              <w:rPr>
                <w:b/>
                <w:bCs/>
                <w:sz w:val="18"/>
                <w:szCs w:val="18"/>
                <w:lang w:val="en-GB"/>
              </w:rPr>
              <w:t>Learners can:</w:t>
            </w:r>
          </w:p>
          <w:p w14:paraId="0CE4EBE5" w14:textId="77777777" w:rsidR="00B54D4B" w:rsidRPr="00B54D4B" w:rsidRDefault="00B54D4B" w:rsidP="00B54D4B">
            <w:pPr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54D4B">
              <w:rPr>
                <w:sz w:val="18"/>
                <w:szCs w:val="18"/>
                <w:lang w:val="en-GB"/>
              </w:rPr>
              <w:t>Explain the challenges of living on Mars.</w:t>
            </w:r>
          </w:p>
          <w:p w14:paraId="453A7AF8" w14:textId="77777777" w:rsidR="00B54D4B" w:rsidRPr="00B54D4B" w:rsidRDefault="00B54D4B" w:rsidP="00B54D4B">
            <w:pPr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54D4B">
              <w:rPr>
                <w:sz w:val="18"/>
                <w:szCs w:val="18"/>
                <w:lang w:val="en-GB"/>
              </w:rPr>
              <w:t>Compare conditions on Mars and Earth.</w:t>
            </w:r>
          </w:p>
          <w:p w14:paraId="6F8C6092" w14:textId="77777777" w:rsidR="00B54D4B" w:rsidRPr="00B54D4B" w:rsidRDefault="00B54D4B" w:rsidP="00B54D4B">
            <w:pPr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54D4B">
              <w:rPr>
                <w:sz w:val="18"/>
                <w:szCs w:val="18"/>
                <w:lang w:val="en-GB"/>
              </w:rPr>
              <w:t>Investigate what humans need to survive.</w:t>
            </w:r>
          </w:p>
          <w:p w14:paraId="7761B121" w14:textId="77777777" w:rsidR="00B54D4B" w:rsidRPr="00B54D4B" w:rsidRDefault="00B54D4B" w:rsidP="00B54D4B">
            <w:pPr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54D4B">
              <w:rPr>
                <w:sz w:val="18"/>
                <w:szCs w:val="18"/>
                <w:lang w:val="en-GB"/>
              </w:rPr>
              <w:t>Explore how plants, water and energy can be managed sustainably.</w:t>
            </w:r>
          </w:p>
          <w:p w14:paraId="79D534FF" w14:textId="77777777" w:rsidR="00B54D4B" w:rsidRPr="00B54D4B" w:rsidRDefault="00B54D4B" w:rsidP="00B54D4B">
            <w:pPr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54D4B">
              <w:rPr>
                <w:sz w:val="18"/>
                <w:szCs w:val="18"/>
                <w:lang w:val="en-GB"/>
              </w:rPr>
              <w:t>Gather and interpret information from a range of sources.</w:t>
            </w:r>
          </w:p>
          <w:p w14:paraId="035F1E24" w14:textId="77777777" w:rsidR="00B54D4B" w:rsidRPr="00B54D4B" w:rsidRDefault="00B54D4B" w:rsidP="00B54D4B">
            <w:pPr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54D4B">
              <w:rPr>
                <w:sz w:val="18"/>
                <w:szCs w:val="18"/>
                <w:lang w:val="en-GB"/>
              </w:rPr>
              <w:t>Use evidence to justify design decisions.</w:t>
            </w:r>
          </w:p>
          <w:p w14:paraId="7313F629" w14:textId="77777777" w:rsidR="00B54D4B" w:rsidRPr="00B54D4B" w:rsidRDefault="00B54D4B" w:rsidP="00B54D4B">
            <w:pPr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54D4B">
              <w:rPr>
                <w:sz w:val="18"/>
                <w:szCs w:val="18"/>
                <w:lang w:val="en-GB"/>
              </w:rPr>
              <w:t>Create and improve engineering solutions.</w:t>
            </w:r>
          </w:p>
          <w:p w14:paraId="5FD76DBE" w14:textId="77777777" w:rsidR="00B54D4B" w:rsidRPr="00B54D4B" w:rsidRDefault="00B54D4B" w:rsidP="00B54D4B">
            <w:pPr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54D4B">
              <w:rPr>
                <w:sz w:val="18"/>
                <w:szCs w:val="18"/>
                <w:lang w:val="en-GB"/>
              </w:rPr>
              <w:t>Collaborate effectively with others.</w:t>
            </w:r>
          </w:p>
          <w:p w14:paraId="6699ECC2" w14:textId="77777777" w:rsidR="00B54D4B" w:rsidRPr="00B54D4B" w:rsidRDefault="00B54D4B" w:rsidP="00B54D4B">
            <w:pPr>
              <w:numPr>
                <w:ilvl w:val="0"/>
                <w:numId w:val="25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54D4B">
              <w:rPr>
                <w:sz w:val="18"/>
                <w:szCs w:val="18"/>
                <w:lang w:val="en-GB"/>
              </w:rPr>
              <w:t>Present and explain their habitat design to an audience.</w:t>
            </w:r>
          </w:p>
          <w:p w14:paraId="3A1CCD68" w14:textId="77777777" w:rsidR="00B54D4B" w:rsidRPr="00B54D4B" w:rsidRDefault="00B54D4B" w:rsidP="00B54D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8F08A1">
              <w:rPr>
                <w:b/>
                <w:bCs/>
                <w:sz w:val="18"/>
                <w:szCs w:val="18"/>
                <w:lang w:val="en-GB"/>
              </w:rPr>
              <w:t>Possible evidence</w:t>
            </w:r>
            <w:r w:rsidRPr="00B54D4B">
              <w:rPr>
                <w:sz w:val="18"/>
                <w:szCs w:val="18"/>
                <w:lang w:val="en-GB"/>
              </w:rPr>
              <w:t>:</w:t>
            </w:r>
          </w:p>
          <w:p w14:paraId="7E00DD14" w14:textId="77777777" w:rsidR="00B54D4B" w:rsidRPr="00B54D4B" w:rsidRDefault="00B54D4B" w:rsidP="00B54D4B">
            <w:pPr>
              <w:numPr>
                <w:ilvl w:val="0"/>
                <w:numId w:val="2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54D4B">
              <w:rPr>
                <w:sz w:val="18"/>
                <w:szCs w:val="18"/>
                <w:lang w:val="en-GB"/>
              </w:rPr>
              <w:t>Habitat models</w:t>
            </w:r>
          </w:p>
          <w:p w14:paraId="022E415B" w14:textId="77777777" w:rsidR="00B54D4B" w:rsidRPr="00B54D4B" w:rsidRDefault="00B54D4B" w:rsidP="00B54D4B">
            <w:pPr>
              <w:numPr>
                <w:ilvl w:val="0"/>
                <w:numId w:val="2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54D4B">
              <w:rPr>
                <w:sz w:val="18"/>
                <w:szCs w:val="18"/>
                <w:lang w:val="en-GB"/>
              </w:rPr>
              <w:t>Design sketches</w:t>
            </w:r>
          </w:p>
          <w:p w14:paraId="438DE18D" w14:textId="77777777" w:rsidR="00B54D4B" w:rsidRPr="00B54D4B" w:rsidRDefault="00B54D4B" w:rsidP="00B54D4B">
            <w:pPr>
              <w:numPr>
                <w:ilvl w:val="0"/>
                <w:numId w:val="2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54D4B">
              <w:rPr>
                <w:sz w:val="18"/>
                <w:szCs w:val="18"/>
                <w:lang w:val="en-GB"/>
              </w:rPr>
              <w:t>Research notes</w:t>
            </w:r>
          </w:p>
          <w:p w14:paraId="3512BF7C" w14:textId="77777777" w:rsidR="00B54D4B" w:rsidRPr="00B54D4B" w:rsidRDefault="00B54D4B" w:rsidP="00B54D4B">
            <w:pPr>
              <w:numPr>
                <w:ilvl w:val="0"/>
                <w:numId w:val="2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54D4B">
              <w:rPr>
                <w:sz w:val="18"/>
                <w:szCs w:val="18"/>
                <w:lang w:val="en-GB"/>
              </w:rPr>
              <w:lastRenderedPageBreak/>
              <w:t>Investigation results</w:t>
            </w:r>
          </w:p>
          <w:p w14:paraId="2B48B9B0" w14:textId="77777777" w:rsidR="00B54D4B" w:rsidRPr="00B54D4B" w:rsidRDefault="00B54D4B" w:rsidP="00B54D4B">
            <w:pPr>
              <w:numPr>
                <w:ilvl w:val="0"/>
                <w:numId w:val="2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54D4B">
              <w:rPr>
                <w:sz w:val="18"/>
                <w:szCs w:val="18"/>
                <w:lang w:val="en-GB"/>
              </w:rPr>
              <w:t>Presentations</w:t>
            </w:r>
          </w:p>
          <w:p w14:paraId="20084CE9" w14:textId="77777777" w:rsidR="00B54D4B" w:rsidRPr="00B54D4B" w:rsidRDefault="00B54D4B" w:rsidP="00B54D4B">
            <w:pPr>
              <w:numPr>
                <w:ilvl w:val="0"/>
                <w:numId w:val="2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54D4B">
              <w:rPr>
                <w:sz w:val="18"/>
                <w:szCs w:val="18"/>
                <w:lang w:val="en-GB"/>
              </w:rPr>
              <w:t>Digital products</w:t>
            </w:r>
          </w:p>
          <w:p w14:paraId="797B546B" w14:textId="77777777" w:rsidR="00B54D4B" w:rsidRPr="00B54D4B" w:rsidRDefault="00B54D4B" w:rsidP="00B54D4B">
            <w:pPr>
              <w:numPr>
                <w:ilvl w:val="0"/>
                <w:numId w:val="2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54D4B">
              <w:rPr>
                <w:sz w:val="18"/>
                <w:szCs w:val="18"/>
                <w:lang w:val="en-GB"/>
              </w:rPr>
              <w:t>Learning conversations</w:t>
            </w:r>
          </w:p>
          <w:p w14:paraId="0B627B8B" w14:textId="77777777" w:rsidR="00B54D4B" w:rsidRPr="00B54D4B" w:rsidRDefault="00B54D4B" w:rsidP="00B54D4B">
            <w:pPr>
              <w:numPr>
                <w:ilvl w:val="0"/>
                <w:numId w:val="2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54D4B">
              <w:rPr>
                <w:sz w:val="18"/>
                <w:szCs w:val="18"/>
                <w:lang w:val="en-GB"/>
              </w:rPr>
              <w:t>Floor books</w:t>
            </w:r>
          </w:p>
          <w:p w14:paraId="5C2A41E9" w14:textId="77777777" w:rsidR="00B54D4B" w:rsidRPr="00B54D4B" w:rsidRDefault="00B54D4B" w:rsidP="00B54D4B">
            <w:pPr>
              <w:numPr>
                <w:ilvl w:val="0"/>
                <w:numId w:val="2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B54D4B">
              <w:rPr>
                <w:sz w:val="18"/>
                <w:szCs w:val="18"/>
                <w:lang w:val="en-GB"/>
              </w:rPr>
              <w:t>Peer and self-assessments</w:t>
            </w:r>
          </w:p>
          <w:p w14:paraId="5A39BBE3" w14:textId="305ABA0A" w:rsidR="00563EE1" w:rsidRPr="003D20FC" w:rsidRDefault="00563EE1" w:rsidP="00B54D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  <w:tc>
          <w:tcPr>
            <w:tcW w:w="2880" w:type="dxa"/>
            <w:shd w:val="clear" w:color="auto" w:fill="FFFFFF" w:themeFill="background1"/>
          </w:tcPr>
          <w:tbl>
            <w:tblPr>
              <w:tblStyle w:val="TableGrid"/>
              <w:tblW w:w="2671" w:type="dxa"/>
              <w:tblLook w:val="04A0" w:firstRow="1" w:lastRow="0" w:firstColumn="1" w:lastColumn="0" w:noHBand="0" w:noVBand="1"/>
            </w:tblPr>
            <w:tblGrid>
              <w:gridCol w:w="1335"/>
              <w:gridCol w:w="1336"/>
            </w:tblGrid>
            <w:tr w:rsidR="007E175B" w14:paraId="053EE1CD" w14:textId="77777777" w:rsidTr="00E2169B">
              <w:trPr>
                <w:trHeight w:val="715"/>
              </w:trPr>
              <w:tc>
                <w:tcPr>
                  <w:tcW w:w="1335" w:type="dxa"/>
                </w:tcPr>
                <w:p w14:paraId="413C4D59" w14:textId="4B09F335" w:rsidR="007E175B" w:rsidRDefault="00513300" w:rsidP="00513300">
                  <w:pPr>
                    <w:jc w:val="center"/>
                    <w:rPr>
                      <w:sz w:val="18"/>
                      <w:szCs w:val="18"/>
                    </w:rPr>
                  </w:pPr>
                  <w:r w:rsidRPr="00513300">
                    <w:rPr>
                      <w:noProof/>
                      <w:sz w:val="18"/>
                      <w:szCs w:val="18"/>
                    </w:rPr>
                    <w:lastRenderedPageBreak/>
                    <w:drawing>
                      <wp:inline distT="0" distB="0" distL="0" distR="0" wp14:anchorId="57C42011" wp14:editId="4297F226">
                        <wp:extent cx="423333" cy="455198"/>
                        <wp:effectExtent l="0" t="0" r="0" b="2540"/>
                        <wp:docPr id="836900404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DB8E94AD-C3AD-4DE5-B352-DF0BBFBC510A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6900404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7159" cy="4593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6" w:type="dxa"/>
                </w:tcPr>
                <w:p w14:paraId="41701E15" w14:textId="2FC963E4" w:rsidR="007E175B" w:rsidRDefault="002E740F" w:rsidP="00513300">
                  <w:pPr>
                    <w:jc w:val="center"/>
                    <w:rPr>
                      <w:sz w:val="18"/>
                      <w:szCs w:val="18"/>
                    </w:rPr>
                  </w:pPr>
                  <w:r w:rsidRPr="002E740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C09EE7A" wp14:editId="038D8E66">
                        <wp:extent cx="436033" cy="414659"/>
                        <wp:effectExtent l="0" t="0" r="2540" b="4445"/>
                        <wp:docPr id="159560523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96397819-0C2D-4C89-95F7-3656ED71525C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9560523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0041" cy="4184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33FA1D02" w14:textId="77777777" w:rsidTr="00F93BCF">
              <w:trPr>
                <w:trHeight w:val="715"/>
              </w:trPr>
              <w:tc>
                <w:tcPr>
                  <w:tcW w:w="1335" w:type="dxa"/>
                  <w:shd w:val="clear" w:color="auto" w:fill="FFFF00"/>
                </w:tcPr>
                <w:p w14:paraId="5869249A" w14:textId="73143958" w:rsidR="007E175B" w:rsidRDefault="008B0AA3" w:rsidP="008B0AA3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FF78E9" w:rsidRPr="00FF78E9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1D96522" wp14:editId="661639A0">
                        <wp:extent cx="364067" cy="400074"/>
                        <wp:effectExtent l="0" t="0" r="0" b="0"/>
                        <wp:docPr id="784116845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4426519D-92D4-492E-B944-1468CF3479EB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4116845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8675" cy="4051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6" w:type="dxa"/>
                </w:tcPr>
                <w:p w14:paraId="54AE0B73" w14:textId="12CE27FC" w:rsidR="007E175B" w:rsidRDefault="000A3B56" w:rsidP="000A3B56">
                  <w:pPr>
                    <w:jc w:val="center"/>
                    <w:rPr>
                      <w:sz w:val="18"/>
                      <w:szCs w:val="18"/>
                    </w:rPr>
                  </w:pPr>
                  <w:r w:rsidRPr="000A3B56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09E09C42" wp14:editId="11AEFAEB">
                        <wp:extent cx="414867" cy="389724"/>
                        <wp:effectExtent l="0" t="0" r="4445" b="0"/>
                        <wp:docPr id="342234002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95C361FA-D8C1-4FF8-9529-A60B7D3004FC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2234002" name="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8890" cy="393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11C82966" w14:textId="77777777" w:rsidTr="00F93BCF">
              <w:trPr>
                <w:trHeight w:val="762"/>
              </w:trPr>
              <w:tc>
                <w:tcPr>
                  <w:tcW w:w="1335" w:type="dxa"/>
                  <w:shd w:val="clear" w:color="auto" w:fill="FFFF00"/>
                </w:tcPr>
                <w:p w14:paraId="1D37B497" w14:textId="4F92E38E" w:rsidR="007E175B" w:rsidRDefault="00CC7EE6" w:rsidP="00CC7EE6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990251" w:rsidRPr="00990251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3F41E5A" wp14:editId="3D661839">
                        <wp:extent cx="575522" cy="438493"/>
                        <wp:effectExtent l="0" t="0" r="0" b="0"/>
                        <wp:docPr id="977009112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AA143FE0-AAA4-47B7-AB57-6B4BDD278C44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7009112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1204" cy="4504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6" w:type="dxa"/>
                </w:tcPr>
                <w:p w14:paraId="7D17B6AE" w14:textId="50E5E9B7" w:rsidR="007E175B" w:rsidRDefault="004115A7" w:rsidP="004115A7">
                  <w:pPr>
                    <w:jc w:val="center"/>
                    <w:rPr>
                      <w:sz w:val="18"/>
                      <w:szCs w:val="18"/>
                    </w:rPr>
                  </w:pPr>
                  <w:r w:rsidRPr="004115A7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F44010D" wp14:editId="38D2B91F">
                        <wp:extent cx="294217" cy="403037"/>
                        <wp:effectExtent l="0" t="0" r="0" b="0"/>
                        <wp:docPr id="1448691377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B212171A-D545-42B5-ABAE-86F9149B28E0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48691377" name="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8246" cy="4085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67297CF9" w14:textId="77777777" w:rsidTr="00F93BCF">
              <w:trPr>
                <w:trHeight w:val="715"/>
              </w:trPr>
              <w:tc>
                <w:tcPr>
                  <w:tcW w:w="1335" w:type="dxa"/>
                  <w:shd w:val="clear" w:color="auto" w:fill="FFFF00"/>
                </w:tcPr>
                <w:p w14:paraId="46E8EF04" w14:textId="21ADCAE1" w:rsidR="007E175B" w:rsidRDefault="006208C2" w:rsidP="004115A7">
                  <w:pPr>
                    <w:jc w:val="center"/>
                    <w:rPr>
                      <w:sz w:val="18"/>
                      <w:szCs w:val="18"/>
                    </w:rPr>
                  </w:pPr>
                  <w:r w:rsidRPr="006208C2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34CE651" wp14:editId="6B73149B">
                        <wp:extent cx="481814" cy="406400"/>
                        <wp:effectExtent l="0" t="0" r="0" b="0"/>
                        <wp:docPr id="1750787204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0CCE8278-4B94-4E97-8DD7-545295708050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50787204" name="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1891" cy="41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6" w:type="dxa"/>
                </w:tcPr>
                <w:p w14:paraId="712658CC" w14:textId="09BEF69E" w:rsidR="007E175B" w:rsidRDefault="00E8604F" w:rsidP="00E8604F">
                  <w:pPr>
                    <w:jc w:val="center"/>
                    <w:rPr>
                      <w:sz w:val="18"/>
                      <w:szCs w:val="18"/>
                    </w:rPr>
                  </w:pPr>
                  <w:r w:rsidRPr="00E8604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7E07C889" wp14:editId="38EA6376">
                        <wp:extent cx="508000" cy="426357"/>
                        <wp:effectExtent l="0" t="0" r="6350" b="0"/>
                        <wp:docPr id="839050988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E50018A2-B6CB-419E-B6BB-6BFB94191487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9050988" name="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4879" cy="43213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313214F6" w14:textId="77777777" w:rsidTr="00F93BCF">
              <w:trPr>
                <w:trHeight w:val="715"/>
              </w:trPr>
              <w:tc>
                <w:tcPr>
                  <w:tcW w:w="1335" w:type="dxa"/>
                  <w:shd w:val="clear" w:color="auto" w:fill="FFFF00"/>
                </w:tcPr>
                <w:p w14:paraId="3DAC47D4" w14:textId="0DA86693" w:rsidR="007E175B" w:rsidRDefault="008A739B" w:rsidP="008A739B">
                  <w:pPr>
                    <w:tabs>
                      <w:tab w:val="center" w:pos="559"/>
                    </w:tabs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ab/>
                  </w:r>
                  <w:r w:rsidR="00015C3B" w:rsidRPr="00015C3B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1E63375E" wp14:editId="1D192AD6">
                        <wp:extent cx="389467" cy="414327"/>
                        <wp:effectExtent l="0" t="0" r="0" b="5080"/>
                        <wp:docPr id="353563663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46F4A2AE-5B97-4FE7-B670-C196DC757F44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3563663" name="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00697" cy="4262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6" w:type="dxa"/>
                  <w:shd w:val="clear" w:color="auto" w:fill="FFFF00"/>
                </w:tcPr>
                <w:p w14:paraId="154C7506" w14:textId="1F87941B" w:rsidR="007E175B" w:rsidRDefault="00B9746F" w:rsidP="00B9746F">
                  <w:pPr>
                    <w:jc w:val="center"/>
                    <w:rPr>
                      <w:sz w:val="18"/>
                      <w:szCs w:val="18"/>
                    </w:rPr>
                  </w:pPr>
                  <w:r w:rsidRPr="00B9746F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F498DA0" wp14:editId="57B827F2">
                        <wp:extent cx="433549" cy="414020"/>
                        <wp:effectExtent l="0" t="0" r="5080" b="5080"/>
                        <wp:docPr id="1429828695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D5041E6A-30B4-4852-91F8-999547CF578D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29828695" name="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4496" cy="4244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E175B" w14:paraId="4ECB3178" w14:textId="77777777" w:rsidTr="00F93BCF">
              <w:trPr>
                <w:trHeight w:val="715"/>
              </w:trPr>
              <w:tc>
                <w:tcPr>
                  <w:tcW w:w="1335" w:type="dxa"/>
                  <w:shd w:val="clear" w:color="auto" w:fill="FFFF00"/>
                </w:tcPr>
                <w:p w14:paraId="695AFA88" w14:textId="5E28D18A" w:rsidR="007E175B" w:rsidRDefault="00727042" w:rsidP="00727042">
                  <w:pPr>
                    <w:jc w:val="center"/>
                    <w:rPr>
                      <w:sz w:val="18"/>
                      <w:szCs w:val="18"/>
                    </w:rPr>
                  </w:pPr>
                  <w:r w:rsidRPr="00727042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5EFB7113" wp14:editId="758FBA3C">
                        <wp:extent cx="491067" cy="416158"/>
                        <wp:effectExtent l="0" t="0" r="4445" b="3175"/>
                        <wp:docPr id="1466763306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E5222466-5436-48A3-A064-7E9381C59192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66763306" name="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3269" cy="4180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336" w:type="dxa"/>
                  <w:shd w:val="clear" w:color="auto" w:fill="FFFF00"/>
                </w:tcPr>
                <w:p w14:paraId="624A1317" w14:textId="13BF5439" w:rsidR="007E175B" w:rsidRDefault="00BA6D0B" w:rsidP="00BA6D0B">
                  <w:pPr>
                    <w:jc w:val="center"/>
                    <w:rPr>
                      <w:sz w:val="18"/>
                      <w:szCs w:val="18"/>
                    </w:rPr>
                  </w:pPr>
                  <w:r w:rsidRPr="00BA6D0B"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 wp14:anchorId="2E0EBE4A" wp14:editId="2D2BE8B2">
                        <wp:extent cx="564938" cy="440823"/>
                        <wp:effectExtent l="0" t="0" r="6985" b="0"/>
                        <wp:docPr id="304312351" name="Pictur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5F5732D1-B9AE-4216-A5A5-829BE62C7D84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4312351" name="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7669" cy="4429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0F419DD" w14:textId="2473877C" w:rsidR="00F616F5" w:rsidRDefault="00F616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  <w:p w14:paraId="41C8F396" w14:textId="7F9DA493" w:rsidR="00F616F5" w:rsidRDefault="00F616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E9D4787" w14:textId="1AF5787B" w:rsidR="0072186B" w:rsidRDefault="35C8AC6D">
      <w:pPr>
        <w:pStyle w:val="Heading2"/>
      </w:pPr>
      <w:r>
        <w:t>Learning Experiences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72186B" w14:paraId="756890C7" w14:textId="77777777" w:rsidTr="008426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C6D9F1" w:themeFill="text2" w:themeFillTint="33"/>
          </w:tcPr>
          <w:p w14:paraId="18531322" w14:textId="40F13BBB" w:rsidR="0072186B" w:rsidRDefault="00F8138A">
            <w:r>
              <w:t>Possible Learning Experiences / Provocations (</w:t>
            </w:r>
            <w:proofErr w:type="gramStart"/>
            <w:r>
              <w:t>may be</w:t>
            </w:r>
            <w:proofErr w:type="gramEnd"/>
            <w:r>
              <w:t xml:space="preserve"> linked to zones)</w:t>
            </w:r>
          </w:p>
        </w:tc>
        <w:tc>
          <w:tcPr>
            <w:tcW w:w="4310" w:type="dxa"/>
            <w:shd w:val="clear" w:color="auto" w:fill="C6D9F1" w:themeFill="text2" w:themeFillTint="33"/>
          </w:tcPr>
          <w:p w14:paraId="1494E2EA" w14:textId="77777777" w:rsidR="0072186B" w:rsidRDefault="00F813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Resources</w:t>
            </w:r>
          </w:p>
        </w:tc>
      </w:tr>
      <w:tr w:rsidR="00842652" w14:paraId="72A3D3EC" w14:textId="77777777" w:rsidTr="008426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0E27B00A" w14:textId="3BE8B9A6" w:rsidR="00842652" w:rsidRPr="00842652" w:rsidRDefault="00842652" w:rsidP="00BC0423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 w:rsidRPr="00482CF9">
              <w:rPr>
                <w:sz w:val="18"/>
                <w:szCs w:val="18"/>
              </w:rPr>
              <w:t>Teacher-</w:t>
            </w:r>
            <w:r w:rsidR="00BC0423">
              <w:rPr>
                <w:sz w:val="18"/>
                <w:szCs w:val="18"/>
              </w:rPr>
              <w:t>L</w:t>
            </w:r>
            <w:r w:rsidRPr="00482CF9">
              <w:rPr>
                <w:sz w:val="18"/>
                <w:szCs w:val="18"/>
              </w:rPr>
              <w:t>ed</w:t>
            </w:r>
          </w:p>
        </w:tc>
      </w:tr>
      <w:tr w:rsidR="002127F4" w14:paraId="390E8E05" w14:textId="77777777" w:rsidTr="000F40C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5F42A801" w14:textId="77777777" w:rsidR="002127F4" w:rsidRPr="002127F4" w:rsidRDefault="002127F4" w:rsidP="002127F4">
            <w:pPr>
              <w:rPr>
                <w:sz w:val="18"/>
                <w:szCs w:val="18"/>
                <w:lang w:val="en-GB"/>
              </w:rPr>
            </w:pPr>
            <w:r w:rsidRPr="002127F4">
              <w:rPr>
                <w:sz w:val="18"/>
                <w:szCs w:val="18"/>
                <w:lang w:val="en-GB"/>
              </w:rPr>
              <w:t>Generate and record enquiry questions which guide the project and are revisited throughout the enquiry</w:t>
            </w:r>
          </w:p>
          <w:p w14:paraId="0D82C0B7" w14:textId="77777777" w:rsidR="002127F4" w:rsidRDefault="002127F4" w:rsidP="00154D53">
            <w:pPr>
              <w:rPr>
                <w:sz w:val="18"/>
                <w:szCs w:val="18"/>
                <w:lang w:val="en-GB"/>
              </w:rPr>
            </w:pPr>
          </w:p>
          <w:p w14:paraId="0C6B55FC" w14:textId="6B630860" w:rsidR="002127F4" w:rsidRPr="009815B5" w:rsidRDefault="002127F4" w:rsidP="009815B5">
            <w:pPr>
              <w:pStyle w:val="ListParagraph"/>
              <w:numPr>
                <w:ilvl w:val="0"/>
                <w:numId w:val="26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9815B5">
              <w:rPr>
                <w:b w:val="0"/>
                <w:bCs w:val="0"/>
                <w:sz w:val="18"/>
                <w:szCs w:val="18"/>
                <w:lang w:val="en-GB"/>
              </w:rPr>
              <w:t>Investigate conditions on Mars</w:t>
            </w:r>
          </w:p>
          <w:p w14:paraId="0CCE6297" w14:textId="3A7F66BD" w:rsidR="002127F4" w:rsidRPr="009815B5" w:rsidRDefault="002127F4" w:rsidP="00154D53">
            <w:pPr>
              <w:pStyle w:val="ListParagraph"/>
              <w:numPr>
                <w:ilvl w:val="0"/>
                <w:numId w:val="26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9815B5">
              <w:rPr>
                <w:b w:val="0"/>
                <w:bCs w:val="0"/>
                <w:sz w:val="18"/>
                <w:szCs w:val="18"/>
                <w:lang w:val="en-GB"/>
              </w:rPr>
              <w:t>Explore what humans need to survive</w:t>
            </w:r>
          </w:p>
          <w:p w14:paraId="64A8FD9D" w14:textId="0F021072" w:rsidR="002127F4" w:rsidRPr="009815B5" w:rsidRDefault="002127F4" w:rsidP="00154D53">
            <w:pPr>
              <w:pStyle w:val="ListParagraph"/>
              <w:numPr>
                <w:ilvl w:val="0"/>
                <w:numId w:val="26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9815B5">
              <w:rPr>
                <w:b w:val="0"/>
                <w:bCs w:val="0"/>
                <w:sz w:val="18"/>
                <w:szCs w:val="18"/>
                <w:lang w:val="en-GB"/>
              </w:rPr>
              <w:t>Investigate sustainable food production</w:t>
            </w:r>
          </w:p>
          <w:p w14:paraId="42166A2B" w14:textId="29516845" w:rsidR="002127F4" w:rsidRPr="009815B5" w:rsidRDefault="002127F4" w:rsidP="00154D53">
            <w:pPr>
              <w:pStyle w:val="ListParagraph"/>
              <w:numPr>
                <w:ilvl w:val="0"/>
                <w:numId w:val="26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9815B5">
              <w:rPr>
                <w:b w:val="0"/>
                <w:bCs w:val="0"/>
                <w:sz w:val="18"/>
                <w:szCs w:val="18"/>
                <w:lang w:val="en-GB"/>
              </w:rPr>
              <w:t>Explore renewable energy sources</w:t>
            </w:r>
          </w:p>
          <w:p w14:paraId="70F3D04E" w14:textId="77215B4B" w:rsidR="002127F4" w:rsidRPr="009815B5" w:rsidRDefault="002127F4" w:rsidP="00154D53">
            <w:pPr>
              <w:pStyle w:val="ListParagraph"/>
              <w:numPr>
                <w:ilvl w:val="0"/>
                <w:numId w:val="26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9815B5">
              <w:rPr>
                <w:b w:val="0"/>
                <w:bCs w:val="0"/>
                <w:sz w:val="18"/>
                <w:szCs w:val="18"/>
                <w:lang w:val="en-GB"/>
              </w:rPr>
              <w:t>Investigate water recycling systems</w:t>
            </w:r>
          </w:p>
          <w:p w14:paraId="548B34A0" w14:textId="65F7FCD8" w:rsidR="002127F4" w:rsidRPr="009815B5" w:rsidRDefault="002127F4" w:rsidP="00154D53">
            <w:pPr>
              <w:pStyle w:val="ListParagraph"/>
              <w:numPr>
                <w:ilvl w:val="0"/>
                <w:numId w:val="26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9815B5">
              <w:rPr>
                <w:b w:val="0"/>
                <w:bCs w:val="0"/>
                <w:sz w:val="18"/>
                <w:szCs w:val="18"/>
                <w:lang w:val="en-GB"/>
              </w:rPr>
              <w:t>Explore engineering and habitat design</w:t>
            </w:r>
          </w:p>
          <w:p w14:paraId="7B6EB45D" w14:textId="47E269DC" w:rsidR="002127F4" w:rsidRPr="009815B5" w:rsidRDefault="002127F4" w:rsidP="00310196">
            <w:pPr>
              <w:pStyle w:val="ListParagraph"/>
              <w:numPr>
                <w:ilvl w:val="0"/>
                <w:numId w:val="26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9815B5">
              <w:rPr>
                <w:b w:val="0"/>
                <w:bCs w:val="0"/>
                <w:sz w:val="18"/>
                <w:szCs w:val="18"/>
                <w:lang w:val="en-GB"/>
              </w:rPr>
              <w:t>Develop research and presentation skills</w:t>
            </w:r>
          </w:p>
          <w:p w14:paraId="610A569C" w14:textId="458F4570" w:rsidR="002127F4" w:rsidRPr="009815B5" w:rsidRDefault="002127F4" w:rsidP="00310196">
            <w:pPr>
              <w:pStyle w:val="ListParagraph"/>
              <w:numPr>
                <w:ilvl w:val="0"/>
                <w:numId w:val="26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9815B5">
              <w:rPr>
                <w:b w:val="0"/>
                <w:bCs w:val="0"/>
                <w:sz w:val="18"/>
                <w:szCs w:val="18"/>
                <w:lang w:val="en-GB"/>
              </w:rPr>
              <w:t>Investigate current space exploration missions</w:t>
            </w:r>
          </w:p>
          <w:p w14:paraId="4DA7CA73" w14:textId="2001CBAA" w:rsidR="002127F4" w:rsidRPr="009815B5" w:rsidRDefault="002127F4" w:rsidP="009815B5">
            <w:pPr>
              <w:pStyle w:val="ListParagraph"/>
              <w:numPr>
                <w:ilvl w:val="0"/>
                <w:numId w:val="26"/>
              </w:numPr>
              <w:rPr>
                <w:sz w:val="18"/>
                <w:szCs w:val="18"/>
                <w:lang w:val="en-GB"/>
              </w:rPr>
            </w:pPr>
            <w:r w:rsidRPr="009815B5">
              <w:rPr>
                <w:b w:val="0"/>
                <w:bCs w:val="0"/>
                <w:sz w:val="18"/>
                <w:szCs w:val="18"/>
                <w:lang w:val="en-GB"/>
              </w:rPr>
              <w:t>Explore sustainability in closed environments</w:t>
            </w:r>
          </w:p>
        </w:tc>
      </w:tr>
      <w:tr w:rsidR="0058450D" w14:paraId="015183E7" w14:textId="77777777" w:rsidTr="00584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2"/>
            <w:shd w:val="clear" w:color="auto" w:fill="FFFFFF" w:themeFill="background1"/>
          </w:tcPr>
          <w:p w14:paraId="679871BE" w14:textId="61A7501F" w:rsidR="0058450D" w:rsidRDefault="001B608F" w:rsidP="0058450D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Teacher-Initiated/</w:t>
            </w:r>
            <w:r w:rsidR="0058450D">
              <w:rPr>
                <w:sz w:val="18"/>
                <w:szCs w:val="18"/>
              </w:rPr>
              <w:t>Child-</w:t>
            </w:r>
            <w:r>
              <w:rPr>
                <w:sz w:val="18"/>
                <w:szCs w:val="18"/>
              </w:rPr>
              <w:t>L</w:t>
            </w:r>
            <w:r w:rsidR="0058450D">
              <w:rPr>
                <w:sz w:val="18"/>
                <w:szCs w:val="18"/>
              </w:rPr>
              <w:t>ed (Provocations in Zones)</w:t>
            </w:r>
            <w:r w:rsidR="000F1303">
              <w:rPr>
                <w:sz w:val="18"/>
                <w:szCs w:val="18"/>
              </w:rPr>
              <w:t xml:space="preserve">- </w:t>
            </w:r>
            <w:r w:rsidR="00CE63FC" w:rsidRPr="00CE63FC">
              <w:rPr>
                <w:i/>
                <w:iCs/>
                <w:sz w:val="18"/>
                <w:szCs w:val="18"/>
              </w:rPr>
              <w:t>adapt</w:t>
            </w:r>
            <w:r w:rsidR="00CE63FC">
              <w:rPr>
                <w:i/>
                <w:iCs/>
                <w:sz w:val="18"/>
                <w:szCs w:val="18"/>
              </w:rPr>
              <w:t xml:space="preserve">ed </w:t>
            </w:r>
            <w:r w:rsidR="00CE63FC" w:rsidRPr="00CE63FC">
              <w:rPr>
                <w:i/>
                <w:iCs/>
                <w:sz w:val="18"/>
                <w:szCs w:val="18"/>
              </w:rPr>
              <w:t>throughout the Enquiry</w:t>
            </w:r>
            <w:r w:rsidR="002518EF">
              <w:rPr>
                <w:i/>
                <w:iCs/>
                <w:sz w:val="18"/>
                <w:szCs w:val="18"/>
              </w:rPr>
              <w:t xml:space="preserve"> and opportunities for product refinement and peer feedback</w:t>
            </w:r>
          </w:p>
          <w:p w14:paraId="684384FB" w14:textId="77777777" w:rsidR="0058450D" w:rsidRDefault="0058450D" w:rsidP="0058450D">
            <w:pPr>
              <w:pStyle w:val="ListParagraph"/>
              <w:ind w:left="1494"/>
              <w:jc w:val="center"/>
              <w:rPr>
                <w:sz w:val="18"/>
                <w:szCs w:val="18"/>
              </w:rPr>
            </w:pPr>
          </w:p>
        </w:tc>
      </w:tr>
      <w:tr w:rsidR="00F53F06" w14:paraId="4A027995" w14:textId="77777777" w:rsidTr="0058450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0" w:type="dxa"/>
            <w:shd w:val="clear" w:color="auto" w:fill="FFFFFF" w:themeFill="background1"/>
          </w:tcPr>
          <w:p w14:paraId="250F03C2" w14:textId="77777777" w:rsidR="00F53F06" w:rsidRDefault="00F53F06" w:rsidP="00F53F06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Discovery</w:t>
            </w:r>
          </w:p>
          <w:p w14:paraId="4C0FDE87" w14:textId="77777777" w:rsidR="00F53F06" w:rsidRPr="00B503B8" w:rsidRDefault="00F53F06" w:rsidP="00F53F06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B503B8">
              <w:rPr>
                <w:b w:val="0"/>
                <w:bCs w:val="0"/>
                <w:sz w:val="18"/>
                <w:szCs w:val="18"/>
                <w:lang w:val="en-GB"/>
              </w:rPr>
              <w:t>Plant growing experiments (soil vs hydroponic systems</w:t>
            </w:r>
            <w:r>
              <w:rPr>
                <w:b w:val="0"/>
                <w:bCs w:val="0"/>
                <w:sz w:val="18"/>
                <w:szCs w:val="18"/>
                <w:lang w:val="en-GB"/>
              </w:rPr>
              <w:t>, light vs no light</w:t>
            </w:r>
            <w:r w:rsidRPr="00B503B8">
              <w:rPr>
                <w:b w:val="0"/>
                <w:bCs w:val="0"/>
                <w:sz w:val="18"/>
                <w:szCs w:val="18"/>
                <w:lang w:val="en-GB"/>
              </w:rPr>
              <w:t xml:space="preserve">) </w:t>
            </w:r>
          </w:p>
          <w:p w14:paraId="17D8C29A" w14:textId="77777777" w:rsidR="00F53F06" w:rsidRDefault="00F53F06" w:rsidP="00F53F06">
            <w:pPr>
              <w:rPr>
                <w:sz w:val="18"/>
                <w:szCs w:val="18"/>
                <w:lang w:val="en-GB"/>
              </w:rPr>
            </w:pPr>
            <w:r w:rsidRPr="00B503B8">
              <w:rPr>
                <w:b w:val="0"/>
                <w:bCs w:val="0"/>
                <w:sz w:val="18"/>
                <w:szCs w:val="18"/>
                <w:lang w:val="en-GB"/>
              </w:rPr>
              <w:t>Water filtration investigations</w:t>
            </w:r>
          </w:p>
          <w:p w14:paraId="71AE5473" w14:textId="77777777" w:rsidR="00F53F06" w:rsidRPr="00FF1DEA" w:rsidRDefault="00F53F06" w:rsidP="00F53F06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FF1DEA">
              <w:rPr>
                <w:b w:val="0"/>
                <w:bCs w:val="0"/>
                <w:sz w:val="18"/>
                <w:szCs w:val="18"/>
                <w:lang w:val="en-GB"/>
              </w:rPr>
              <w:t>Test materials for suitability in a Mars habitat (insulation, strength, permeability)</w:t>
            </w:r>
          </w:p>
          <w:p w14:paraId="47EABD0F" w14:textId="77777777" w:rsidR="00F53F06" w:rsidRDefault="00F53F06" w:rsidP="00F53F06">
            <w:pPr>
              <w:rPr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Use construction to design a Mars habitat</w:t>
            </w:r>
          </w:p>
          <w:p w14:paraId="5A843617" w14:textId="457A5431" w:rsidR="008E5529" w:rsidRDefault="008E5529" w:rsidP="00F53F06">
            <w:pPr>
              <w:rPr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Mars research station- QR codes, NASA videos</w:t>
            </w:r>
            <w:r w:rsidR="00225270">
              <w:rPr>
                <w:b w:val="0"/>
                <w:bCs w:val="0"/>
                <w:sz w:val="18"/>
                <w:szCs w:val="18"/>
                <w:lang w:val="en-GB"/>
              </w:rPr>
              <w:t>, texts</w:t>
            </w:r>
          </w:p>
          <w:p w14:paraId="7BE20E73" w14:textId="08F236B6" w:rsidR="00225270" w:rsidRDefault="00225270" w:rsidP="00F53F06">
            <w:pPr>
              <w:rPr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Investigate gravity</w:t>
            </w:r>
          </w:p>
          <w:p w14:paraId="14FBD4B2" w14:textId="43752824" w:rsidR="00262337" w:rsidRDefault="00262337" w:rsidP="00F53F06">
            <w:pPr>
              <w:rPr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Compare Earth vs Mars</w:t>
            </w:r>
          </w:p>
          <w:p w14:paraId="57E4F957" w14:textId="77C8C9C2" w:rsidR="008E628E" w:rsidRPr="00B503B8" w:rsidRDefault="008E628E" w:rsidP="00F53F06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Oxygen generation investigation</w:t>
            </w:r>
          </w:p>
          <w:p w14:paraId="1363B6E7" w14:textId="77777777" w:rsidR="00F53F06" w:rsidRPr="00B503B8" w:rsidRDefault="00F53F06" w:rsidP="00F53F06">
            <w:pPr>
              <w:rPr>
                <w:sz w:val="18"/>
                <w:szCs w:val="18"/>
                <w:lang w:val="en-GB"/>
              </w:rPr>
            </w:pPr>
          </w:p>
          <w:p w14:paraId="736C7636" w14:textId="77777777" w:rsidR="00F53F06" w:rsidRDefault="00F53F06" w:rsidP="00F53F06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Social</w:t>
            </w:r>
          </w:p>
          <w:p w14:paraId="59C9DEFE" w14:textId="6BB37EF6" w:rsidR="00300BF0" w:rsidRPr="00300BF0" w:rsidRDefault="00300BF0" w:rsidP="00300BF0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300BF0">
              <w:rPr>
                <w:b w:val="0"/>
                <w:bCs w:val="0"/>
                <w:sz w:val="18"/>
                <w:szCs w:val="18"/>
                <w:lang w:val="en-GB"/>
              </w:rPr>
              <w:t xml:space="preserve">Habitat design reviews </w:t>
            </w:r>
          </w:p>
          <w:p w14:paraId="307CA611" w14:textId="14B16A38" w:rsidR="00300BF0" w:rsidRPr="00300BF0" w:rsidRDefault="00300BF0" w:rsidP="00300BF0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300BF0">
              <w:rPr>
                <w:b w:val="0"/>
                <w:bCs w:val="0"/>
                <w:sz w:val="18"/>
                <w:szCs w:val="18"/>
                <w:lang w:val="en-GB"/>
              </w:rPr>
              <w:t xml:space="preserve">Debates: </w:t>
            </w:r>
          </w:p>
          <w:p w14:paraId="38FBB451" w14:textId="77777777" w:rsidR="00300BF0" w:rsidRPr="00300BF0" w:rsidRDefault="00300BF0" w:rsidP="00300BF0">
            <w:pPr>
              <w:numPr>
                <w:ilvl w:val="0"/>
                <w:numId w:val="27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300BF0">
              <w:rPr>
                <w:b w:val="0"/>
                <w:bCs w:val="0"/>
                <w:sz w:val="18"/>
                <w:szCs w:val="18"/>
                <w:lang w:val="en-GB"/>
              </w:rPr>
              <w:t>Should humans live on Mars?</w:t>
            </w:r>
          </w:p>
          <w:p w14:paraId="2B414E9C" w14:textId="77777777" w:rsidR="00300BF0" w:rsidRPr="00300BF0" w:rsidRDefault="00300BF0" w:rsidP="00300BF0">
            <w:pPr>
              <w:numPr>
                <w:ilvl w:val="0"/>
                <w:numId w:val="27"/>
              </w:numPr>
              <w:rPr>
                <w:b w:val="0"/>
                <w:bCs w:val="0"/>
                <w:sz w:val="18"/>
                <w:szCs w:val="18"/>
                <w:lang w:val="en-GB"/>
              </w:rPr>
            </w:pPr>
            <w:r w:rsidRPr="00300BF0">
              <w:rPr>
                <w:b w:val="0"/>
                <w:bCs w:val="0"/>
                <w:sz w:val="18"/>
                <w:szCs w:val="18"/>
                <w:lang w:val="en-GB"/>
              </w:rPr>
              <w:t>Is space exploration worth the cost?</w:t>
            </w:r>
          </w:p>
          <w:p w14:paraId="316F191D" w14:textId="21E8B445" w:rsidR="00300BF0" w:rsidRDefault="00300BF0" w:rsidP="00300BF0">
            <w:pPr>
              <w:rPr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Texts</w:t>
            </w:r>
            <w:r w:rsidR="0077727A">
              <w:rPr>
                <w:b w:val="0"/>
                <w:bCs w:val="0"/>
                <w:sz w:val="18"/>
                <w:szCs w:val="18"/>
                <w:lang w:val="en-GB"/>
              </w:rPr>
              <w:t>, digital devices</w:t>
            </w:r>
          </w:p>
          <w:p w14:paraId="3E921699" w14:textId="1F012D65" w:rsidR="00C10E8F" w:rsidRPr="00300BF0" w:rsidRDefault="00C10E8F" w:rsidP="00300BF0">
            <w:pPr>
              <w:rPr>
                <w:b w:val="0"/>
                <w:bCs w:val="0"/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Role Play- Scientist</w:t>
            </w:r>
          </w:p>
          <w:p w14:paraId="4C98384D" w14:textId="77777777" w:rsidR="00F53F06" w:rsidRDefault="00F53F06" w:rsidP="00F53F06">
            <w:pPr>
              <w:rPr>
                <w:b w:val="0"/>
                <w:bCs w:val="0"/>
                <w:sz w:val="18"/>
                <w:szCs w:val="18"/>
              </w:rPr>
            </w:pPr>
          </w:p>
          <w:p w14:paraId="06B4B2E6" w14:textId="77777777" w:rsidR="00F53F06" w:rsidRDefault="00F53F06" w:rsidP="00F53F06">
            <w:pPr>
              <w:rPr>
                <w:b w:val="0"/>
                <w:bCs w:val="0"/>
                <w:sz w:val="18"/>
                <w:szCs w:val="18"/>
              </w:rPr>
            </w:pPr>
          </w:p>
          <w:p w14:paraId="75D95A32" w14:textId="77777777" w:rsidR="00F53F06" w:rsidRDefault="00F53F06" w:rsidP="00F53F06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Creative</w:t>
            </w:r>
          </w:p>
          <w:p w14:paraId="2E661E89" w14:textId="77777777" w:rsidR="00F53F06" w:rsidRDefault="00F53F06" w:rsidP="00F53F06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Design a Mars habitat- showing food growth, water reuse, energy sources</w:t>
            </w:r>
          </w:p>
          <w:p w14:paraId="1E78CF86" w14:textId="7C5A6EDE" w:rsidR="0077727A" w:rsidRDefault="0077727A" w:rsidP="00F53F06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Create settlement blueprints</w:t>
            </w:r>
          </w:p>
          <w:p w14:paraId="530AFAC4" w14:textId="71F0B5E8" w:rsidR="0077727A" w:rsidRDefault="00922813" w:rsidP="00F53F06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lastRenderedPageBreak/>
              <w:t>Produce mission logos</w:t>
            </w:r>
          </w:p>
          <w:p w14:paraId="4A250CBA" w14:textId="62A370BF" w:rsidR="00922813" w:rsidRDefault="00922813" w:rsidP="00F53F06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Create recruitment posters</w:t>
            </w:r>
          </w:p>
          <w:p w14:paraId="51FC0FBE" w14:textId="378D06C8" w:rsidR="00922813" w:rsidRDefault="00922813" w:rsidP="00F53F06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Build sustainable systems</w:t>
            </w:r>
          </w:p>
          <w:p w14:paraId="608385FF" w14:textId="731E993C" w:rsidR="00C10E8F" w:rsidRDefault="00C10E8F" w:rsidP="00F53F06">
            <w:pPr>
              <w:rPr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Design future Mars clothing</w:t>
            </w:r>
          </w:p>
          <w:p w14:paraId="2FB61941" w14:textId="41348F93" w:rsidR="00EB3E41" w:rsidRDefault="00EB3E41" w:rsidP="00F53F06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Create survival kits</w:t>
            </w:r>
          </w:p>
          <w:p w14:paraId="1EAE36AD" w14:textId="77777777" w:rsidR="00F53F06" w:rsidRDefault="00F53F06" w:rsidP="00F53F06">
            <w:pPr>
              <w:rPr>
                <w:b w:val="0"/>
                <w:bCs w:val="0"/>
                <w:sz w:val="18"/>
                <w:szCs w:val="18"/>
              </w:rPr>
            </w:pPr>
          </w:p>
          <w:p w14:paraId="1C745A93" w14:textId="77777777" w:rsidR="00F53F06" w:rsidRDefault="00F53F06" w:rsidP="00F53F06">
            <w:pPr>
              <w:rPr>
                <w:b w:val="0"/>
                <w:bCs w:val="0"/>
                <w:sz w:val="18"/>
                <w:szCs w:val="18"/>
              </w:rPr>
            </w:pPr>
          </w:p>
          <w:p w14:paraId="03BBB3D3" w14:textId="77777777" w:rsidR="00F53F06" w:rsidRDefault="00F53F06" w:rsidP="00F53F06">
            <w:pPr>
              <w:rPr>
                <w:b w:val="0"/>
                <w:b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Outdoor</w:t>
            </w:r>
          </w:p>
          <w:p w14:paraId="52EE67AA" w14:textId="77777777" w:rsidR="00F53F06" w:rsidRDefault="00F53F06" w:rsidP="00F53F06">
            <w:pPr>
              <w:rPr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</w:rPr>
              <w:t xml:space="preserve">Observe plant growth over time- outdoors vs indoors; </w:t>
            </w:r>
            <w:r w:rsidRPr="005B3957">
              <w:rPr>
                <w:b w:val="0"/>
                <w:bCs w:val="0"/>
                <w:sz w:val="18"/>
                <w:szCs w:val="18"/>
                <w:lang w:val="en-GB"/>
              </w:rPr>
              <w:t>Carry out water cycle investigations: evaporation trays</w:t>
            </w:r>
            <w:r>
              <w:rPr>
                <w:b w:val="0"/>
                <w:bCs w:val="0"/>
                <w:sz w:val="18"/>
                <w:szCs w:val="18"/>
                <w:lang w:val="en-GB"/>
              </w:rPr>
              <w:t xml:space="preserve">, </w:t>
            </w:r>
            <w:r w:rsidRPr="005B3957">
              <w:rPr>
                <w:b w:val="0"/>
                <w:bCs w:val="0"/>
                <w:sz w:val="18"/>
                <w:szCs w:val="18"/>
                <w:lang w:val="en-GB"/>
              </w:rPr>
              <w:t>condensation traps</w:t>
            </w:r>
          </w:p>
          <w:p w14:paraId="7DF8A2BC" w14:textId="2DBA1D5E" w:rsidR="00B75A5B" w:rsidRDefault="00B75A5B" w:rsidP="00F53F06">
            <w:pPr>
              <w:rPr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Shelter-building challenges</w:t>
            </w:r>
          </w:p>
          <w:p w14:paraId="62E2EBE5" w14:textId="7CEF970F" w:rsidR="00B75A5B" w:rsidRDefault="00B75A5B" w:rsidP="00F53F06">
            <w:pPr>
              <w:rPr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Renewable energy investigations</w:t>
            </w:r>
          </w:p>
          <w:p w14:paraId="5BEC13F9" w14:textId="5AF3F5C2" w:rsidR="00D73BDD" w:rsidRPr="00B75A5B" w:rsidRDefault="00D73BDD" w:rsidP="00F53F06">
            <w:pPr>
              <w:rPr>
                <w:sz w:val="18"/>
                <w:szCs w:val="18"/>
                <w:lang w:val="en-GB"/>
              </w:rPr>
            </w:pPr>
            <w:r>
              <w:rPr>
                <w:b w:val="0"/>
                <w:bCs w:val="0"/>
                <w:sz w:val="18"/>
                <w:szCs w:val="18"/>
                <w:lang w:val="en-GB"/>
              </w:rPr>
              <w:t>Orienteering</w:t>
            </w:r>
          </w:p>
          <w:p w14:paraId="1F0BBF93" w14:textId="77777777" w:rsidR="00F53F06" w:rsidRPr="00023C5A" w:rsidRDefault="00F53F06" w:rsidP="00F53F06">
            <w:pPr>
              <w:rPr>
                <w:b w:val="0"/>
                <w:bCs w:val="0"/>
                <w:sz w:val="18"/>
                <w:szCs w:val="18"/>
              </w:rPr>
            </w:pPr>
          </w:p>
          <w:p w14:paraId="4D0672B9" w14:textId="77777777" w:rsidR="00F53F06" w:rsidRDefault="00F53F06" w:rsidP="00F53F06">
            <w:pPr>
              <w:rPr>
                <w:sz w:val="18"/>
                <w:szCs w:val="18"/>
              </w:rPr>
            </w:pPr>
          </w:p>
        </w:tc>
        <w:tc>
          <w:tcPr>
            <w:tcW w:w="4310" w:type="dxa"/>
            <w:shd w:val="clear" w:color="auto" w:fill="FFFFFF" w:themeFill="background1"/>
          </w:tcPr>
          <w:p w14:paraId="07CD2EC6" w14:textId="77777777" w:rsidR="00F53F06" w:rsidRDefault="00D1031B" w:rsidP="00D1031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lastRenderedPageBreak/>
              <w:t>NASA and ESA media</w:t>
            </w:r>
          </w:p>
          <w:p w14:paraId="42E81286" w14:textId="7983BE1C" w:rsidR="00D1031B" w:rsidRPr="00D1031B" w:rsidRDefault="00D1031B" w:rsidP="00D1031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1031B">
              <w:rPr>
                <w:sz w:val="18"/>
                <w:szCs w:val="18"/>
                <w:lang w:val="en-GB"/>
              </w:rPr>
              <w:t xml:space="preserve">Mars fact cards </w:t>
            </w:r>
          </w:p>
          <w:p w14:paraId="5C1B7825" w14:textId="75E9F234" w:rsidR="00D1031B" w:rsidRPr="00D1031B" w:rsidRDefault="00D1031B" w:rsidP="00D1031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1031B">
              <w:rPr>
                <w:sz w:val="18"/>
                <w:szCs w:val="18"/>
                <w:lang w:val="en-GB"/>
              </w:rPr>
              <w:t xml:space="preserve">Digital devices </w:t>
            </w:r>
          </w:p>
          <w:p w14:paraId="24DCF8A3" w14:textId="268EE89D" w:rsidR="00D1031B" w:rsidRPr="00D1031B" w:rsidRDefault="00D1031B" w:rsidP="00D1031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1031B">
              <w:rPr>
                <w:sz w:val="18"/>
                <w:szCs w:val="18"/>
                <w:lang w:val="en-GB"/>
              </w:rPr>
              <w:t xml:space="preserve">Construction materials </w:t>
            </w:r>
          </w:p>
          <w:p w14:paraId="4C3B4CD9" w14:textId="4BAC92C0" w:rsidR="00D1031B" w:rsidRPr="00D1031B" w:rsidRDefault="00D1031B" w:rsidP="00D1031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1031B">
              <w:rPr>
                <w:sz w:val="18"/>
                <w:szCs w:val="18"/>
                <w:lang w:val="en-GB"/>
              </w:rPr>
              <w:t xml:space="preserve">Junk modelling materials </w:t>
            </w:r>
          </w:p>
          <w:p w14:paraId="19FFED30" w14:textId="1346F9E8" w:rsidR="00D1031B" w:rsidRPr="00D1031B" w:rsidRDefault="00D1031B" w:rsidP="00D1031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1031B">
              <w:rPr>
                <w:sz w:val="18"/>
                <w:szCs w:val="18"/>
                <w:lang w:val="en-GB"/>
              </w:rPr>
              <w:t xml:space="preserve">Measuring equipment </w:t>
            </w:r>
          </w:p>
          <w:p w14:paraId="0A3B0170" w14:textId="4DCB827D" w:rsidR="00D1031B" w:rsidRPr="00D1031B" w:rsidRDefault="00D1031B" w:rsidP="00D1031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1031B">
              <w:rPr>
                <w:sz w:val="18"/>
                <w:szCs w:val="18"/>
                <w:lang w:val="en-GB"/>
              </w:rPr>
              <w:t xml:space="preserve">Thermometers </w:t>
            </w:r>
          </w:p>
          <w:p w14:paraId="14B2E59B" w14:textId="6B66658E" w:rsidR="00D1031B" w:rsidRPr="00D1031B" w:rsidRDefault="00D1031B" w:rsidP="00D1031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1031B">
              <w:rPr>
                <w:sz w:val="18"/>
                <w:szCs w:val="18"/>
                <w:lang w:val="en-GB"/>
              </w:rPr>
              <w:t xml:space="preserve">Seeds and growing materials </w:t>
            </w:r>
          </w:p>
          <w:p w14:paraId="2E1F1C77" w14:textId="0C535762" w:rsidR="00D1031B" w:rsidRPr="00D1031B" w:rsidRDefault="00D1031B" w:rsidP="00D1031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1031B">
              <w:rPr>
                <w:sz w:val="18"/>
                <w:szCs w:val="18"/>
                <w:lang w:val="en-GB"/>
              </w:rPr>
              <w:t xml:space="preserve">Hydroponics equipment </w:t>
            </w:r>
          </w:p>
          <w:p w14:paraId="7A93BAB2" w14:textId="03FE2BDA" w:rsidR="00D1031B" w:rsidRPr="00D1031B" w:rsidRDefault="00D1031B" w:rsidP="00D1031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1031B">
              <w:rPr>
                <w:sz w:val="18"/>
                <w:szCs w:val="18"/>
                <w:lang w:val="en-GB"/>
              </w:rPr>
              <w:t xml:space="preserve">Water filtration materials </w:t>
            </w:r>
          </w:p>
          <w:p w14:paraId="106E4B15" w14:textId="328E2127" w:rsidR="00D1031B" w:rsidRPr="00D1031B" w:rsidRDefault="00D1031B" w:rsidP="00D1031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1031B">
              <w:rPr>
                <w:sz w:val="18"/>
                <w:szCs w:val="18"/>
                <w:lang w:val="en-GB"/>
              </w:rPr>
              <w:t xml:space="preserve">Atlases and globes </w:t>
            </w:r>
          </w:p>
          <w:p w14:paraId="72432763" w14:textId="7BC83792" w:rsidR="00D1031B" w:rsidRPr="00D1031B" w:rsidRDefault="00D1031B" w:rsidP="00D1031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1031B">
              <w:rPr>
                <w:sz w:val="18"/>
                <w:szCs w:val="18"/>
                <w:lang w:val="en-GB"/>
              </w:rPr>
              <w:t xml:space="preserve">Non-fiction texts </w:t>
            </w:r>
          </w:p>
          <w:p w14:paraId="154AFB1A" w14:textId="027D8CE3" w:rsidR="00D1031B" w:rsidRPr="00D1031B" w:rsidRDefault="00D1031B" w:rsidP="00D1031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1031B">
              <w:rPr>
                <w:sz w:val="18"/>
                <w:szCs w:val="18"/>
                <w:lang w:val="en-GB"/>
              </w:rPr>
              <w:t xml:space="preserve">QR codes </w:t>
            </w:r>
          </w:p>
          <w:p w14:paraId="788FCAEA" w14:textId="42D65768" w:rsidR="00D1031B" w:rsidRPr="00D1031B" w:rsidRDefault="00D1031B" w:rsidP="00D1031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  <w:r w:rsidRPr="00D1031B">
              <w:rPr>
                <w:sz w:val="18"/>
                <w:szCs w:val="18"/>
                <w:lang w:val="en-GB"/>
              </w:rPr>
              <w:t>STEM challenge cards</w:t>
            </w:r>
          </w:p>
          <w:p w14:paraId="0B6C04D8" w14:textId="5BAFC79A" w:rsidR="00D1031B" w:rsidRPr="00D1031B" w:rsidRDefault="00D1031B" w:rsidP="00D1031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val="en-GB"/>
              </w:rPr>
            </w:pPr>
          </w:p>
        </w:tc>
      </w:tr>
    </w:tbl>
    <w:p w14:paraId="1F59AFAD" w14:textId="74C541B3" w:rsidR="0072186B" w:rsidRDefault="00221E0B">
      <w:pPr>
        <w:pStyle w:val="Heading2"/>
      </w:pPr>
      <w:r>
        <w:t xml:space="preserve">Responsive Planning: </w:t>
      </w:r>
      <w:r w:rsidR="6B6046C2">
        <w:t>Reflecting, Responding and Extending</w:t>
      </w:r>
    </w:p>
    <w:tbl>
      <w:tblPr>
        <w:tblStyle w:val="LightGrid"/>
        <w:tblW w:w="0" w:type="auto"/>
        <w:tblLook w:val="04A0" w:firstRow="1" w:lastRow="0" w:firstColumn="1" w:lastColumn="0" w:noHBand="0" w:noVBand="1"/>
      </w:tblPr>
      <w:tblGrid>
        <w:gridCol w:w="4310"/>
        <w:gridCol w:w="4310"/>
      </w:tblGrid>
      <w:tr w:rsidR="0072186B" w14:paraId="4C7B7E7A" w14:textId="77777777" w:rsidTr="000A3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EAF1DD" w:themeFill="accent3" w:themeFillTint="33"/>
          </w:tcPr>
          <w:p w14:paraId="555868CD" w14:textId="77777777" w:rsidR="0072186B" w:rsidRDefault="00F8138A">
            <w:r>
              <w:t>Emerging Pupil Questions / Observations</w:t>
            </w:r>
          </w:p>
        </w:tc>
        <w:tc>
          <w:tcPr>
            <w:tcW w:w="4320" w:type="dxa"/>
            <w:shd w:val="clear" w:color="auto" w:fill="EAF1DD" w:themeFill="accent3" w:themeFillTint="33"/>
          </w:tcPr>
          <w:p w14:paraId="495BAE6E" w14:textId="24791B40" w:rsidR="0072186B" w:rsidRDefault="6B6046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Next Steps</w:t>
            </w:r>
          </w:p>
        </w:tc>
      </w:tr>
      <w:tr w:rsidR="0072186B" w14:paraId="60061E4C" w14:textId="77777777" w:rsidTr="00721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  <w:shd w:val="clear" w:color="auto" w:fill="FFFFFF" w:themeFill="background1"/>
          </w:tcPr>
          <w:p w14:paraId="61D963FB" w14:textId="2E4595EF" w:rsidR="002379E6" w:rsidRPr="0027307D" w:rsidRDefault="00D94201" w:rsidP="002379E6">
            <w:pPr>
              <w:rPr>
                <w:b w:val="0"/>
                <w:bCs w:val="0"/>
                <w:sz w:val="18"/>
                <w:szCs w:val="18"/>
              </w:rPr>
            </w:pPr>
            <w:r w:rsidRPr="0027307D">
              <w:rPr>
                <w:b w:val="0"/>
                <w:bCs w:val="0"/>
                <w:sz w:val="18"/>
                <w:szCs w:val="18"/>
              </w:rPr>
              <w:t>How will people get oxygen?</w:t>
            </w:r>
          </w:p>
          <w:p w14:paraId="10B0AD18" w14:textId="77777777" w:rsidR="00D94201" w:rsidRDefault="00D94201" w:rsidP="002379E6">
            <w:pPr>
              <w:rPr>
                <w:sz w:val="18"/>
                <w:szCs w:val="18"/>
              </w:rPr>
            </w:pPr>
          </w:p>
          <w:p w14:paraId="50E23820" w14:textId="77777777" w:rsidR="00BA59BD" w:rsidRDefault="00BA59BD">
            <w:pPr>
              <w:rPr>
                <w:b w:val="0"/>
                <w:bCs w:val="0"/>
              </w:rPr>
            </w:pPr>
          </w:p>
          <w:p w14:paraId="5A4C634D" w14:textId="77777777" w:rsidR="00BA59BD" w:rsidRDefault="00BA59BD">
            <w:pPr>
              <w:rPr>
                <w:b w:val="0"/>
                <w:bCs w:val="0"/>
              </w:rPr>
            </w:pPr>
          </w:p>
          <w:p w14:paraId="3A602883" w14:textId="77777777" w:rsidR="00BA59BD" w:rsidRDefault="00BA59BD">
            <w:pPr>
              <w:rPr>
                <w:b w:val="0"/>
                <w:bCs w:val="0"/>
              </w:rPr>
            </w:pPr>
          </w:p>
          <w:p w14:paraId="44EAFD9C" w14:textId="77777777" w:rsidR="00BA59BD" w:rsidRDefault="00BA59BD"/>
        </w:tc>
        <w:tc>
          <w:tcPr>
            <w:tcW w:w="4320" w:type="dxa"/>
            <w:shd w:val="clear" w:color="auto" w:fill="FFFFFF" w:themeFill="background1"/>
          </w:tcPr>
          <w:p w14:paraId="1113E51C" w14:textId="77777777" w:rsidR="0027307D" w:rsidRPr="0027307D" w:rsidRDefault="0027307D" w:rsidP="002730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27307D">
              <w:rPr>
                <w:lang w:val="en-GB"/>
              </w:rPr>
              <w:t>Revisit plant growth and air systems; model gas exchange and closed</w:t>
            </w:r>
            <w:r w:rsidRPr="0027307D">
              <w:rPr>
                <w:lang w:val="en-GB"/>
              </w:rPr>
              <w:noBreakHyphen/>
              <w:t>loop systems</w:t>
            </w:r>
          </w:p>
          <w:p w14:paraId="3011CF0C" w14:textId="46439633" w:rsidR="0072186B" w:rsidRDefault="0072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921E23B" w14:textId="15282063" w:rsidR="0072186B" w:rsidRDefault="0072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C968E0F" w14:textId="2F17635B" w:rsidR="0072186B" w:rsidRDefault="0072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B94D5A5" w14:textId="77777777" w:rsidR="0072186B" w:rsidRDefault="007218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4D8BD00" w14:textId="77777777" w:rsidR="00F8138A" w:rsidRDefault="00F8138A"/>
    <w:sectPr w:rsidR="00F8138A" w:rsidSect="00034616">
      <w:headerReference w:type="default" r:id="rId23"/>
      <w:footerReference w:type="default" r:id="rId2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2BCA2" w14:textId="77777777" w:rsidR="001B1A80" w:rsidRDefault="001B1A80" w:rsidP="00886041">
      <w:pPr>
        <w:spacing w:after="0" w:line="240" w:lineRule="auto"/>
      </w:pPr>
      <w:r>
        <w:separator/>
      </w:r>
    </w:p>
  </w:endnote>
  <w:endnote w:type="continuationSeparator" w:id="0">
    <w:p w14:paraId="441C6BD4" w14:textId="77777777" w:rsidR="001B1A80" w:rsidRDefault="001B1A80" w:rsidP="00886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3832" w14:textId="70BE59FA" w:rsidR="00A236E4" w:rsidRDefault="00A236E4">
    <w:pPr>
      <w:pStyle w:val="Footer"/>
    </w:pPr>
  </w:p>
  <w:p w14:paraId="3BC9BBFB" w14:textId="77231752" w:rsidR="00A236E4" w:rsidRPr="00A236E4" w:rsidRDefault="00A236E4">
    <w:pPr>
      <w:pStyle w:val="Footer"/>
      <w:rPr>
        <w:i/>
        <w:iCs/>
      </w:rPr>
    </w:pPr>
    <w:r>
      <w:rPr>
        <w:i/>
        <w:iCs/>
      </w:rPr>
      <w:t>Planner</w:t>
    </w:r>
    <w:r w:rsidR="00616BCA">
      <w:rPr>
        <w:i/>
        <w:iCs/>
      </w:rPr>
      <w:t xml:space="preserve"> </w:t>
    </w:r>
    <w:r>
      <w:rPr>
        <w:i/>
        <w:iCs/>
      </w:rPr>
      <w:t xml:space="preserve">adapted from STEM Nation </w:t>
    </w:r>
    <w:r w:rsidR="00616BCA">
      <w:rPr>
        <w:i/>
        <w:iCs/>
      </w:rPr>
      <w:t>STEM Context Planners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1EB56" w14:textId="77777777" w:rsidR="001B1A80" w:rsidRDefault="001B1A80" w:rsidP="00886041">
      <w:pPr>
        <w:spacing w:after="0" w:line="240" w:lineRule="auto"/>
      </w:pPr>
      <w:r>
        <w:separator/>
      </w:r>
    </w:p>
  </w:footnote>
  <w:footnote w:type="continuationSeparator" w:id="0">
    <w:p w14:paraId="734216F0" w14:textId="77777777" w:rsidR="001B1A80" w:rsidRDefault="001B1A80" w:rsidP="00886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C2C3B" w14:textId="7210002E" w:rsidR="00886041" w:rsidRDefault="000C1D55" w:rsidP="00413D0C">
    <w:pPr>
      <w:pStyle w:val="Heading1"/>
    </w:pPr>
    <w:r w:rsidRPr="000C1D55">
      <w:rPr>
        <w:rFonts w:ascii="Calibri" w:hAnsi="Calibri" w:cstheme="minorBidi"/>
        <w:noProof/>
        <w:sz w:val="22"/>
        <w:szCs w:val="22"/>
        <w:lang w:val="en-GB"/>
      </w:rPr>
      <w:drawing>
        <wp:inline distT="0" distB="0" distL="0" distR="0" wp14:anchorId="49769714" wp14:editId="658EC171">
          <wp:extent cx="474133" cy="474133"/>
          <wp:effectExtent l="0" t="0" r="2540" b="2540"/>
          <wp:docPr id="206280316" name="Picture 2">
            <a:extLst xmlns:a="http://schemas.openxmlformats.org/drawingml/2006/main">
              <a:ext uri="{FF2B5EF4-FFF2-40B4-BE49-F238E27FC236}">
                <a16:creationId xmlns:a16="http://schemas.microsoft.com/office/drawing/2014/main" id="{6C925906-30EF-456E-A801-10EF2F35594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112" cy="4881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</w:t>
    </w:r>
    <w:r w:rsidR="00E04A2C">
      <w:t>Project Based Learning</w:t>
    </w:r>
    <w:r>
      <w:t xml:space="preserve"> Planning</w:t>
    </w:r>
    <w:r w:rsidR="00600220">
      <w:t xml:space="preserve">- </w:t>
    </w:r>
    <w:r w:rsidR="004A5990">
      <w:t>Second</w:t>
    </w:r>
    <w:r w:rsidR="00600220">
      <w:t xml:space="preserve"> Level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DC4D9F"/>
    <w:multiLevelType w:val="multilevel"/>
    <w:tmpl w:val="042C8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DF1542"/>
    <w:multiLevelType w:val="multilevel"/>
    <w:tmpl w:val="7584E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134088"/>
    <w:multiLevelType w:val="hybridMultilevel"/>
    <w:tmpl w:val="4D96CDF6"/>
    <w:lvl w:ilvl="0" w:tplc="C45C753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3E140C"/>
    <w:multiLevelType w:val="hybridMultilevel"/>
    <w:tmpl w:val="223CCE52"/>
    <w:lvl w:ilvl="0" w:tplc="6C4E538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DB036D"/>
    <w:multiLevelType w:val="hybridMultilevel"/>
    <w:tmpl w:val="E1F64194"/>
    <w:lvl w:ilvl="0" w:tplc="D11C9E1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3D3E15"/>
    <w:multiLevelType w:val="multilevel"/>
    <w:tmpl w:val="F960A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2A0BC5"/>
    <w:multiLevelType w:val="multilevel"/>
    <w:tmpl w:val="4BAA0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44603C"/>
    <w:multiLevelType w:val="hybridMultilevel"/>
    <w:tmpl w:val="0E68117A"/>
    <w:lvl w:ilvl="0" w:tplc="DC64733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D04534"/>
    <w:multiLevelType w:val="multilevel"/>
    <w:tmpl w:val="4112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3D778D"/>
    <w:multiLevelType w:val="hybridMultilevel"/>
    <w:tmpl w:val="6C9880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F4703C"/>
    <w:multiLevelType w:val="multilevel"/>
    <w:tmpl w:val="190E8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692D99"/>
    <w:multiLevelType w:val="multilevel"/>
    <w:tmpl w:val="1A36D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36520E"/>
    <w:multiLevelType w:val="multilevel"/>
    <w:tmpl w:val="76449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8A00A20"/>
    <w:multiLevelType w:val="multilevel"/>
    <w:tmpl w:val="5636B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B3A4FE9"/>
    <w:multiLevelType w:val="multilevel"/>
    <w:tmpl w:val="C978A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2E29E0"/>
    <w:multiLevelType w:val="multilevel"/>
    <w:tmpl w:val="7F288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655868"/>
    <w:multiLevelType w:val="hybridMultilevel"/>
    <w:tmpl w:val="43EE8EA2"/>
    <w:lvl w:ilvl="0" w:tplc="08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8754F0"/>
    <w:multiLevelType w:val="hybridMultilevel"/>
    <w:tmpl w:val="4A5E8E24"/>
    <w:lvl w:ilvl="0" w:tplc="BDD8A02C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815062">
    <w:abstractNumId w:val="7"/>
  </w:num>
  <w:num w:numId="2" w16cid:durableId="1083719715">
    <w:abstractNumId w:val="6"/>
  </w:num>
  <w:num w:numId="3" w16cid:durableId="1268535957">
    <w:abstractNumId w:val="26"/>
  </w:num>
  <w:num w:numId="4" w16cid:durableId="1450205300">
    <w:abstractNumId w:val="17"/>
  </w:num>
  <w:num w:numId="5" w16cid:durableId="1519738130">
    <w:abstractNumId w:val="18"/>
  </w:num>
  <w:num w:numId="6" w16cid:durableId="1614556465">
    <w:abstractNumId w:val="16"/>
  </w:num>
  <w:num w:numId="7" w16cid:durableId="1637367140">
    <w:abstractNumId w:val="8"/>
  </w:num>
  <w:num w:numId="8" w16cid:durableId="1706131200">
    <w:abstractNumId w:val="13"/>
  </w:num>
  <w:num w:numId="9" w16cid:durableId="176770922">
    <w:abstractNumId w:val="11"/>
  </w:num>
  <w:num w:numId="10" w16cid:durableId="1827820527">
    <w:abstractNumId w:val="0"/>
  </w:num>
  <w:num w:numId="11" w16cid:durableId="1912885764">
    <w:abstractNumId w:val="9"/>
  </w:num>
  <w:num w:numId="12" w16cid:durableId="2022275861">
    <w:abstractNumId w:val="10"/>
  </w:num>
  <w:num w:numId="13" w16cid:durableId="379786555">
    <w:abstractNumId w:val="12"/>
  </w:num>
  <w:num w:numId="14" w16cid:durableId="405764157">
    <w:abstractNumId w:val="23"/>
  </w:num>
  <w:num w:numId="15" w16cid:durableId="415630990">
    <w:abstractNumId w:val="3"/>
  </w:num>
  <w:num w:numId="16" w16cid:durableId="436294117">
    <w:abstractNumId w:val="25"/>
  </w:num>
  <w:num w:numId="17" w16cid:durableId="462425056">
    <w:abstractNumId w:val="1"/>
  </w:num>
  <w:num w:numId="18" w16cid:durableId="473723455">
    <w:abstractNumId w:val="4"/>
  </w:num>
  <w:num w:numId="19" w16cid:durableId="512767121">
    <w:abstractNumId w:val="15"/>
  </w:num>
  <w:num w:numId="20" w16cid:durableId="637730816">
    <w:abstractNumId w:val="14"/>
  </w:num>
  <w:num w:numId="21" w16cid:durableId="678508920">
    <w:abstractNumId w:val="24"/>
  </w:num>
  <w:num w:numId="22" w16cid:durableId="747075841">
    <w:abstractNumId w:val="5"/>
  </w:num>
  <w:num w:numId="23" w16cid:durableId="927734142">
    <w:abstractNumId w:val="2"/>
  </w:num>
  <w:num w:numId="24" w16cid:durableId="2111512279">
    <w:abstractNumId w:val="19"/>
  </w:num>
  <w:num w:numId="25" w16cid:durableId="1643804018">
    <w:abstractNumId w:val="21"/>
  </w:num>
  <w:num w:numId="26" w16cid:durableId="963119744">
    <w:abstractNumId w:val="20"/>
  </w:num>
  <w:num w:numId="27" w16cid:durableId="8384418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3F2"/>
    <w:rsid w:val="00013DB2"/>
    <w:rsid w:val="00015C3B"/>
    <w:rsid w:val="00023C5A"/>
    <w:rsid w:val="00034616"/>
    <w:rsid w:val="000402C7"/>
    <w:rsid w:val="00044B1C"/>
    <w:rsid w:val="0006063C"/>
    <w:rsid w:val="00067862"/>
    <w:rsid w:val="0007096C"/>
    <w:rsid w:val="000745A2"/>
    <w:rsid w:val="00093416"/>
    <w:rsid w:val="00096133"/>
    <w:rsid w:val="000A1662"/>
    <w:rsid w:val="000A3A40"/>
    <w:rsid w:val="000A3B56"/>
    <w:rsid w:val="000B2C51"/>
    <w:rsid w:val="000C08C8"/>
    <w:rsid w:val="000C16E3"/>
    <w:rsid w:val="000C1D55"/>
    <w:rsid w:val="000E090A"/>
    <w:rsid w:val="000E24F3"/>
    <w:rsid w:val="000F1303"/>
    <w:rsid w:val="0015074B"/>
    <w:rsid w:val="00154D53"/>
    <w:rsid w:val="001679B3"/>
    <w:rsid w:val="00171237"/>
    <w:rsid w:val="00172F4E"/>
    <w:rsid w:val="0019357D"/>
    <w:rsid w:val="00196770"/>
    <w:rsid w:val="001A0F22"/>
    <w:rsid w:val="001A31AC"/>
    <w:rsid w:val="001A56A9"/>
    <w:rsid w:val="001B1A80"/>
    <w:rsid w:val="001B2933"/>
    <w:rsid w:val="001B608F"/>
    <w:rsid w:val="001B6C55"/>
    <w:rsid w:val="0020256D"/>
    <w:rsid w:val="00205AEA"/>
    <w:rsid w:val="002127F4"/>
    <w:rsid w:val="00221E0B"/>
    <w:rsid w:val="0022236F"/>
    <w:rsid w:val="00225270"/>
    <w:rsid w:val="002379E6"/>
    <w:rsid w:val="002518EF"/>
    <w:rsid w:val="00262337"/>
    <w:rsid w:val="0027307D"/>
    <w:rsid w:val="00275280"/>
    <w:rsid w:val="0029639D"/>
    <w:rsid w:val="00297698"/>
    <w:rsid w:val="002A14B2"/>
    <w:rsid w:val="002B0500"/>
    <w:rsid w:val="002B3EA7"/>
    <w:rsid w:val="002B51A3"/>
    <w:rsid w:val="002E1AE7"/>
    <w:rsid w:val="002E740F"/>
    <w:rsid w:val="002E7C50"/>
    <w:rsid w:val="002F34D8"/>
    <w:rsid w:val="00300BF0"/>
    <w:rsid w:val="00302DE4"/>
    <w:rsid w:val="00310196"/>
    <w:rsid w:val="00326F90"/>
    <w:rsid w:val="0034192C"/>
    <w:rsid w:val="0035639C"/>
    <w:rsid w:val="00367DAA"/>
    <w:rsid w:val="003C413D"/>
    <w:rsid w:val="003D20FC"/>
    <w:rsid w:val="003E2DFB"/>
    <w:rsid w:val="003E2F05"/>
    <w:rsid w:val="003E6BC2"/>
    <w:rsid w:val="003E6FEC"/>
    <w:rsid w:val="003E7478"/>
    <w:rsid w:val="00404106"/>
    <w:rsid w:val="00404E13"/>
    <w:rsid w:val="004115A7"/>
    <w:rsid w:val="00412384"/>
    <w:rsid w:val="00413D0C"/>
    <w:rsid w:val="00427A23"/>
    <w:rsid w:val="00432370"/>
    <w:rsid w:val="00435893"/>
    <w:rsid w:val="00440714"/>
    <w:rsid w:val="00440F8D"/>
    <w:rsid w:val="00445426"/>
    <w:rsid w:val="00454772"/>
    <w:rsid w:val="00454BF3"/>
    <w:rsid w:val="004601D4"/>
    <w:rsid w:val="00462368"/>
    <w:rsid w:val="00466F85"/>
    <w:rsid w:val="00467235"/>
    <w:rsid w:val="004729D6"/>
    <w:rsid w:val="00482CF9"/>
    <w:rsid w:val="0049496E"/>
    <w:rsid w:val="00497A56"/>
    <w:rsid w:val="004A5990"/>
    <w:rsid w:val="004E612D"/>
    <w:rsid w:val="004F29C4"/>
    <w:rsid w:val="004F5A50"/>
    <w:rsid w:val="004F6488"/>
    <w:rsid w:val="00505750"/>
    <w:rsid w:val="00513300"/>
    <w:rsid w:val="00513A2D"/>
    <w:rsid w:val="00516E60"/>
    <w:rsid w:val="0054757C"/>
    <w:rsid w:val="00556184"/>
    <w:rsid w:val="0056174B"/>
    <w:rsid w:val="00563EE1"/>
    <w:rsid w:val="00564347"/>
    <w:rsid w:val="0058450D"/>
    <w:rsid w:val="00593B1F"/>
    <w:rsid w:val="005A04E6"/>
    <w:rsid w:val="005A4230"/>
    <w:rsid w:val="005A5863"/>
    <w:rsid w:val="005B647D"/>
    <w:rsid w:val="005C6808"/>
    <w:rsid w:val="005F4776"/>
    <w:rsid w:val="00600220"/>
    <w:rsid w:val="0060115D"/>
    <w:rsid w:val="00616BCA"/>
    <w:rsid w:val="006208C2"/>
    <w:rsid w:val="00670BC6"/>
    <w:rsid w:val="00680786"/>
    <w:rsid w:val="006814EB"/>
    <w:rsid w:val="006824D4"/>
    <w:rsid w:val="0068356A"/>
    <w:rsid w:val="006B51F8"/>
    <w:rsid w:val="006D61DD"/>
    <w:rsid w:val="006E6F78"/>
    <w:rsid w:val="006F03AB"/>
    <w:rsid w:val="006F3B3D"/>
    <w:rsid w:val="006F50D8"/>
    <w:rsid w:val="0072186B"/>
    <w:rsid w:val="00727042"/>
    <w:rsid w:val="00764AD8"/>
    <w:rsid w:val="00767AC2"/>
    <w:rsid w:val="0077727A"/>
    <w:rsid w:val="00783671"/>
    <w:rsid w:val="00784DEB"/>
    <w:rsid w:val="007A284E"/>
    <w:rsid w:val="007A5016"/>
    <w:rsid w:val="007B0204"/>
    <w:rsid w:val="007C1B81"/>
    <w:rsid w:val="007C4C24"/>
    <w:rsid w:val="007C5316"/>
    <w:rsid w:val="007E153F"/>
    <w:rsid w:val="007E175B"/>
    <w:rsid w:val="007E22BE"/>
    <w:rsid w:val="007F3CB5"/>
    <w:rsid w:val="007F552B"/>
    <w:rsid w:val="007F78C7"/>
    <w:rsid w:val="0080316C"/>
    <w:rsid w:val="00842652"/>
    <w:rsid w:val="00872473"/>
    <w:rsid w:val="00886041"/>
    <w:rsid w:val="008A5B29"/>
    <w:rsid w:val="008A739B"/>
    <w:rsid w:val="008B0AA3"/>
    <w:rsid w:val="008E1880"/>
    <w:rsid w:val="008E5529"/>
    <w:rsid w:val="008E628E"/>
    <w:rsid w:val="008E7F2F"/>
    <w:rsid w:val="008F08A1"/>
    <w:rsid w:val="008F1DEC"/>
    <w:rsid w:val="00922813"/>
    <w:rsid w:val="00935C8E"/>
    <w:rsid w:val="00936165"/>
    <w:rsid w:val="00936D97"/>
    <w:rsid w:val="009459F2"/>
    <w:rsid w:val="00951120"/>
    <w:rsid w:val="0095285E"/>
    <w:rsid w:val="00963627"/>
    <w:rsid w:val="009736DB"/>
    <w:rsid w:val="009815B5"/>
    <w:rsid w:val="00990251"/>
    <w:rsid w:val="009A44BF"/>
    <w:rsid w:val="009B14EC"/>
    <w:rsid w:val="009D67C5"/>
    <w:rsid w:val="00A236E4"/>
    <w:rsid w:val="00A31BA4"/>
    <w:rsid w:val="00A613CF"/>
    <w:rsid w:val="00AA1D8D"/>
    <w:rsid w:val="00AB12B6"/>
    <w:rsid w:val="00AC1FEA"/>
    <w:rsid w:val="00AC2A53"/>
    <w:rsid w:val="00AC2ABB"/>
    <w:rsid w:val="00AD37F9"/>
    <w:rsid w:val="00AD381C"/>
    <w:rsid w:val="00AE1622"/>
    <w:rsid w:val="00B011FB"/>
    <w:rsid w:val="00B04451"/>
    <w:rsid w:val="00B06117"/>
    <w:rsid w:val="00B06F5D"/>
    <w:rsid w:val="00B369D0"/>
    <w:rsid w:val="00B43857"/>
    <w:rsid w:val="00B47730"/>
    <w:rsid w:val="00B54D4B"/>
    <w:rsid w:val="00B75A5B"/>
    <w:rsid w:val="00B85102"/>
    <w:rsid w:val="00B95B4E"/>
    <w:rsid w:val="00B97300"/>
    <w:rsid w:val="00B9746F"/>
    <w:rsid w:val="00BA59BD"/>
    <w:rsid w:val="00BA6D0B"/>
    <w:rsid w:val="00BA7CF0"/>
    <w:rsid w:val="00BC0423"/>
    <w:rsid w:val="00BD3859"/>
    <w:rsid w:val="00BE5F5B"/>
    <w:rsid w:val="00C10E8F"/>
    <w:rsid w:val="00C14B2B"/>
    <w:rsid w:val="00C27E30"/>
    <w:rsid w:val="00C34C2B"/>
    <w:rsid w:val="00C56714"/>
    <w:rsid w:val="00C73B27"/>
    <w:rsid w:val="00C8013C"/>
    <w:rsid w:val="00C86B71"/>
    <w:rsid w:val="00C9759F"/>
    <w:rsid w:val="00CA229B"/>
    <w:rsid w:val="00CA60C7"/>
    <w:rsid w:val="00CB0664"/>
    <w:rsid w:val="00CC218E"/>
    <w:rsid w:val="00CC7EE6"/>
    <w:rsid w:val="00CD296B"/>
    <w:rsid w:val="00CD44E1"/>
    <w:rsid w:val="00CD5619"/>
    <w:rsid w:val="00CE63FC"/>
    <w:rsid w:val="00CF2FFA"/>
    <w:rsid w:val="00D1031B"/>
    <w:rsid w:val="00D36688"/>
    <w:rsid w:val="00D41F2C"/>
    <w:rsid w:val="00D605B6"/>
    <w:rsid w:val="00D73BDD"/>
    <w:rsid w:val="00D94201"/>
    <w:rsid w:val="00D97061"/>
    <w:rsid w:val="00D97E02"/>
    <w:rsid w:val="00DA3781"/>
    <w:rsid w:val="00DA449A"/>
    <w:rsid w:val="00DA599E"/>
    <w:rsid w:val="00DB3D0D"/>
    <w:rsid w:val="00DB6CC7"/>
    <w:rsid w:val="00DB7515"/>
    <w:rsid w:val="00DE1B95"/>
    <w:rsid w:val="00E03043"/>
    <w:rsid w:val="00E04A2C"/>
    <w:rsid w:val="00E04FEF"/>
    <w:rsid w:val="00E15CD9"/>
    <w:rsid w:val="00E20A93"/>
    <w:rsid w:val="00E2169B"/>
    <w:rsid w:val="00E22663"/>
    <w:rsid w:val="00E275EA"/>
    <w:rsid w:val="00E30676"/>
    <w:rsid w:val="00E40F8A"/>
    <w:rsid w:val="00E4300B"/>
    <w:rsid w:val="00E51888"/>
    <w:rsid w:val="00E66984"/>
    <w:rsid w:val="00E8604F"/>
    <w:rsid w:val="00EA64D6"/>
    <w:rsid w:val="00EB0BEE"/>
    <w:rsid w:val="00EB3E41"/>
    <w:rsid w:val="00EC1A98"/>
    <w:rsid w:val="00EC2BBC"/>
    <w:rsid w:val="00EE5533"/>
    <w:rsid w:val="00EE7107"/>
    <w:rsid w:val="00EF64BA"/>
    <w:rsid w:val="00F05A25"/>
    <w:rsid w:val="00F21D64"/>
    <w:rsid w:val="00F26B3C"/>
    <w:rsid w:val="00F4042D"/>
    <w:rsid w:val="00F53F06"/>
    <w:rsid w:val="00F616F5"/>
    <w:rsid w:val="00F624B0"/>
    <w:rsid w:val="00F6591F"/>
    <w:rsid w:val="00F71EAC"/>
    <w:rsid w:val="00F8138A"/>
    <w:rsid w:val="00F915E1"/>
    <w:rsid w:val="00F93BCF"/>
    <w:rsid w:val="00FB0DD2"/>
    <w:rsid w:val="00FC693F"/>
    <w:rsid w:val="00FF78E9"/>
    <w:rsid w:val="255D8227"/>
    <w:rsid w:val="2C5FE234"/>
    <w:rsid w:val="35C8AC6D"/>
    <w:rsid w:val="4606C0B0"/>
    <w:rsid w:val="468200EC"/>
    <w:rsid w:val="51AE51D0"/>
    <w:rsid w:val="56B384FB"/>
    <w:rsid w:val="62E6ED31"/>
    <w:rsid w:val="6B6046C2"/>
    <w:rsid w:val="7A64B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580B275F-8502-47AF-BF89-907FA486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22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23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1">
    <w:name w:val="Colorful Shading -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2">
    <w:name w:val="Colorful Shading -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3">
    <w:name w:val="Colorful Shading -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-Accent4">
    <w:name w:val="Colorful Shading -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5">
    <w:name w:val="Colorful Shading -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-Accent6">
    <w:name w:val="Colorful Shading -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-Accent1">
    <w:name w:val="Colorful List -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-Accent2">
    <w:name w:val="Colorful List -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-Accent3">
    <w:name w:val="Colorful List -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-Accent4">
    <w:name w:val="Colorful List -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-Accent5">
    <w:name w:val="Colorful List -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-Accent6">
    <w:name w:val="Colorful List -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-Accent1">
    <w:name w:val="Colorful Grid -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-Accent2">
    <w:name w:val="Colorful Grid -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-Accent3">
    <w:name w:val="Colorful Grid -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-Accent4">
    <w:name w:val="Colorful Grid -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-Accent5">
    <w:name w:val="Colorful Grid -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-Accent6">
    <w:name w:val="Colorful Grid -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0C1D5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ce72ac1-2dff-4e06-a751-20dc2bc26b88">
      <Terms xmlns="http://schemas.microsoft.com/office/infopath/2007/PartnerControls"/>
    </lcf76f155ced4ddcb4097134ff3c332f>
    <TaxCatchAll xmlns="c85f8ed6-da34-46ef-82c4-42fdeec9aba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D5F1FB52D2D04AA1AFD55021251060" ma:contentTypeVersion="14" ma:contentTypeDescription="Create a new document." ma:contentTypeScope="" ma:versionID="5ad499bc8385d2592b178c9c424b764d">
  <xsd:schema xmlns:xsd="http://www.w3.org/2001/XMLSchema" xmlns:xs="http://www.w3.org/2001/XMLSchema" xmlns:p="http://schemas.microsoft.com/office/2006/metadata/properties" xmlns:ns2="1ce72ac1-2dff-4e06-a751-20dc2bc26b88" xmlns:ns3="c85f8ed6-da34-46ef-82c4-42fdeec9abaf" targetNamespace="http://schemas.microsoft.com/office/2006/metadata/properties" ma:root="true" ma:fieldsID="9c8d3061074f4323a4e205c075397973" ns2:_="" ns3:_="">
    <xsd:import namespace="1ce72ac1-2dff-4e06-a751-20dc2bc26b88"/>
    <xsd:import namespace="c85f8ed6-da34-46ef-82c4-42fdeec9ab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e72ac1-2dff-4e06-a751-20dc2bc26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5f8ed6-da34-46ef-82c4-42fdeec9ab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1649391-529e-4a3b-967f-dbf2e540223f}" ma:internalName="TaxCatchAll" ma:showField="CatchAllData" ma:web="c85f8ed6-da34-46ef-82c4-42fdeec9ab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57BDC8-1313-4CE9-B9B3-979FAEB091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416452-5938-4130-BA2D-E427DBE2F919}">
  <ds:schemaRefs>
    <ds:schemaRef ds:uri="http://schemas.microsoft.com/office/2006/metadata/properties"/>
    <ds:schemaRef ds:uri="http://schemas.microsoft.com/office/infopath/2007/PartnerControls"/>
    <ds:schemaRef ds:uri="1ce72ac1-2dff-4e06-a751-20dc2bc26b88"/>
    <ds:schemaRef ds:uri="c85f8ed6-da34-46ef-82c4-42fdeec9abaf"/>
  </ds:schemaRefs>
</ds:datastoreItem>
</file>

<file path=customXml/itemProps4.xml><?xml version="1.0" encoding="utf-8"?>
<ds:datastoreItem xmlns:ds="http://schemas.openxmlformats.org/officeDocument/2006/customXml" ds:itemID="{F050F43D-00EA-41DB-9731-31E8DA83F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e72ac1-2dff-4e06-a751-20dc2bc26b88"/>
    <ds:schemaRef ds:uri="c85f8ed6-da34-46ef-82c4-42fdeec9ab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644</Words>
  <Characters>3672</Characters>
  <Application>Microsoft Office Word</Application>
  <DocSecurity>0</DocSecurity>
  <Lines>30</Lines>
  <Paragraphs>8</Paragraphs>
  <ScaleCrop>false</ScaleCrop>
  <Manager/>
  <Company/>
  <LinksUpToDate>false</LinksUpToDate>
  <CharactersWithSpaces>4308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Lettis</dc:creator>
  <cp:keywords/>
  <dc:description>generated by python-docx</dc:description>
  <cp:lastModifiedBy>Lisa Lettis</cp:lastModifiedBy>
  <cp:revision>32</cp:revision>
  <dcterms:created xsi:type="dcterms:W3CDTF">2026-10-09T11:03:00Z</dcterms:created>
  <dcterms:modified xsi:type="dcterms:W3CDTF">2026-10-13T08:41:00Z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381991-eab8-4fff-8f2f-4f88109aa1cd_Enabled">
    <vt:lpwstr>true</vt:lpwstr>
  </property>
  <property fmtid="{D5CDD505-2E9C-101B-9397-08002B2CF9AE}" pid="3" name="MSIP_Label_3c381991-eab8-4fff-8f2f-4f88109aa1cd_SetDate">
    <vt:lpwstr>2026-04-14T15:29:33Z</vt:lpwstr>
  </property>
  <property fmtid="{D5CDD505-2E9C-101B-9397-08002B2CF9AE}" pid="4" name="MSIP_Label_3c381991-eab8-4fff-8f2f-4f88109aa1cd_Method">
    <vt:lpwstr>Standard</vt:lpwstr>
  </property>
  <property fmtid="{D5CDD505-2E9C-101B-9397-08002B2CF9AE}" pid="5" name="MSIP_Label_3c381991-eab8-4fff-8f2f-4f88109aa1cd_Name">
    <vt:lpwstr>Official</vt:lpwstr>
  </property>
  <property fmtid="{D5CDD505-2E9C-101B-9397-08002B2CF9AE}" pid="6" name="MSIP_Label_3c381991-eab8-4fff-8f2f-4f88109aa1cd_SiteId">
    <vt:lpwstr>a98f953b-d618-4b43-8a65-0382681bd283</vt:lpwstr>
  </property>
  <property fmtid="{D5CDD505-2E9C-101B-9397-08002B2CF9AE}" pid="7" name="MSIP_Label_3c381991-eab8-4fff-8f2f-4f88109aa1cd_ActionId">
    <vt:lpwstr>cc7d63c2-caee-4710-8f7d-b5e90a9c3fbb</vt:lpwstr>
  </property>
  <property fmtid="{D5CDD505-2E9C-101B-9397-08002B2CF9AE}" pid="8" name="MSIP_Label_3c381991-eab8-4fff-8f2f-4f88109aa1cd_ContentBits">
    <vt:lpwstr>0</vt:lpwstr>
  </property>
  <property fmtid="{D5CDD505-2E9C-101B-9397-08002B2CF9AE}" pid="9" name="MSIP_Label_3c381991-eab8-4fff-8f2f-4f88109aa1cd_Tag">
    <vt:lpwstr>10, 3, 0, 1</vt:lpwstr>
  </property>
  <property fmtid="{D5CDD505-2E9C-101B-9397-08002B2CF9AE}" pid="10" name="ContentTypeId">
    <vt:lpwstr>0x010100EAD5F1FB52D2D04AA1AFD55021251060</vt:lpwstr>
  </property>
  <property fmtid="{D5CDD505-2E9C-101B-9397-08002B2CF9AE}" pid="11" name="MediaServiceImageTags">
    <vt:lpwstr/>
  </property>
</Properties>
</file>