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6173BB20" w:rsidR="0072186B" w:rsidRDefault="00CD296B">
      <w:pPr>
        <w:pStyle w:val="Heading2"/>
      </w:pPr>
      <w:r>
        <w:t>Overarching Theme:</w:t>
      </w:r>
      <w:r w:rsidR="00600220">
        <w:t xml:space="preserve"> </w:t>
      </w:r>
      <w:r w:rsidR="00602253">
        <w:t>Sustainability and Enterprise (First Level)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874"/>
        <w:gridCol w:w="3425"/>
        <w:gridCol w:w="3242"/>
      </w:tblGrid>
      <w:tr w:rsidR="00602253" w14:paraId="703E5FCF" w14:textId="77777777" w:rsidTr="006022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D9D9D9" w:themeFill="background1" w:themeFillShade="D9"/>
          </w:tcPr>
          <w:p w14:paraId="3F1319A9" w14:textId="77777777" w:rsidR="00602253" w:rsidRDefault="00602253" w:rsidP="002E738D">
            <w:r>
              <w:t>Project Challenge</w:t>
            </w:r>
          </w:p>
        </w:tc>
        <w:tc>
          <w:tcPr>
            <w:tcW w:w="3425" w:type="dxa"/>
            <w:shd w:val="clear" w:color="auto" w:fill="D9D9D9" w:themeFill="background1" w:themeFillShade="D9"/>
          </w:tcPr>
          <w:p w14:paraId="5ACC3F9C" w14:textId="7A29E668" w:rsidR="00602253" w:rsidRDefault="00602253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242" w:type="dxa"/>
            <w:shd w:val="clear" w:color="auto" w:fill="D9D9D9" w:themeFill="background1" w:themeFillShade="D9"/>
          </w:tcPr>
          <w:p w14:paraId="68B12DFE" w14:textId="77777777" w:rsidR="00602253" w:rsidRDefault="00602253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602253" w14:paraId="0E1B9A3E" w14:textId="77777777" w:rsidTr="00602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FFFFFF" w:themeFill="background1"/>
          </w:tcPr>
          <w:p w14:paraId="0D3F13D8" w14:textId="3E2DDC91" w:rsidR="00602253" w:rsidRPr="00075B68" w:rsidRDefault="00602253" w:rsidP="002E738D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b w:val="0"/>
                <w:bCs w:val="0"/>
                <w:sz w:val="20"/>
                <w:szCs w:val="20"/>
                <w:lang w:val="en-GB"/>
              </w:rPr>
              <w:t xml:space="preserve">How can </w:t>
            </w:r>
            <w:r w:rsidR="00460A60">
              <w:rPr>
                <w:b w:val="0"/>
                <w:bCs w:val="0"/>
                <w:sz w:val="20"/>
                <w:szCs w:val="20"/>
                <w:lang w:val="en-GB"/>
              </w:rPr>
              <w:t>encourage people to</w:t>
            </w:r>
            <w:r>
              <w:rPr>
                <w:b w:val="0"/>
                <w:bCs w:val="0"/>
                <w:sz w:val="20"/>
                <w:szCs w:val="20"/>
                <w:lang w:val="en-GB"/>
              </w:rPr>
              <w:t xml:space="preserve"> give toys a second life?</w:t>
            </w:r>
          </w:p>
          <w:p w14:paraId="0D8AA4D5" w14:textId="77777777" w:rsidR="00602253" w:rsidRPr="00DB6CC7" w:rsidRDefault="00602253" w:rsidP="002E738D">
            <w:pPr>
              <w:rPr>
                <w:sz w:val="20"/>
                <w:szCs w:val="20"/>
              </w:rPr>
            </w:pPr>
          </w:p>
          <w:p w14:paraId="47E910B2" w14:textId="77777777" w:rsidR="00602253" w:rsidRPr="00DB6CC7" w:rsidRDefault="00602253" w:rsidP="002E738D">
            <w:pPr>
              <w:rPr>
                <w:sz w:val="20"/>
                <w:szCs w:val="20"/>
              </w:rPr>
            </w:pPr>
          </w:p>
        </w:tc>
        <w:tc>
          <w:tcPr>
            <w:tcW w:w="3425" w:type="dxa"/>
            <w:shd w:val="clear" w:color="auto" w:fill="FFFFFF" w:themeFill="background1"/>
          </w:tcPr>
          <w:p w14:paraId="2CD20E6B" w14:textId="007191BF" w:rsidR="00814A15" w:rsidRDefault="00814A15" w:rsidP="00814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Encourage people to reuse, repair, recycle or rethink unwanted toys</w:t>
            </w:r>
          </w:p>
          <w:p w14:paraId="7ABE6C97" w14:textId="77777777" w:rsidR="00814A15" w:rsidRPr="00814A15" w:rsidRDefault="00814A15" w:rsidP="00814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117FDBA4" w14:textId="77777777" w:rsidR="00814A15" w:rsidRPr="00814A15" w:rsidRDefault="00814A15" w:rsidP="00814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814A15">
              <w:rPr>
                <w:b/>
                <w:bCs/>
                <w:sz w:val="20"/>
                <w:szCs w:val="20"/>
                <w:lang w:val="en-GB"/>
              </w:rPr>
              <w:t>Learners may choose to:</w:t>
            </w:r>
          </w:p>
          <w:p w14:paraId="7119E1F7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Organise and run a Toy Swap Shop</w:t>
            </w:r>
          </w:p>
          <w:p w14:paraId="08FEB433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Create an advertising campaign promoting toy reuse</w:t>
            </w:r>
          </w:p>
          <w:p w14:paraId="2E53B88F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Design posters, leaflets or digital adverts</w:t>
            </w:r>
          </w:p>
          <w:p w14:paraId="5CDC09FC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Create a toy repair guide</w:t>
            </w:r>
          </w:p>
          <w:p w14:paraId="0077DFB1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Design and make a toy using recycled materials</w:t>
            </w:r>
          </w:p>
          <w:p w14:paraId="11CD464C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Produce a presentation, video or podcast</w:t>
            </w:r>
          </w:p>
          <w:p w14:paraId="0B0E7F8C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Conduct consumer research and share findings</w:t>
            </w:r>
          </w:p>
          <w:p w14:paraId="463FC3BC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Create a proposal to reduce toy waste in our school/community</w:t>
            </w:r>
          </w:p>
          <w:p w14:paraId="1744E964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Develop a new toy from recycled or repurposed materials</w:t>
            </w:r>
          </w:p>
          <w:p w14:paraId="49BA5447" w14:textId="77777777" w:rsidR="00814A15" w:rsidRPr="00814A15" w:rsidRDefault="00814A15" w:rsidP="00814A15">
            <w:pPr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14A15">
              <w:rPr>
                <w:sz w:val="20"/>
                <w:szCs w:val="20"/>
                <w:lang w:val="en-GB"/>
              </w:rPr>
              <w:t>Create an information book or guide about giving toys a second life</w:t>
            </w:r>
          </w:p>
          <w:p w14:paraId="4F49CC39" w14:textId="7C539041" w:rsidR="00602253" w:rsidRPr="00075B68" w:rsidRDefault="00602253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3242" w:type="dxa"/>
            <w:shd w:val="clear" w:color="auto" w:fill="FFFFFF" w:themeFill="background1"/>
          </w:tcPr>
          <w:p w14:paraId="2DFDDCC3" w14:textId="3115A592" w:rsidR="00342766" w:rsidRDefault="00342766" w:rsidP="003427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</w:t>
            </w:r>
            <w:r w:rsidRPr="00342766">
              <w:rPr>
                <w:sz w:val="20"/>
                <w:szCs w:val="20"/>
                <w:lang w:val="en-GB"/>
              </w:rPr>
              <w:t xml:space="preserve"> collection of unwanted toys in the classroom with labels </w:t>
            </w:r>
            <w:proofErr w:type="gramStart"/>
            <w:r w:rsidRPr="00342766">
              <w:rPr>
                <w:sz w:val="20"/>
                <w:szCs w:val="20"/>
                <w:lang w:val="en-GB"/>
              </w:rPr>
              <w:t>saying</w:t>
            </w:r>
            <w:proofErr w:type="gramEnd"/>
            <w:r w:rsidRPr="00342766">
              <w:rPr>
                <w:sz w:val="20"/>
                <w:szCs w:val="20"/>
                <w:lang w:val="en-GB"/>
              </w:rPr>
              <w:t xml:space="preserve"> "Bin Me" and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342766">
              <w:rPr>
                <w:sz w:val="20"/>
                <w:szCs w:val="20"/>
                <w:lang w:val="en-GB"/>
              </w:rPr>
              <w:t>"Save Me</w:t>
            </w:r>
          </w:p>
          <w:p w14:paraId="3C3ADF4D" w14:textId="77777777" w:rsidR="00342766" w:rsidRDefault="00342766" w:rsidP="003427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0C994CDA" w14:textId="77777777" w:rsidR="00CC0AF2" w:rsidRPr="00CC0AF2" w:rsidRDefault="00CC0AF2" w:rsidP="00CC0A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CC0AF2">
              <w:rPr>
                <w:sz w:val="20"/>
                <w:szCs w:val="20"/>
                <w:lang w:val="en-GB"/>
              </w:rPr>
              <w:t>Mystery box challenge containing worn, broken and unwanted toys. Can they be reused, repaired or repurposed?</w:t>
            </w:r>
          </w:p>
          <w:p w14:paraId="3398EB1B" w14:textId="77777777" w:rsidR="00342766" w:rsidRDefault="00342766" w:rsidP="003427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1B311590" w14:textId="4B37F59B" w:rsidR="00CC0AF2" w:rsidRDefault="00CC0AF2" w:rsidP="00CC0A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CC0AF2">
              <w:rPr>
                <w:sz w:val="20"/>
                <w:szCs w:val="20"/>
                <w:lang w:val="en-GB"/>
              </w:rPr>
              <w:t>Video message from a fictional recycling company asking pupils to help reduce toy waste in the community</w:t>
            </w:r>
          </w:p>
          <w:p w14:paraId="0A35C2B3" w14:textId="77777777" w:rsidR="008B5BD1" w:rsidRDefault="008B5BD1" w:rsidP="00CC0A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5D2C789A" w14:textId="082A32C4" w:rsidR="00602253" w:rsidRPr="00267A72" w:rsidRDefault="008B5BD1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Clip from Toy Story- Andy’s toys </w:t>
            </w:r>
          </w:p>
        </w:tc>
      </w:tr>
    </w:tbl>
    <w:p w14:paraId="36C5030F" w14:textId="77777777" w:rsidR="00D61E7B" w:rsidRPr="00D61E7B" w:rsidRDefault="00D61E7B" w:rsidP="00D61E7B"/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 xml:space="preserve">Selected Experiences and Outcomes identify intended learning. Additional Es and </w:t>
      </w:r>
      <w:proofErr w:type="spellStart"/>
      <w:r>
        <w:t>Os</w:t>
      </w:r>
      <w:proofErr w:type="spellEnd"/>
      <w:r>
        <w:t xml:space="preserve">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68"/>
        <w:gridCol w:w="2874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66F3241D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2516B3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>Explore how technologies can be used to solve problems and meet people's needs (TCH 1-06a)</w:t>
            </w:r>
          </w:p>
          <w:p w14:paraId="721C6DA1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18BD5836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2516B3">
              <w:rPr>
                <w:b w:val="0"/>
                <w:bCs w:val="0"/>
                <w:sz w:val="18"/>
                <w:szCs w:val="18"/>
                <w:lang w:val="en-GB"/>
              </w:rPr>
              <w:t>Use skills in design and making to develop practical solutions (TCH 1-09a)</w:t>
            </w:r>
          </w:p>
          <w:p w14:paraId="60B8DDDC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32EDC3C5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2516B3">
              <w:rPr>
                <w:b w:val="0"/>
                <w:bCs w:val="0"/>
                <w:sz w:val="18"/>
                <w:szCs w:val="18"/>
                <w:lang w:val="en-GB"/>
              </w:rPr>
              <w:t>Develop an awareness of enterprise and how people make choices about resources and spending (SOC 1-20a)</w:t>
            </w:r>
          </w:p>
          <w:p w14:paraId="17E9D397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667C203A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2516B3">
              <w:rPr>
                <w:b w:val="0"/>
                <w:bCs w:val="0"/>
                <w:sz w:val="18"/>
                <w:szCs w:val="18"/>
                <w:lang w:val="en-GB"/>
              </w:rPr>
              <w:t>Use money and simple budgeting skills in real-life contexts (MNU 1-09a)</w:t>
            </w:r>
          </w:p>
          <w:p w14:paraId="0D14B767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42ED2BBC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2516B3">
              <w:rPr>
                <w:b w:val="0"/>
                <w:bCs w:val="0"/>
                <w:sz w:val="18"/>
                <w:szCs w:val="18"/>
                <w:lang w:val="en-GB"/>
              </w:rPr>
              <w:t>Create texts for different purposes and audiences (LIT 1-26a)</w:t>
            </w:r>
          </w:p>
          <w:p w14:paraId="3C8A0674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1FB39CE5" w14:textId="77777777" w:rsidR="002516B3" w:rsidRPr="002516B3" w:rsidRDefault="002516B3" w:rsidP="002516B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2516B3">
              <w:rPr>
                <w:b w:val="0"/>
                <w:bCs w:val="0"/>
                <w:sz w:val="18"/>
                <w:szCs w:val="18"/>
                <w:lang w:val="en-GB"/>
              </w:rPr>
              <w:t>Organise and communicate information effectively (LIT 1-29a)</w:t>
            </w:r>
          </w:p>
          <w:p w14:paraId="53D33A56" w14:textId="77777777" w:rsidR="00C14B2B" w:rsidRDefault="00C14B2B" w:rsidP="00C14B2B">
            <w:pPr>
              <w:rPr>
                <w:i/>
                <w:iCs/>
                <w:sz w:val="18"/>
                <w:szCs w:val="18"/>
                <w:lang w:val="en-GB"/>
              </w:rPr>
            </w:pPr>
          </w:p>
          <w:p w14:paraId="506C8FEB" w14:textId="77777777" w:rsidR="00C14B2B" w:rsidRPr="00C14B2B" w:rsidRDefault="00C14B2B" w:rsidP="00C14B2B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DC580A6" w14:textId="77777777" w:rsidR="002E7C50" w:rsidRPr="002E7C50" w:rsidRDefault="002E7C50" w:rsidP="002E7C50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4EC2A001" w14:textId="77777777" w:rsidR="002F6964" w:rsidRPr="002F6964" w:rsidRDefault="002F6964" w:rsidP="002F6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2F6964">
              <w:rPr>
                <w:b/>
                <w:bCs/>
                <w:sz w:val="18"/>
                <w:szCs w:val="18"/>
                <w:lang w:val="en-GB"/>
              </w:rPr>
              <w:t>Learners can:</w:t>
            </w:r>
          </w:p>
          <w:p w14:paraId="05A3F93A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Investigate why reusing and recycling materials is importan</w:t>
            </w:r>
            <w:r w:rsidR="00D51B0A">
              <w:rPr>
                <w:sz w:val="18"/>
                <w:szCs w:val="18"/>
                <w:lang w:val="en-GB"/>
              </w:rPr>
              <w:t>t</w:t>
            </w:r>
          </w:p>
          <w:p w14:paraId="63884F3D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Explain how giving toys a second life can reduce waste</w:t>
            </w:r>
          </w:p>
          <w:p w14:paraId="269B57EA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Identify needs and wants when making decisions about toys</w:t>
            </w:r>
          </w:p>
          <w:p w14:paraId="7A5B1E7B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Use simple budgeting and money skills in a real-life context</w:t>
            </w:r>
          </w:p>
          <w:p w14:paraId="65C88218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Gather, organise and present information from different sources</w:t>
            </w:r>
          </w:p>
          <w:p w14:paraId="1C34D5F2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Work collaboratively to plan and run a Toy Swap Shop</w:t>
            </w:r>
          </w:p>
          <w:p w14:paraId="11459D77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Create persuasive materials to encourage sustainable choices</w:t>
            </w:r>
          </w:p>
          <w:p w14:paraId="45097C29" w14:textId="77777777" w:rsidR="00D51B0A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Design, adapt or repurpose toys for a new purpose</w:t>
            </w:r>
          </w:p>
          <w:p w14:paraId="07A364E2" w14:textId="17ECFF59" w:rsidR="002F6964" w:rsidRDefault="002F6964" w:rsidP="002F69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51B0A">
              <w:rPr>
                <w:sz w:val="18"/>
                <w:szCs w:val="18"/>
                <w:lang w:val="en-GB"/>
              </w:rPr>
              <w:t>Present learning to an audience</w:t>
            </w:r>
          </w:p>
          <w:p w14:paraId="5453E71A" w14:textId="77777777" w:rsidR="00D51B0A" w:rsidRDefault="00D51B0A" w:rsidP="00D51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5C2C101C" w14:textId="7C062C26" w:rsidR="00D51B0A" w:rsidRDefault="00D51B0A" w:rsidP="00D51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Possible evidence:</w:t>
            </w:r>
          </w:p>
          <w:p w14:paraId="5A9457F8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>Toy investigations and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0F78B1">
              <w:rPr>
                <w:sz w:val="18"/>
                <w:szCs w:val="18"/>
                <w:lang w:val="en-GB"/>
              </w:rPr>
              <w:t xml:space="preserve">surveys </w:t>
            </w:r>
          </w:p>
          <w:p w14:paraId="70C5F343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 xml:space="preserve">Toy designs and prototypes </w:t>
            </w:r>
          </w:p>
          <w:p w14:paraId="40C18F4D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 xml:space="preserve">Recycled toy creations </w:t>
            </w:r>
          </w:p>
          <w:p w14:paraId="7BA9D6EC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 xml:space="preserve">Advertising and promotional materials </w:t>
            </w:r>
          </w:p>
          <w:p w14:paraId="12319A0A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 xml:space="preserve">Toy Swap Shop planning and evaluation </w:t>
            </w:r>
          </w:p>
          <w:p w14:paraId="4A44F648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</w:t>
            </w:r>
            <w:r w:rsidRPr="000F78B1">
              <w:rPr>
                <w:sz w:val="18"/>
                <w:szCs w:val="18"/>
                <w:lang w:val="en-GB"/>
              </w:rPr>
              <w:t>igital presentations</w:t>
            </w:r>
          </w:p>
          <w:p w14:paraId="6CFFDFED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 xml:space="preserve">Consumer research findings </w:t>
            </w:r>
          </w:p>
          <w:p w14:paraId="4AE5FC89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>Learning conversations</w:t>
            </w:r>
          </w:p>
          <w:p w14:paraId="02EDA888" w14:textId="77777777" w:rsidR="000F78B1" w:rsidRDefault="000F78B1" w:rsidP="000F78B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11A03395" w:rsidR="000E0DD3" w:rsidRPr="000F78B1" w:rsidRDefault="000F78B1" w:rsidP="005D52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F78B1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512C2E">
              <w:trPr>
                <w:trHeight w:val="490"/>
              </w:trPr>
              <w:tc>
                <w:tcPr>
                  <w:tcW w:w="1078" w:type="dxa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205932">
              <w:trPr>
                <w:trHeight w:val="522"/>
              </w:trPr>
              <w:tc>
                <w:tcPr>
                  <w:tcW w:w="1078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205932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205932">
              <w:trPr>
                <w:trHeight w:val="490"/>
              </w:trPr>
              <w:tc>
                <w:tcPr>
                  <w:tcW w:w="1078" w:type="dxa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512C2E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</w:t>
            </w:r>
            <w:proofErr w:type="gramStart"/>
            <w:r>
              <w:t>may be</w:t>
            </w:r>
            <w:proofErr w:type="gramEnd"/>
            <w:r>
              <w:t xml:space="preserve">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61E7B" w14:paraId="390E8E05" w14:textId="77777777" w:rsidTr="00FC35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2954025C" w14:textId="77777777" w:rsidR="0024027D" w:rsidRPr="0024027D" w:rsidRDefault="0024027D" w:rsidP="0024027D">
            <w:pPr>
              <w:rPr>
                <w:sz w:val="18"/>
                <w:szCs w:val="18"/>
                <w:lang w:val="en-GB"/>
              </w:rPr>
            </w:pPr>
            <w:r w:rsidRPr="0024027D">
              <w:rPr>
                <w:sz w:val="18"/>
                <w:szCs w:val="18"/>
                <w:lang w:val="en-GB"/>
              </w:rPr>
              <w:lastRenderedPageBreak/>
              <w:t>Generate and record enquiry questions which guide the project and are revisited throughout the enquiry</w:t>
            </w:r>
          </w:p>
          <w:p w14:paraId="7AB15316" w14:textId="77777777" w:rsidR="00B136D5" w:rsidRDefault="00B136D5" w:rsidP="00F56714">
            <w:pPr>
              <w:rPr>
                <w:sz w:val="18"/>
                <w:szCs w:val="18"/>
                <w:lang w:val="en-GB"/>
              </w:rPr>
            </w:pPr>
          </w:p>
          <w:p w14:paraId="569C18F9" w14:textId="20B17729" w:rsidR="00F56714" w:rsidRPr="00376B1A" w:rsidRDefault="00F56714" w:rsidP="00376B1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Investigate toys from the past and present</w:t>
            </w:r>
          </w:p>
          <w:p w14:paraId="3D76ED3C" w14:textId="62283359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Explore how toys are designed and manufactured</w:t>
            </w:r>
          </w:p>
          <w:p w14:paraId="1677FC67" w14:textId="501D14A6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Investigate materials used to make toys</w:t>
            </w:r>
          </w:p>
          <w:p w14:paraId="141ABA96" w14:textId="07C46DF5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Explore recycling, reusing and sustainability</w:t>
            </w:r>
          </w:p>
          <w:p w14:paraId="6074C4B0" w14:textId="66DFA34E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Discuss needs, wants and consumer choices</w:t>
            </w:r>
          </w:p>
          <w:p w14:paraId="7AAA769D" w14:textId="3A874841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Develop budgeting and money-management skills</w:t>
            </w:r>
          </w:p>
          <w:p w14:paraId="78956DB4" w14:textId="37147704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Explore how advertising influences choices</w:t>
            </w:r>
          </w:p>
          <w:p w14:paraId="179E7839" w14:textId="19429D1D" w:rsidR="00F56714" w:rsidRPr="00376B1A" w:rsidRDefault="00F56714" w:rsidP="00F5671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Investigate quality control and product safety</w:t>
            </w:r>
          </w:p>
          <w:p w14:paraId="4DA7CA73" w14:textId="454879DE" w:rsidR="007C4D97" w:rsidRPr="00376B1A" w:rsidRDefault="00F56714" w:rsidP="00AA11F5">
            <w:pPr>
              <w:pStyle w:val="ListParagraph"/>
              <w:numPr>
                <w:ilvl w:val="0"/>
                <w:numId w:val="19"/>
              </w:numPr>
              <w:rPr>
                <w:sz w:val="18"/>
                <w:szCs w:val="18"/>
                <w:lang w:val="en-GB"/>
              </w:rPr>
            </w:pPr>
            <w:r w:rsidRPr="00376B1A">
              <w:rPr>
                <w:b w:val="0"/>
                <w:bCs w:val="0"/>
                <w:sz w:val="18"/>
                <w:szCs w:val="18"/>
                <w:lang w:val="en-GB"/>
              </w:rPr>
              <w:t>Discuss ways to reduce waste within our community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0892168F" w14:textId="09CBFABD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Research toys through time</w:t>
            </w:r>
          </w:p>
          <w:p w14:paraId="677816E2" w14:textId="715EDAE8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 xml:space="preserve">Investigate materials used to make toys </w:t>
            </w:r>
          </w:p>
          <w:p w14:paraId="0512B904" w14:textId="191E62D1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Explore how toys work through a t</w:t>
            </w:r>
            <w:r w:rsidR="00FE7D10">
              <w:rPr>
                <w:b w:val="0"/>
                <w:bCs w:val="0"/>
                <w:sz w:val="18"/>
                <w:szCs w:val="18"/>
                <w:lang w:val="en-GB"/>
              </w:rPr>
              <w:t>i</w:t>
            </w: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nker station</w:t>
            </w:r>
          </w:p>
          <w:p w14:paraId="3A508AEC" w14:textId="4C8230BF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Compare old and modern toys</w:t>
            </w:r>
          </w:p>
          <w:p w14:paraId="3EEE499D" w14:textId="22BB311D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Investigate where unwanted toys go</w:t>
            </w:r>
          </w:p>
          <w:p w14:paraId="568AE99F" w14:textId="0043ED39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Explore recycling and reuse facts</w:t>
            </w:r>
          </w:p>
          <w:p w14:paraId="2A314D95" w14:textId="52A08B9D" w:rsidR="00DA2C8E" w:rsidRPr="00F82A9D" w:rsidRDefault="00DA2C8E" w:rsidP="00DA2C8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82A9D">
              <w:rPr>
                <w:b w:val="0"/>
                <w:bCs w:val="0"/>
                <w:sz w:val="18"/>
                <w:szCs w:val="18"/>
                <w:lang w:val="en-GB"/>
              </w:rPr>
              <w:t>Toy repair investigation statio</w:t>
            </w:r>
            <w:r w:rsidR="00FE7D10">
              <w:rPr>
                <w:b w:val="0"/>
                <w:bCs w:val="0"/>
                <w:sz w:val="18"/>
                <w:szCs w:val="18"/>
                <w:lang w:val="en-GB"/>
              </w:rPr>
              <w:t>n</w:t>
            </w:r>
          </w:p>
          <w:p w14:paraId="087C299F" w14:textId="48E57924" w:rsidR="00513A2D" w:rsidRDefault="00513A2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3BD8E380" w14:textId="7A261C79" w:rsidR="00674DD2" w:rsidRPr="00674DD2" w:rsidRDefault="00674DD2" w:rsidP="00674DD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Planning meetings for the Toy Swap Shop</w:t>
            </w:r>
          </w:p>
          <w:p w14:paraId="0A9C6A36" w14:textId="02E1785A" w:rsidR="00674DD2" w:rsidRPr="00674DD2" w:rsidRDefault="00674DD2" w:rsidP="00674DD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Customer survey</w:t>
            </w:r>
            <w:r w:rsidR="00FE7D10">
              <w:rPr>
                <w:b w:val="0"/>
                <w:bCs w:val="0"/>
                <w:sz w:val="18"/>
                <w:szCs w:val="18"/>
                <w:lang w:val="en-GB"/>
              </w:rPr>
              <w:t>s</w:t>
            </w:r>
          </w:p>
          <w:p w14:paraId="2DA362C0" w14:textId="19ABF6C3" w:rsidR="00674DD2" w:rsidRPr="00674DD2" w:rsidRDefault="00674DD2" w:rsidP="00674DD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Discussions about needs and wants</w:t>
            </w:r>
          </w:p>
          <w:p w14:paraId="70101E03" w14:textId="5A6526EE" w:rsidR="00674DD2" w:rsidRPr="00674DD2" w:rsidRDefault="00674DD2" w:rsidP="00674DD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Peer</w:t>
            </w:r>
            <w:r w:rsidR="00D74A5A">
              <w:rPr>
                <w:b w:val="0"/>
                <w:bCs w:val="0"/>
                <w:sz w:val="18"/>
                <w:szCs w:val="18"/>
                <w:lang w:val="en-GB"/>
              </w:rPr>
              <w:t xml:space="preserve">/customer </w:t>
            </w: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feedback on advertising materials</w:t>
            </w:r>
          </w:p>
          <w:p w14:paraId="355C571F" w14:textId="4AC06949" w:rsidR="00674DD2" w:rsidRPr="00674DD2" w:rsidRDefault="00674DD2" w:rsidP="00674DD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Role-play buying, selling and swapping toys- Toy Shop, Charity Shop</w:t>
            </w:r>
          </w:p>
          <w:p w14:paraId="328707D2" w14:textId="76B5624E" w:rsidR="00674DD2" w:rsidRDefault="00674DD2" w:rsidP="00674DD2">
            <w:pPr>
              <w:rPr>
                <w:sz w:val="18"/>
                <w:szCs w:val="18"/>
                <w:lang w:val="en-GB"/>
              </w:rPr>
            </w:pPr>
            <w:r w:rsidRPr="00674DD2">
              <w:rPr>
                <w:b w:val="0"/>
                <w:bCs w:val="0"/>
                <w:sz w:val="18"/>
                <w:szCs w:val="18"/>
                <w:lang w:val="en-GB"/>
              </w:rPr>
              <w:t>Interviews with family members about toys from their childhoo</w:t>
            </w:r>
            <w:r w:rsidR="00605371">
              <w:rPr>
                <w:b w:val="0"/>
                <w:bCs w:val="0"/>
                <w:sz w:val="18"/>
                <w:szCs w:val="18"/>
                <w:lang w:val="en-GB"/>
              </w:rPr>
              <w:t>d</w:t>
            </w:r>
          </w:p>
          <w:p w14:paraId="0601033B" w14:textId="16FC875F" w:rsidR="002C77ED" w:rsidRPr="00674DD2" w:rsidRDefault="002C77ED" w:rsidP="00674DD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Collect and sort donated toys</w:t>
            </w:r>
          </w:p>
          <w:p w14:paraId="29424E9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6CEAE27E" w14:textId="27894931" w:rsidR="007D1325" w:rsidRPr="007D1325" w:rsidRDefault="007D1325" w:rsidP="007D132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7D1325">
              <w:rPr>
                <w:b w:val="0"/>
                <w:bCs w:val="0"/>
                <w:sz w:val="18"/>
                <w:szCs w:val="18"/>
                <w:lang w:val="en-GB"/>
              </w:rPr>
              <w:t xml:space="preserve">Repurpose unwanted toys </w:t>
            </w:r>
          </w:p>
          <w:p w14:paraId="09FFE7E6" w14:textId="4AAD6310" w:rsidR="007D1325" w:rsidRPr="007D1325" w:rsidRDefault="007D1325" w:rsidP="007D132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7D1325">
              <w:rPr>
                <w:b w:val="0"/>
                <w:bCs w:val="0"/>
                <w:sz w:val="18"/>
                <w:szCs w:val="18"/>
                <w:lang w:val="en-GB"/>
              </w:rPr>
              <w:t>Design posters and leaflets</w:t>
            </w:r>
          </w:p>
          <w:p w14:paraId="39701A3A" w14:textId="36A4DAEC" w:rsidR="007D1325" w:rsidRPr="007D1325" w:rsidRDefault="007D1325" w:rsidP="007D132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7D1325">
              <w:rPr>
                <w:b w:val="0"/>
                <w:bCs w:val="0"/>
                <w:sz w:val="18"/>
                <w:szCs w:val="18"/>
                <w:lang w:val="en-GB"/>
              </w:rPr>
              <w:t>Create Toy Swap Shop branding</w:t>
            </w:r>
          </w:p>
          <w:p w14:paraId="1CAAFB57" w14:textId="6773EF96" w:rsidR="007D1325" w:rsidRPr="007D1325" w:rsidRDefault="007D1325" w:rsidP="007D132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7D1325">
              <w:rPr>
                <w:b w:val="0"/>
                <w:bCs w:val="0"/>
                <w:sz w:val="18"/>
                <w:szCs w:val="18"/>
                <w:lang w:val="en-GB"/>
              </w:rPr>
              <w:t>Design toys using recycled materials</w:t>
            </w:r>
          </w:p>
          <w:p w14:paraId="6678EB08" w14:textId="5D66F9EC" w:rsidR="007D1325" w:rsidRPr="007D1325" w:rsidRDefault="007D1325" w:rsidP="007D132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7D1325">
              <w:rPr>
                <w:b w:val="0"/>
                <w:bCs w:val="0"/>
                <w:sz w:val="18"/>
                <w:szCs w:val="18"/>
                <w:lang w:val="en-GB"/>
              </w:rPr>
              <w:t>Create toy prototypes</w:t>
            </w:r>
          </w:p>
          <w:p w14:paraId="47DD751C" w14:textId="528EB1D1" w:rsidR="007D1325" w:rsidRPr="007D1325" w:rsidRDefault="007D1325" w:rsidP="007D1325">
            <w:pPr>
              <w:rPr>
                <w:sz w:val="18"/>
                <w:szCs w:val="18"/>
                <w:lang w:val="en-GB"/>
              </w:rPr>
            </w:pPr>
            <w:r w:rsidRPr="007D1325">
              <w:rPr>
                <w:b w:val="0"/>
                <w:bCs w:val="0"/>
                <w:sz w:val="18"/>
                <w:szCs w:val="18"/>
                <w:lang w:val="en-GB"/>
              </w:rPr>
              <w:t>Produce advertisements and promotional campaigns</w:t>
            </w:r>
          </w:p>
          <w:p w14:paraId="38A73DAB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1264630A" w14:textId="6241E3F3" w:rsidR="0058450D" w:rsidRDefault="004C42ED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Explore outdoor toys</w:t>
            </w:r>
          </w:p>
          <w:p w14:paraId="73362182" w14:textId="4956924E" w:rsidR="004C42ED" w:rsidRDefault="002C77ED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Pop up Toy Shop Event</w:t>
            </w:r>
          </w:p>
          <w:p w14:paraId="438723FE" w14:textId="67EF4FF8" w:rsidR="00302DD2" w:rsidRPr="004C42ED" w:rsidRDefault="00302DD2" w:rsidP="00682611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Community toy collection drive</w:t>
            </w:r>
          </w:p>
          <w:p w14:paraId="77CAEDC9" w14:textId="77777777" w:rsidR="00682611" w:rsidRDefault="00682611" w:rsidP="00682611">
            <w:pPr>
              <w:rPr>
                <w:sz w:val="18"/>
                <w:szCs w:val="18"/>
              </w:rPr>
            </w:pPr>
          </w:p>
          <w:p w14:paraId="4D0672B9" w14:textId="77777777" w:rsidR="00682611" w:rsidRDefault="00682611" w:rsidP="00682611">
            <w:pPr>
              <w:rPr>
                <w:sz w:val="18"/>
                <w:szCs w:val="18"/>
              </w:rPr>
            </w:pPr>
          </w:p>
        </w:tc>
        <w:tc>
          <w:tcPr>
            <w:tcW w:w="4310" w:type="dxa"/>
            <w:shd w:val="clear" w:color="auto" w:fill="FFFFFF" w:themeFill="background1"/>
          </w:tcPr>
          <w:p w14:paraId="11A25EBC" w14:textId="77777777" w:rsidR="0022236F" w:rsidRDefault="001B073A" w:rsidP="001B07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Toys through time</w:t>
            </w:r>
          </w:p>
          <w:p w14:paraId="4B83F163" w14:textId="77777777" w:rsidR="001B073A" w:rsidRDefault="001B073A" w:rsidP="001B07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Some examples of technology through time</w:t>
            </w:r>
          </w:p>
          <w:p w14:paraId="331ACD63" w14:textId="77777777" w:rsidR="001B073A" w:rsidRDefault="001B073A" w:rsidP="001B07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Different materials to explore</w:t>
            </w:r>
          </w:p>
          <w:p w14:paraId="44549957" w14:textId="77777777" w:rsidR="003D35EC" w:rsidRDefault="003D35EC" w:rsidP="001B07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Children bring in their own toys</w:t>
            </w:r>
          </w:p>
          <w:p w14:paraId="0B6C04D8" w14:textId="3DA420CF" w:rsidR="0089168B" w:rsidRPr="001B073A" w:rsidRDefault="0089168B" w:rsidP="001B07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Digital devices</w:t>
            </w: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5A4C634D" w14:textId="5375C8BC" w:rsidR="00BA59BD" w:rsidRDefault="004C42ED">
            <w:r>
              <w:rPr>
                <w:b w:val="0"/>
                <w:bCs w:val="0"/>
              </w:rPr>
              <w:t xml:space="preserve">What would </w:t>
            </w:r>
            <w:proofErr w:type="gramStart"/>
            <w:r>
              <w:rPr>
                <w:b w:val="0"/>
                <w:bCs w:val="0"/>
              </w:rPr>
              <w:t>toys</w:t>
            </w:r>
            <w:proofErr w:type="gramEnd"/>
            <w:r>
              <w:rPr>
                <w:b w:val="0"/>
                <w:bCs w:val="0"/>
              </w:rPr>
              <w:t xml:space="preserve"> in the future look like?</w:t>
            </w:r>
          </w:p>
          <w:p w14:paraId="26F64FE2" w14:textId="77777777" w:rsidR="008B5BD1" w:rsidRDefault="008B5BD1"/>
          <w:p w14:paraId="4A6C5856" w14:textId="6EB42081" w:rsidR="008B5BD1" w:rsidRDefault="008B5BD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What happens to unwanted toys?</w:t>
            </w:r>
          </w:p>
          <w:p w14:paraId="3A602883" w14:textId="77777777" w:rsidR="00BA59BD" w:rsidRDefault="00BA59BD"/>
          <w:p w14:paraId="1A279C78" w14:textId="0F5625E7" w:rsidR="00A572F2" w:rsidRDefault="00A572F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How can we encourage more people to reuse toys?</w:t>
            </w:r>
          </w:p>
          <w:p w14:paraId="0A61CBD7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07CA3253" w14:textId="6DA4DF4D" w:rsidR="008B5BD1" w:rsidRDefault="00A57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Design</w:t>
            </w:r>
            <w:proofErr w:type="gramEnd"/>
            <w:r>
              <w:t xml:space="preserve"> future toys using new technologies</w:t>
            </w:r>
          </w:p>
          <w:p w14:paraId="42A1E1CB" w14:textId="77777777" w:rsidR="00A572F2" w:rsidRDefault="00A57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2C4B868" w14:textId="398EA9CD" w:rsidR="008B5BD1" w:rsidRDefault="008B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Investigate recycling and landfill</w:t>
            </w:r>
          </w:p>
          <w:p w14:paraId="5921E23B" w14:textId="15282063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C968E0F" w14:textId="764024AB" w:rsidR="0072186B" w:rsidRDefault="00A57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advertising and awareness campaigns</w:t>
            </w: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CA21E" w14:textId="77777777" w:rsidR="000109DD" w:rsidRDefault="000109DD" w:rsidP="00886041">
      <w:pPr>
        <w:spacing w:after="0" w:line="240" w:lineRule="auto"/>
      </w:pPr>
      <w:r>
        <w:separator/>
      </w:r>
    </w:p>
  </w:endnote>
  <w:endnote w:type="continuationSeparator" w:id="0">
    <w:p w14:paraId="6644855A" w14:textId="77777777" w:rsidR="000109DD" w:rsidRDefault="000109DD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E77C3" w14:textId="77777777" w:rsidR="000109DD" w:rsidRDefault="000109DD" w:rsidP="00886041">
      <w:pPr>
        <w:spacing w:after="0" w:line="240" w:lineRule="auto"/>
      </w:pPr>
      <w:r>
        <w:separator/>
      </w:r>
    </w:p>
  </w:footnote>
  <w:footnote w:type="continuationSeparator" w:id="0">
    <w:p w14:paraId="24EEF9C3" w14:textId="77777777" w:rsidR="000109DD" w:rsidRDefault="000109DD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F82894"/>
    <w:multiLevelType w:val="multilevel"/>
    <w:tmpl w:val="E142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634E4"/>
    <w:multiLevelType w:val="multilevel"/>
    <w:tmpl w:val="B256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18"/>
  </w:num>
  <w:num w:numId="4" w16cid:durableId="1519738130">
    <w:abstractNumId w:val="15"/>
  </w:num>
  <w:num w:numId="5" w16cid:durableId="1614556465">
    <w:abstractNumId w:val="13"/>
  </w:num>
  <w:num w:numId="6" w16cid:durableId="1637367140">
    <w:abstractNumId w:val="8"/>
  </w:num>
  <w:num w:numId="7" w16cid:durableId="1706131200">
    <w:abstractNumId w:val="12"/>
  </w:num>
  <w:num w:numId="8" w16cid:durableId="176770922">
    <w:abstractNumId w:val="10"/>
  </w:num>
  <w:num w:numId="9" w16cid:durableId="1827820527">
    <w:abstractNumId w:val="0"/>
  </w:num>
  <w:num w:numId="10" w16cid:durableId="379786555">
    <w:abstractNumId w:val="11"/>
  </w:num>
  <w:num w:numId="11" w16cid:durableId="415630990">
    <w:abstractNumId w:val="3"/>
  </w:num>
  <w:num w:numId="12" w16cid:durableId="436294117">
    <w:abstractNumId w:val="17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16"/>
  </w:num>
  <w:num w:numId="16" w16cid:durableId="747075841">
    <w:abstractNumId w:val="5"/>
  </w:num>
  <w:num w:numId="17" w16cid:durableId="927734142">
    <w:abstractNumId w:val="2"/>
  </w:num>
  <w:num w:numId="18" w16cid:durableId="1790509835">
    <w:abstractNumId w:val="14"/>
  </w:num>
  <w:num w:numId="19" w16cid:durableId="893084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09DD"/>
    <w:rsid w:val="00013DB2"/>
    <w:rsid w:val="00015C3B"/>
    <w:rsid w:val="00023C5A"/>
    <w:rsid w:val="00034616"/>
    <w:rsid w:val="000402C7"/>
    <w:rsid w:val="00044B1C"/>
    <w:rsid w:val="0006063C"/>
    <w:rsid w:val="000674A4"/>
    <w:rsid w:val="0007096C"/>
    <w:rsid w:val="000745A2"/>
    <w:rsid w:val="00075B68"/>
    <w:rsid w:val="00093416"/>
    <w:rsid w:val="00096133"/>
    <w:rsid w:val="000A1662"/>
    <w:rsid w:val="000A3A40"/>
    <w:rsid w:val="000A3B56"/>
    <w:rsid w:val="000A3CB0"/>
    <w:rsid w:val="000C08C8"/>
    <w:rsid w:val="000C16E3"/>
    <w:rsid w:val="000C1D55"/>
    <w:rsid w:val="000E090A"/>
    <w:rsid w:val="000E0DD3"/>
    <w:rsid w:val="000E24F3"/>
    <w:rsid w:val="000E7B3D"/>
    <w:rsid w:val="000F1303"/>
    <w:rsid w:val="000F78B1"/>
    <w:rsid w:val="00102003"/>
    <w:rsid w:val="0015074B"/>
    <w:rsid w:val="001679B3"/>
    <w:rsid w:val="00171237"/>
    <w:rsid w:val="00172F4E"/>
    <w:rsid w:val="0019357D"/>
    <w:rsid w:val="00196770"/>
    <w:rsid w:val="001A31AC"/>
    <w:rsid w:val="001A56A9"/>
    <w:rsid w:val="001B073A"/>
    <w:rsid w:val="001B2933"/>
    <w:rsid w:val="001B608F"/>
    <w:rsid w:val="001D5C10"/>
    <w:rsid w:val="001D5D24"/>
    <w:rsid w:val="0020256D"/>
    <w:rsid w:val="00205932"/>
    <w:rsid w:val="00205AEA"/>
    <w:rsid w:val="00221E0B"/>
    <w:rsid w:val="0022236F"/>
    <w:rsid w:val="0024027D"/>
    <w:rsid w:val="002516B3"/>
    <w:rsid w:val="002518EF"/>
    <w:rsid w:val="00275280"/>
    <w:rsid w:val="0029639D"/>
    <w:rsid w:val="00297698"/>
    <w:rsid w:val="002A14B2"/>
    <w:rsid w:val="002B51A3"/>
    <w:rsid w:val="002C77ED"/>
    <w:rsid w:val="002E1AE7"/>
    <w:rsid w:val="002E740F"/>
    <w:rsid w:val="002E7C50"/>
    <w:rsid w:val="002F34D8"/>
    <w:rsid w:val="002F5B73"/>
    <w:rsid w:val="002F6964"/>
    <w:rsid w:val="00302DD2"/>
    <w:rsid w:val="00302DE4"/>
    <w:rsid w:val="00326F90"/>
    <w:rsid w:val="0034192C"/>
    <w:rsid w:val="00342766"/>
    <w:rsid w:val="00367DAA"/>
    <w:rsid w:val="00376B1A"/>
    <w:rsid w:val="003C413D"/>
    <w:rsid w:val="003D20FC"/>
    <w:rsid w:val="003D35EC"/>
    <w:rsid w:val="003E2DFB"/>
    <w:rsid w:val="003E2F05"/>
    <w:rsid w:val="003E6BC2"/>
    <w:rsid w:val="003E6FEC"/>
    <w:rsid w:val="003E7478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0A60"/>
    <w:rsid w:val="00462368"/>
    <w:rsid w:val="00466F85"/>
    <w:rsid w:val="00467235"/>
    <w:rsid w:val="004729D6"/>
    <w:rsid w:val="00482CF9"/>
    <w:rsid w:val="0049496E"/>
    <w:rsid w:val="00497A56"/>
    <w:rsid w:val="004C42ED"/>
    <w:rsid w:val="004E612D"/>
    <w:rsid w:val="004F29C4"/>
    <w:rsid w:val="004F6488"/>
    <w:rsid w:val="00505750"/>
    <w:rsid w:val="00512C2E"/>
    <w:rsid w:val="00513300"/>
    <w:rsid w:val="00513A2D"/>
    <w:rsid w:val="00516E60"/>
    <w:rsid w:val="00556184"/>
    <w:rsid w:val="0056174B"/>
    <w:rsid w:val="00563EE1"/>
    <w:rsid w:val="00564347"/>
    <w:rsid w:val="00565B9E"/>
    <w:rsid w:val="0058450D"/>
    <w:rsid w:val="00593B1F"/>
    <w:rsid w:val="005A4230"/>
    <w:rsid w:val="005A5863"/>
    <w:rsid w:val="005B647D"/>
    <w:rsid w:val="005C6808"/>
    <w:rsid w:val="005D52C6"/>
    <w:rsid w:val="005F4776"/>
    <w:rsid w:val="00600220"/>
    <w:rsid w:val="0060115D"/>
    <w:rsid w:val="00602253"/>
    <w:rsid w:val="00605371"/>
    <w:rsid w:val="00616BCA"/>
    <w:rsid w:val="006208C2"/>
    <w:rsid w:val="00670BC6"/>
    <w:rsid w:val="00674DD2"/>
    <w:rsid w:val="00680786"/>
    <w:rsid w:val="006814EB"/>
    <w:rsid w:val="00682611"/>
    <w:rsid w:val="006B43C5"/>
    <w:rsid w:val="006B51F8"/>
    <w:rsid w:val="006D61DD"/>
    <w:rsid w:val="006E6F78"/>
    <w:rsid w:val="006F03AB"/>
    <w:rsid w:val="006F3B3D"/>
    <w:rsid w:val="006F50D8"/>
    <w:rsid w:val="0072186B"/>
    <w:rsid w:val="00727042"/>
    <w:rsid w:val="00764AD8"/>
    <w:rsid w:val="00765C77"/>
    <w:rsid w:val="00767AC2"/>
    <w:rsid w:val="00783671"/>
    <w:rsid w:val="00784DEB"/>
    <w:rsid w:val="007A284E"/>
    <w:rsid w:val="007A5016"/>
    <w:rsid w:val="007B0204"/>
    <w:rsid w:val="007C1B81"/>
    <w:rsid w:val="007C4C24"/>
    <w:rsid w:val="007C4D18"/>
    <w:rsid w:val="007C4D97"/>
    <w:rsid w:val="007C5316"/>
    <w:rsid w:val="007D1325"/>
    <w:rsid w:val="007E175B"/>
    <w:rsid w:val="007E22BE"/>
    <w:rsid w:val="007E66BC"/>
    <w:rsid w:val="007F3CB5"/>
    <w:rsid w:val="007F552B"/>
    <w:rsid w:val="007F78C7"/>
    <w:rsid w:val="0080126E"/>
    <w:rsid w:val="0080316C"/>
    <w:rsid w:val="00814A15"/>
    <w:rsid w:val="00823C04"/>
    <w:rsid w:val="00842652"/>
    <w:rsid w:val="00872473"/>
    <w:rsid w:val="00886041"/>
    <w:rsid w:val="0089168B"/>
    <w:rsid w:val="008A5B29"/>
    <w:rsid w:val="008A739B"/>
    <w:rsid w:val="008B0AA3"/>
    <w:rsid w:val="008B5BD1"/>
    <w:rsid w:val="008E1386"/>
    <w:rsid w:val="008E1880"/>
    <w:rsid w:val="008E7F2F"/>
    <w:rsid w:val="00935C8E"/>
    <w:rsid w:val="00936165"/>
    <w:rsid w:val="00936D97"/>
    <w:rsid w:val="009459F2"/>
    <w:rsid w:val="00951120"/>
    <w:rsid w:val="0095285E"/>
    <w:rsid w:val="00963627"/>
    <w:rsid w:val="009736DB"/>
    <w:rsid w:val="00990251"/>
    <w:rsid w:val="009B14EC"/>
    <w:rsid w:val="009C0BEB"/>
    <w:rsid w:val="009D67C5"/>
    <w:rsid w:val="00A00AE7"/>
    <w:rsid w:val="00A236E4"/>
    <w:rsid w:val="00A31BA4"/>
    <w:rsid w:val="00A572F2"/>
    <w:rsid w:val="00A613CF"/>
    <w:rsid w:val="00A96073"/>
    <w:rsid w:val="00AA11F5"/>
    <w:rsid w:val="00AA1D8D"/>
    <w:rsid w:val="00AB12B6"/>
    <w:rsid w:val="00AB271D"/>
    <w:rsid w:val="00AC2A53"/>
    <w:rsid w:val="00AC2ABB"/>
    <w:rsid w:val="00AD37F9"/>
    <w:rsid w:val="00AD381C"/>
    <w:rsid w:val="00AE1622"/>
    <w:rsid w:val="00B00E66"/>
    <w:rsid w:val="00B04451"/>
    <w:rsid w:val="00B06117"/>
    <w:rsid w:val="00B06F5D"/>
    <w:rsid w:val="00B136D5"/>
    <w:rsid w:val="00B369D0"/>
    <w:rsid w:val="00B43857"/>
    <w:rsid w:val="00B46272"/>
    <w:rsid w:val="00B47730"/>
    <w:rsid w:val="00B66C63"/>
    <w:rsid w:val="00B9746F"/>
    <w:rsid w:val="00BA59BD"/>
    <w:rsid w:val="00BA6D0B"/>
    <w:rsid w:val="00BA7CF0"/>
    <w:rsid w:val="00BC0423"/>
    <w:rsid w:val="00BD3859"/>
    <w:rsid w:val="00BE5F5B"/>
    <w:rsid w:val="00C14B2B"/>
    <w:rsid w:val="00C27E30"/>
    <w:rsid w:val="00C34C2B"/>
    <w:rsid w:val="00C56714"/>
    <w:rsid w:val="00C86B71"/>
    <w:rsid w:val="00C9759F"/>
    <w:rsid w:val="00CA229B"/>
    <w:rsid w:val="00CA60C7"/>
    <w:rsid w:val="00CB0664"/>
    <w:rsid w:val="00CC0AF2"/>
    <w:rsid w:val="00CC218E"/>
    <w:rsid w:val="00CC7EE6"/>
    <w:rsid w:val="00CD296B"/>
    <w:rsid w:val="00CD44E1"/>
    <w:rsid w:val="00CE63FC"/>
    <w:rsid w:val="00CF2FFA"/>
    <w:rsid w:val="00D41F2C"/>
    <w:rsid w:val="00D4723A"/>
    <w:rsid w:val="00D51B0A"/>
    <w:rsid w:val="00D605B6"/>
    <w:rsid w:val="00D61E7B"/>
    <w:rsid w:val="00D74A5A"/>
    <w:rsid w:val="00D97061"/>
    <w:rsid w:val="00D97E02"/>
    <w:rsid w:val="00DA2C8E"/>
    <w:rsid w:val="00DA3781"/>
    <w:rsid w:val="00DA449A"/>
    <w:rsid w:val="00DA599E"/>
    <w:rsid w:val="00DB3D0D"/>
    <w:rsid w:val="00DB6CC7"/>
    <w:rsid w:val="00DB6EE3"/>
    <w:rsid w:val="00DB7515"/>
    <w:rsid w:val="00DE1B95"/>
    <w:rsid w:val="00E03043"/>
    <w:rsid w:val="00E04A2C"/>
    <w:rsid w:val="00E04FEF"/>
    <w:rsid w:val="00E15CD9"/>
    <w:rsid w:val="00E20A93"/>
    <w:rsid w:val="00E212C9"/>
    <w:rsid w:val="00E2169B"/>
    <w:rsid w:val="00E30676"/>
    <w:rsid w:val="00E51888"/>
    <w:rsid w:val="00E81F41"/>
    <w:rsid w:val="00E8604F"/>
    <w:rsid w:val="00EA64D6"/>
    <w:rsid w:val="00EB0BEE"/>
    <w:rsid w:val="00EC1A98"/>
    <w:rsid w:val="00EC2BBC"/>
    <w:rsid w:val="00ED3E9A"/>
    <w:rsid w:val="00EE5533"/>
    <w:rsid w:val="00EE7107"/>
    <w:rsid w:val="00EF64BA"/>
    <w:rsid w:val="00F14733"/>
    <w:rsid w:val="00F26B3C"/>
    <w:rsid w:val="00F33363"/>
    <w:rsid w:val="00F4042D"/>
    <w:rsid w:val="00F56714"/>
    <w:rsid w:val="00F616F5"/>
    <w:rsid w:val="00F624B0"/>
    <w:rsid w:val="00F6591F"/>
    <w:rsid w:val="00F8138A"/>
    <w:rsid w:val="00F82A9D"/>
    <w:rsid w:val="00F915E1"/>
    <w:rsid w:val="00F95081"/>
    <w:rsid w:val="00FB0DD2"/>
    <w:rsid w:val="00FC693F"/>
    <w:rsid w:val="00FE7D10"/>
    <w:rsid w:val="00FF016E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Props1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715</Words>
  <Characters>4076</Characters>
  <Application>Microsoft Office Word</Application>
  <DocSecurity>0</DocSecurity>
  <Lines>33</Lines>
  <Paragraphs>9</Paragraphs>
  <ScaleCrop>false</ScaleCrop>
  <Manager/>
  <Company/>
  <LinksUpToDate>false</LinksUpToDate>
  <CharactersWithSpaces>4782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47</cp:revision>
  <dcterms:created xsi:type="dcterms:W3CDTF">2026-10-09T08:35:00Z</dcterms:created>
  <dcterms:modified xsi:type="dcterms:W3CDTF">2026-10-13T08:51:00Z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