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533DC42E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0F637C">
        <w:t xml:space="preserve">Sustainability and Fast Fashion (Second Level) 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874"/>
        <w:gridCol w:w="3425"/>
        <w:gridCol w:w="3242"/>
      </w:tblGrid>
      <w:tr w:rsidR="00D61E7B" w14:paraId="703E5FCF" w14:textId="77777777" w:rsidTr="002E73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D9D9D9" w:themeFill="background1" w:themeFillShade="D9"/>
          </w:tcPr>
          <w:p w14:paraId="3F1319A9" w14:textId="77777777" w:rsidR="00D61E7B" w:rsidRDefault="00D61E7B" w:rsidP="002E738D">
            <w:r>
              <w:t>Project Challenge</w:t>
            </w:r>
          </w:p>
        </w:tc>
        <w:tc>
          <w:tcPr>
            <w:tcW w:w="3425" w:type="dxa"/>
            <w:shd w:val="clear" w:color="auto" w:fill="D9D9D9" w:themeFill="background1" w:themeFillShade="D9"/>
          </w:tcPr>
          <w:p w14:paraId="5ACC3F9C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242" w:type="dxa"/>
            <w:shd w:val="clear" w:color="auto" w:fill="D9D9D9" w:themeFill="background1" w:themeFillShade="D9"/>
          </w:tcPr>
          <w:p w14:paraId="68B12DFE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D61E7B" w14:paraId="0E1B9A3E" w14:textId="77777777" w:rsidTr="002E73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FFFFFF" w:themeFill="background1"/>
          </w:tcPr>
          <w:p w14:paraId="3E0E4B40" w14:textId="77777777" w:rsidR="008556B7" w:rsidRPr="008556B7" w:rsidRDefault="008556B7" w:rsidP="008556B7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 w:rsidRPr="008556B7">
              <w:rPr>
                <w:b w:val="0"/>
                <w:bCs w:val="0"/>
                <w:sz w:val="20"/>
                <w:szCs w:val="20"/>
                <w:lang w:val="en-GB"/>
              </w:rPr>
              <w:t>How can we make more sustainable choices about the clothes we wear?</w:t>
            </w:r>
          </w:p>
          <w:p w14:paraId="0D8AA4D5" w14:textId="77777777" w:rsidR="00D61E7B" w:rsidRDefault="00D61E7B" w:rsidP="002E738D">
            <w:pPr>
              <w:rPr>
                <w:b w:val="0"/>
                <w:bCs w:val="0"/>
                <w:sz w:val="20"/>
                <w:szCs w:val="20"/>
              </w:rPr>
            </w:pPr>
          </w:p>
          <w:p w14:paraId="59EDB707" w14:textId="77777777" w:rsidR="00D50642" w:rsidRDefault="00BF7150" w:rsidP="00BF7150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 </w:t>
            </w:r>
          </w:p>
          <w:p w14:paraId="268CC170" w14:textId="77777777" w:rsidR="00D50642" w:rsidRDefault="00D50642" w:rsidP="00BF7150">
            <w:pPr>
              <w:rPr>
                <w:b w:val="0"/>
                <w:bCs w:val="0"/>
                <w:sz w:val="20"/>
                <w:szCs w:val="20"/>
              </w:rPr>
            </w:pPr>
          </w:p>
          <w:p w14:paraId="2C3DCD9B" w14:textId="0F937218" w:rsidR="00BF7150" w:rsidRPr="00BF7150" w:rsidRDefault="00BF7150" w:rsidP="00BF7150">
            <w:pPr>
              <w:rPr>
                <w:sz w:val="20"/>
                <w:szCs w:val="20"/>
                <w:lang w:val="en-GB"/>
              </w:rPr>
            </w:pPr>
            <w:r w:rsidRPr="00BF7150">
              <w:rPr>
                <w:b w:val="0"/>
                <w:bCs w:val="0"/>
                <w:sz w:val="20"/>
                <w:szCs w:val="20"/>
                <w:lang w:val="en-GB"/>
              </w:rPr>
              <w:t>How can we reduce the impact of fast fashion?</w:t>
            </w:r>
          </w:p>
          <w:p w14:paraId="2F73BCC6" w14:textId="5A0586A1" w:rsidR="00BF7150" w:rsidRPr="00DB6CC7" w:rsidRDefault="00BF7150" w:rsidP="002E738D">
            <w:pPr>
              <w:rPr>
                <w:sz w:val="20"/>
                <w:szCs w:val="20"/>
              </w:rPr>
            </w:pPr>
          </w:p>
          <w:p w14:paraId="47E910B2" w14:textId="77777777" w:rsidR="00D61E7B" w:rsidRPr="00DB6CC7" w:rsidRDefault="00D61E7B" w:rsidP="002E738D">
            <w:pPr>
              <w:rPr>
                <w:sz w:val="20"/>
                <w:szCs w:val="20"/>
              </w:rPr>
            </w:pPr>
          </w:p>
        </w:tc>
        <w:tc>
          <w:tcPr>
            <w:tcW w:w="3425" w:type="dxa"/>
            <w:shd w:val="clear" w:color="auto" w:fill="FFFFFF" w:themeFill="background1"/>
          </w:tcPr>
          <w:p w14:paraId="2CFB9D5A" w14:textId="77777777" w:rsidR="00CD5E79" w:rsidRPr="00CD5E79" w:rsidRDefault="00CD5E79" w:rsidP="00CD5E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CD5E79">
              <w:rPr>
                <w:sz w:val="20"/>
                <w:szCs w:val="20"/>
                <w:lang w:val="en-GB"/>
              </w:rPr>
              <w:t>Create a solution that encourages more sustainable choices about clothing and reduces the impact of fast fashion</w:t>
            </w:r>
          </w:p>
          <w:p w14:paraId="3ABBCB3B" w14:textId="77777777" w:rsidR="00D61E7B" w:rsidRDefault="00D61E7B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1D8A693C" w14:textId="77777777" w:rsidR="00CD5E79" w:rsidRDefault="00CD5E79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Learners may choose to:</w:t>
            </w:r>
          </w:p>
          <w:p w14:paraId="275739F4" w14:textId="041ED00F" w:rsidR="0059165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1658">
              <w:rPr>
                <w:sz w:val="20"/>
                <w:szCs w:val="20"/>
                <w:lang w:val="en-GB"/>
              </w:rPr>
              <w:t xml:space="preserve">Design and create an upcycled clothing item </w:t>
            </w:r>
          </w:p>
          <w:p w14:paraId="14811252" w14:textId="2A30F1B3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1658">
              <w:rPr>
                <w:sz w:val="20"/>
                <w:szCs w:val="20"/>
                <w:lang w:val="en-GB"/>
              </w:rPr>
              <w:t>Develop a sustainable fashion</w:t>
            </w:r>
            <w:r w:rsidR="008658B6">
              <w:rPr>
                <w:sz w:val="20"/>
                <w:szCs w:val="20"/>
                <w:lang w:val="en-GB"/>
              </w:rPr>
              <w:t>/awareness</w:t>
            </w:r>
            <w:r w:rsidRPr="00591658">
              <w:rPr>
                <w:sz w:val="20"/>
                <w:szCs w:val="20"/>
                <w:lang w:val="en-GB"/>
              </w:rPr>
              <w:t xml:space="preserve"> </w:t>
            </w:r>
            <w:r w:rsidR="00DB00D8" w:rsidRPr="00591658">
              <w:rPr>
                <w:sz w:val="20"/>
                <w:szCs w:val="20"/>
                <w:lang w:val="en-GB"/>
              </w:rPr>
              <w:t xml:space="preserve">campaign </w:t>
            </w:r>
            <w:r w:rsidR="00DB00D8" w:rsidRPr="008658B6">
              <w:rPr>
                <w:sz w:val="20"/>
                <w:szCs w:val="20"/>
                <w:lang w:val="en-GB"/>
              </w:rPr>
              <w:t>about</w:t>
            </w:r>
            <w:r w:rsidRPr="008658B6">
              <w:rPr>
                <w:sz w:val="20"/>
                <w:szCs w:val="20"/>
                <w:lang w:val="en-GB"/>
              </w:rPr>
              <w:t xml:space="preserve"> fast fashion </w:t>
            </w:r>
          </w:p>
          <w:p w14:paraId="699F81AF" w14:textId="77777777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Design a new clothing brand with strong ethical values </w:t>
            </w:r>
          </w:p>
          <w:p w14:paraId="3294C8E7" w14:textId="77777777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Create a podcast, video or documentary </w:t>
            </w:r>
          </w:p>
          <w:p w14:paraId="2F0EC374" w14:textId="77777777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Develop a consumer guide to sustainable fashion </w:t>
            </w:r>
          </w:p>
          <w:p w14:paraId="697DC00E" w14:textId="77777777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Design sustainable clothing packaging or labels </w:t>
            </w:r>
          </w:p>
          <w:p w14:paraId="50E7C709" w14:textId="77777777" w:rsidR="00DB00D8" w:rsidRDefault="00591658" w:rsidP="0059165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Create a fashion exhibition or display </w:t>
            </w:r>
          </w:p>
          <w:p w14:paraId="4F49CC39" w14:textId="7A6A7088" w:rsidR="00CD5E79" w:rsidRPr="00DB00D8" w:rsidRDefault="00591658" w:rsidP="00DB00D8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B00D8">
              <w:rPr>
                <w:sz w:val="20"/>
                <w:szCs w:val="20"/>
                <w:lang w:val="en-GB"/>
              </w:rPr>
              <w:t xml:space="preserve">Organise a clothes swap event </w:t>
            </w:r>
          </w:p>
        </w:tc>
        <w:tc>
          <w:tcPr>
            <w:tcW w:w="3242" w:type="dxa"/>
            <w:shd w:val="clear" w:color="auto" w:fill="FFFFFF" w:themeFill="background1"/>
          </w:tcPr>
          <w:p w14:paraId="0B7A7D97" w14:textId="4BDBCDF2" w:rsidR="007D16EB" w:rsidRPr="007D16EB" w:rsidRDefault="00B30F6E" w:rsidP="007D16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Classroom filled with unwanted clothing</w:t>
            </w:r>
          </w:p>
          <w:p w14:paraId="34EB4509" w14:textId="77777777" w:rsidR="00D61E7B" w:rsidRDefault="00D61E7B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5C0A21A2" w14:textId="1A5082C5" w:rsidR="007D16EB" w:rsidRDefault="007D16EB" w:rsidP="007D16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D16EB">
              <w:rPr>
                <w:sz w:val="20"/>
                <w:szCs w:val="20"/>
                <w:lang w:val="en-GB"/>
              </w:rPr>
              <w:t>Mystery suitcase containing: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7D16EB">
              <w:rPr>
                <w:sz w:val="20"/>
                <w:szCs w:val="20"/>
                <w:lang w:val="en-GB"/>
              </w:rPr>
              <w:t>clothing receipts</w:t>
            </w:r>
            <w:r>
              <w:rPr>
                <w:sz w:val="20"/>
                <w:szCs w:val="20"/>
                <w:lang w:val="en-GB"/>
              </w:rPr>
              <w:t xml:space="preserve">, </w:t>
            </w:r>
            <w:r w:rsidRPr="007D16EB">
              <w:rPr>
                <w:sz w:val="20"/>
                <w:szCs w:val="20"/>
                <w:lang w:val="en-GB"/>
              </w:rPr>
              <w:t>labels</w:t>
            </w:r>
            <w:r>
              <w:rPr>
                <w:sz w:val="20"/>
                <w:szCs w:val="20"/>
                <w:lang w:val="en-GB"/>
              </w:rPr>
              <w:t xml:space="preserve">, </w:t>
            </w:r>
            <w:r w:rsidRPr="007D16EB">
              <w:rPr>
                <w:sz w:val="20"/>
                <w:szCs w:val="20"/>
                <w:lang w:val="en-GB"/>
              </w:rPr>
              <w:t>fabric samples</w:t>
            </w:r>
            <w:r>
              <w:rPr>
                <w:sz w:val="20"/>
                <w:szCs w:val="20"/>
                <w:lang w:val="en-GB"/>
              </w:rPr>
              <w:t xml:space="preserve">, </w:t>
            </w:r>
            <w:r w:rsidRPr="007D16EB">
              <w:rPr>
                <w:sz w:val="20"/>
                <w:szCs w:val="20"/>
                <w:lang w:val="en-GB"/>
              </w:rPr>
              <w:t>images of landfill</w:t>
            </w:r>
            <w:r>
              <w:rPr>
                <w:sz w:val="20"/>
                <w:szCs w:val="20"/>
                <w:lang w:val="en-GB"/>
              </w:rPr>
              <w:t xml:space="preserve">, old clothes, </w:t>
            </w:r>
            <w:r w:rsidRPr="007D16EB">
              <w:rPr>
                <w:sz w:val="20"/>
                <w:szCs w:val="20"/>
                <w:lang w:val="en-GB"/>
              </w:rPr>
              <w:t>fast fashion statistics</w:t>
            </w:r>
          </w:p>
          <w:p w14:paraId="11849EDD" w14:textId="77777777" w:rsidR="00C05462" w:rsidRDefault="00C05462" w:rsidP="007D16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571EBD08" w14:textId="682F3432" w:rsidR="00C05462" w:rsidRPr="007D16EB" w:rsidRDefault="00C86939" w:rsidP="007D16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Fast Fashion </w:t>
            </w:r>
            <w:r w:rsidR="00C05462">
              <w:rPr>
                <w:sz w:val="20"/>
                <w:szCs w:val="20"/>
                <w:lang w:val="en-GB"/>
              </w:rPr>
              <w:t xml:space="preserve">Adverts/clips from shops </w:t>
            </w:r>
            <w:r>
              <w:rPr>
                <w:sz w:val="20"/>
                <w:szCs w:val="20"/>
                <w:lang w:val="en-GB"/>
              </w:rPr>
              <w:t>such as</w:t>
            </w:r>
            <w:r w:rsidR="00C05462">
              <w:rPr>
                <w:sz w:val="20"/>
                <w:szCs w:val="20"/>
                <w:lang w:val="en-GB"/>
              </w:rPr>
              <w:t xml:space="preserve"> Shein, </w:t>
            </w:r>
            <w:r w:rsidR="007C3336">
              <w:rPr>
                <w:sz w:val="20"/>
                <w:szCs w:val="20"/>
                <w:lang w:val="en-GB"/>
              </w:rPr>
              <w:t>BooHoo, Pretty Little Thing, Temu</w:t>
            </w:r>
          </w:p>
          <w:p w14:paraId="7F0213DE" w14:textId="77777777" w:rsidR="007D16EB" w:rsidRDefault="007D16EB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5D2C789A" w14:textId="3EB1E2CA" w:rsidR="00157CCF" w:rsidRPr="00267A72" w:rsidRDefault="00157CCF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Message from Eco Committee asking for help</w:t>
            </w: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>Selected Experiences and Outcomes identify intended learning. Additional Es and Os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8"/>
        <w:gridCol w:w="2874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3269349D" w14:textId="3FFAC456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 xml:space="preserve">Develop practical skills and confidence when working with materials, tools and technologies (TCH 2-06a) </w:t>
            </w:r>
          </w:p>
          <w:p w14:paraId="09144387" w14:textId="4E919193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t xml:space="preserve">Use design processes to develop, test and improve practical solutions to meet a need (TCH 2-04b) </w:t>
            </w:r>
          </w:p>
          <w:p w14:paraId="696F595F" w14:textId="4320979C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t xml:space="preserve">Develop an understanding of the impact people and organisations have on the environment and consider ways to live more sustainably (SOC 2-08a) </w:t>
            </w:r>
          </w:p>
          <w:p w14:paraId="6FC48EB7" w14:textId="26B668EA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t xml:space="preserve">Create texts which persuade, argue or influence others, using relevant supporting detail and language features (LIT 2-29a) </w:t>
            </w:r>
          </w:p>
          <w:p w14:paraId="62A3F053" w14:textId="5B391F24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t xml:space="preserve">Use measurement skills and appropriate units accurately when planning, designing and creating products (MNU 2-11b) </w:t>
            </w:r>
          </w:p>
          <w:p w14:paraId="46478515" w14:textId="24D36CCC" w:rsidR="00F7321D" w:rsidRPr="00F7321D" w:rsidRDefault="00F7321D" w:rsidP="00F7321D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321D">
              <w:rPr>
                <w:b w:val="0"/>
                <w:bCs w:val="0"/>
                <w:sz w:val="18"/>
                <w:szCs w:val="18"/>
                <w:lang w:val="en-GB"/>
              </w:rPr>
              <w:t>Develop an understanding of enterprise, ethical choices and the impact of consumer decisions (SOC 2-22a)</w:t>
            </w:r>
          </w:p>
          <w:p w14:paraId="7DC580A6" w14:textId="77777777" w:rsidR="002E7C50" w:rsidRPr="00985078" w:rsidRDefault="002E7C50" w:rsidP="002E7C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365FE35B" w14:textId="77777777" w:rsidR="00955B11" w:rsidRDefault="00342381" w:rsidP="00342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342381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6B2F2198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Explain the environmental and social impact of fast fashion</w:t>
            </w:r>
          </w:p>
          <w:p w14:paraId="553C3C20" w14:textId="02DB725E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Research how clothes are produced and transported around the worl</w:t>
            </w:r>
            <w:r w:rsidR="00955B11">
              <w:rPr>
                <w:sz w:val="18"/>
                <w:szCs w:val="18"/>
                <w:lang w:val="en-GB"/>
              </w:rPr>
              <w:t>d</w:t>
            </w:r>
          </w:p>
          <w:p w14:paraId="68FA8586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Gather and organise information from a variety of sources</w:t>
            </w:r>
          </w:p>
          <w:p w14:paraId="7A4A818E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Use measurement skills when designing and creating textile product</w:t>
            </w:r>
            <w:r w:rsidR="00884EC1" w:rsidRPr="00955B11">
              <w:rPr>
                <w:sz w:val="18"/>
                <w:szCs w:val="18"/>
                <w:lang w:val="en-GB"/>
              </w:rPr>
              <w:t>s</w:t>
            </w:r>
          </w:p>
          <w:p w14:paraId="5C443354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Design and create an upcycled product that meets a purpose</w:t>
            </w:r>
          </w:p>
          <w:p w14:paraId="72EBDC18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Select and use tools, materials and techniques safely</w:t>
            </w:r>
          </w:p>
          <w:p w14:paraId="5CC467EF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Justify design choices using evidence from research</w:t>
            </w:r>
          </w:p>
          <w:p w14:paraId="44DC0510" w14:textId="77777777" w:rsidR="00955B11" w:rsidRDefault="00342381" w:rsidP="0034238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Give and respond to feedback to improve designs</w:t>
            </w:r>
          </w:p>
          <w:p w14:paraId="3C5BA6D7" w14:textId="77777777" w:rsidR="00342381" w:rsidRDefault="00342381" w:rsidP="00BF7163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55B11">
              <w:rPr>
                <w:sz w:val="18"/>
                <w:szCs w:val="18"/>
                <w:lang w:val="en-GB"/>
              </w:rPr>
              <w:t>Present learning to an audience through a sustainable fashion show</w:t>
            </w:r>
          </w:p>
          <w:p w14:paraId="4A53521A" w14:textId="77777777" w:rsidR="00955B11" w:rsidRDefault="00955B11" w:rsidP="0095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70DA16E9" w14:textId="77777777" w:rsidR="00955B11" w:rsidRDefault="00955B11" w:rsidP="0095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Possible evidence:</w:t>
            </w:r>
          </w:p>
          <w:p w14:paraId="170A02FA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Clothing lifecycle investigations </w:t>
            </w:r>
          </w:p>
          <w:p w14:paraId="1B6350DE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</w:t>
            </w:r>
            <w:r w:rsidRPr="00D31490">
              <w:rPr>
                <w:sz w:val="18"/>
                <w:szCs w:val="18"/>
                <w:lang w:val="en-GB"/>
              </w:rPr>
              <w:t>abric testing results</w:t>
            </w:r>
          </w:p>
          <w:p w14:paraId="2C1DB9E3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Upcycled products and prototypes </w:t>
            </w:r>
          </w:p>
          <w:p w14:paraId="1DFD6BBE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Sustainable fashion campaigns </w:t>
            </w:r>
          </w:p>
          <w:p w14:paraId="5902FF10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Consumer surveys </w:t>
            </w:r>
          </w:p>
          <w:p w14:paraId="14ACF2FC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Clothing designs and sketches </w:t>
            </w:r>
          </w:p>
          <w:p w14:paraId="00C0B279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Podcasts, videos or presentations </w:t>
            </w:r>
          </w:p>
          <w:p w14:paraId="60F2E721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>Learning conversations</w:t>
            </w:r>
          </w:p>
          <w:p w14:paraId="629350C9" w14:textId="77777777" w:rsidR="00D31490" w:rsidRDefault="00D31490" w:rsidP="00D31490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03A8E49A" w:rsidR="00955B11" w:rsidRPr="00D31490" w:rsidRDefault="00D31490" w:rsidP="00955B11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31490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AC387E">
              <w:trPr>
                <w:trHeight w:val="490"/>
              </w:trPr>
              <w:tc>
                <w:tcPr>
                  <w:tcW w:w="1078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AC387E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AC387E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AC387E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AC387E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(may be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56E00331" w14:textId="77777777" w:rsidR="00AB46DB" w:rsidRDefault="00AB46DB" w:rsidP="00AB46D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AB46DB">
              <w:rPr>
                <w:sz w:val="18"/>
                <w:szCs w:val="18"/>
                <w:lang w:val="en-GB"/>
              </w:rPr>
              <w:lastRenderedPageBreak/>
              <w:t>Generate and record enquiry questions which guide the project and are revisited throughout the enquiry</w:t>
            </w:r>
          </w:p>
          <w:p w14:paraId="483F1368" w14:textId="77777777" w:rsidR="00884EC1" w:rsidRPr="00AB46DB" w:rsidRDefault="00884EC1" w:rsidP="00AB46DB">
            <w:pPr>
              <w:rPr>
                <w:sz w:val="18"/>
                <w:szCs w:val="18"/>
                <w:lang w:val="en-GB"/>
              </w:rPr>
            </w:pPr>
          </w:p>
          <w:p w14:paraId="346F2F94" w14:textId="5ED56574" w:rsidR="0026497A" w:rsidRPr="00884EC1" w:rsidRDefault="0026497A" w:rsidP="00884EC1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Investigate the environmental impact of fast fashion</w:t>
            </w:r>
          </w:p>
          <w:p w14:paraId="288116B6" w14:textId="57DD0A89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Explore where clothes are made and how they reach consumers</w:t>
            </w:r>
          </w:p>
          <w:p w14:paraId="7B5104B4" w14:textId="00B929D4" w:rsidR="0026497A" w:rsidRPr="00884EC1" w:rsidRDefault="0026497A" w:rsidP="00884EC1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Investigate sustainable and ethical alternatives</w:t>
            </w:r>
          </w:p>
          <w:p w14:paraId="6E2E5D42" w14:textId="7C02B99B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Explore fabrics and textile properties</w:t>
            </w:r>
          </w:p>
          <w:p w14:paraId="03BC8E2A" w14:textId="2BE21B13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Develop sewing and textile skills</w:t>
            </w:r>
          </w:p>
          <w:p w14:paraId="73A684FF" w14:textId="10687B8A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Explore design processes used by clothing designers</w:t>
            </w:r>
          </w:p>
          <w:p w14:paraId="52FC1149" w14:textId="3CC8B3E5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Investigate consumer choices and responsible purchasing</w:t>
            </w:r>
          </w:p>
          <w:p w14:paraId="4DEF4372" w14:textId="5AEAEB9E" w:rsidR="0026497A" w:rsidRPr="00884EC1" w:rsidRDefault="0026497A" w:rsidP="0026497A">
            <w:pPr>
              <w:pStyle w:val="ListParagraph"/>
              <w:numPr>
                <w:ilvl w:val="0"/>
                <w:numId w:val="21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Develop research and note-taking skills</w:t>
            </w:r>
          </w:p>
          <w:p w14:paraId="4DA7CA73" w14:textId="104E2E54" w:rsidR="00D61E7B" w:rsidRPr="00884EC1" w:rsidRDefault="0026497A" w:rsidP="00884EC1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  <w:lang w:val="en-GB"/>
              </w:rPr>
            </w:pPr>
            <w:r w:rsidRPr="00884EC1">
              <w:rPr>
                <w:b w:val="0"/>
                <w:bCs w:val="0"/>
                <w:sz w:val="18"/>
                <w:szCs w:val="18"/>
                <w:lang w:val="en-GB"/>
              </w:rPr>
              <w:t>Explore persuasive campaigns and sustainability messaging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77DA9BC0" w14:textId="317E5274" w:rsidR="0058450D" w:rsidRDefault="00272E04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Research where </w:t>
            </w:r>
            <w:r w:rsidR="00B125F4">
              <w:rPr>
                <w:b w:val="0"/>
                <w:bCs w:val="0"/>
                <w:sz w:val="18"/>
                <w:szCs w:val="18"/>
              </w:rPr>
              <w:t>clothes are made</w:t>
            </w:r>
          </w:p>
          <w:p w14:paraId="3C103DBB" w14:textId="3CBD3458" w:rsidR="00B125F4" w:rsidRDefault="00B125F4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Investigate sustainable and non-sustainable fabrics</w:t>
            </w:r>
          </w:p>
          <w:p w14:paraId="7A902AE6" w14:textId="09E74545" w:rsidR="00B125F4" w:rsidRDefault="00C9523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Explore clothing labels and country or origin</w:t>
            </w:r>
          </w:p>
          <w:p w14:paraId="5C07063D" w14:textId="30735DF8" w:rsidR="00C95239" w:rsidRDefault="00C9523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Compare ethical and fast fashion brands</w:t>
            </w:r>
          </w:p>
          <w:p w14:paraId="7E112C46" w14:textId="242D0DE1" w:rsidR="00C95239" w:rsidRDefault="00C9523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Fabric investigation station</w:t>
            </w:r>
          </w:p>
          <w:p w14:paraId="47B1B844" w14:textId="4B402052" w:rsidR="00C95239" w:rsidRDefault="00F92B7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QR codes linked to sustainability videos</w:t>
            </w:r>
          </w:p>
          <w:p w14:paraId="7E4348B2" w14:textId="204ADA36" w:rsidR="00F92B79" w:rsidRDefault="00F92B7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Research fair trade and ethical manufacturing</w:t>
            </w:r>
          </w:p>
          <w:p w14:paraId="3C1168A2" w14:textId="0E1A5F91" w:rsidR="009B5EF0" w:rsidRPr="001679B3" w:rsidRDefault="009B5EF0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Sort sustainable and unsustainable clothes</w:t>
            </w:r>
          </w:p>
          <w:p w14:paraId="35EC2A14" w14:textId="77777777" w:rsidR="00A31BA4" w:rsidRDefault="00A31BA4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4BAF255C" w:rsidR="0058450D" w:rsidRDefault="00007EE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UNCRC</w:t>
            </w:r>
            <w:r w:rsidR="00FE5A4C">
              <w:rPr>
                <w:b w:val="0"/>
                <w:bCs w:val="0"/>
                <w:sz w:val="18"/>
                <w:szCs w:val="18"/>
              </w:rPr>
              <w:t xml:space="preserve"> discussions</w:t>
            </w:r>
          </w:p>
          <w:p w14:paraId="598FACAB" w14:textId="16DB24F1" w:rsidR="00007EEC" w:rsidRDefault="00007EE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Surveys</w:t>
            </w:r>
            <w:r w:rsidR="00FE5A4C">
              <w:rPr>
                <w:b w:val="0"/>
                <w:bCs w:val="0"/>
                <w:sz w:val="18"/>
                <w:szCs w:val="18"/>
              </w:rPr>
              <w:t xml:space="preserve"> e.g. shopping habits</w:t>
            </w:r>
          </w:p>
          <w:p w14:paraId="1AE1CC2B" w14:textId="009BE341" w:rsidR="00007EEC" w:rsidRDefault="00007EE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Constructive feedback</w:t>
            </w:r>
            <w:r w:rsidR="001F5D57">
              <w:rPr>
                <w:b w:val="0"/>
                <w:bCs w:val="0"/>
                <w:sz w:val="18"/>
                <w:szCs w:val="18"/>
              </w:rPr>
              <w:t xml:space="preserve"> from peers and clients</w:t>
            </w:r>
          </w:p>
          <w:p w14:paraId="36105F7C" w14:textId="3E60994A" w:rsidR="001F5D57" w:rsidRDefault="00FE5A4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Collaborative</w:t>
            </w:r>
            <w:r w:rsidR="001F5D57">
              <w:rPr>
                <w:b w:val="0"/>
                <w:bCs w:val="0"/>
                <w:sz w:val="18"/>
                <w:szCs w:val="18"/>
              </w:rPr>
              <w:t xml:space="preserve"> meetings</w:t>
            </w:r>
          </w:p>
          <w:p w14:paraId="6ED84373" w14:textId="1097E9A6" w:rsidR="00FE5A4C" w:rsidRDefault="00FE5A4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Consumer choice debates</w:t>
            </w:r>
            <w:r w:rsidR="00320E83">
              <w:rPr>
                <w:b w:val="0"/>
                <w:bCs w:val="0"/>
                <w:sz w:val="18"/>
                <w:szCs w:val="18"/>
              </w:rPr>
              <w:t xml:space="preserve"> e.g. should clothes be cheap?</w:t>
            </w:r>
          </w:p>
          <w:p w14:paraId="6B5AB545" w14:textId="32BEE3BD" w:rsidR="00B7361F" w:rsidRDefault="00B7361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campaigns promoting sustainable fashion</w:t>
            </w:r>
          </w:p>
          <w:p w14:paraId="387BB284" w14:textId="5A4B38EF" w:rsidR="00B7361F" w:rsidRDefault="00B7361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Interviews with people- clothing choices</w:t>
            </w:r>
          </w:p>
          <w:p w14:paraId="088821F5" w14:textId="6EE9F38B" w:rsidR="00DF7491" w:rsidRDefault="00DF7491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Role Play- clothing shop, fashion buyer</w:t>
            </w: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14E724B1" w14:textId="591721BA" w:rsidR="00023C5A" w:rsidRDefault="001F5D57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piece of clothing</w:t>
            </w:r>
          </w:p>
          <w:p w14:paraId="38A73DAB" w14:textId="0B408A66" w:rsidR="00023C5A" w:rsidRDefault="00310BD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Upcycle old clothing</w:t>
            </w:r>
          </w:p>
          <w:p w14:paraId="0F757FBC" w14:textId="706B7FB3" w:rsidR="00310BDB" w:rsidRDefault="00310BD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mood boards/designs</w:t>
            </w:r>
          </w:p>
          <w:p w14:paraId="3F743BF2" w14:textId="2544AF7E" w:rsidR="00310BDB" w:rsidRDefault="00310BD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Sewing/textile techniques</w:t>
            </w:r>
          </w:p>
          <w:p w14:paraId="3118568A" w14:textId="0B1BE802" w:rsidR="00310BDB" w:rsidRDefault="000B1C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logos and branding</w:t>
            </w:r>
          </w:p>
          <w:p w14:paraId="4832823C" w14:textId="0628F55B" w:rsidR="000B1C96" w:rsidRDefault="000B1C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posters and awareness campaigns</w:t>
            </w:r>
          </w:p>
          <w:p w14:paraId="3804B106" w14:textId="643A0728" w:rsidR="000B1C96" w:rsidRDefault="000B1C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Organise fashion show</w:t>
            </w:r>
          </w:p>
          <w:p w14:paraId="10082CAD" w14:textId="76B6F86D" w:rsidR="00320E83" w:rsidRDefault="00320E83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Design </w:t>
            </w:r>
            <w:r w:rsidR="001D396F">
              <w:rPr>
                <w:b w:val="0"/>
                <w:bCs w:val="0"/>
                <w:sz w:val="18"/>
                <w:szCs w:val="18"/>
              </w:rPr>
              <w:t>studio</w:t>
            </w:r>
          </w:p>
          <w:p w14:paraId="254303E6" w14:textId="5E2410E0" w:rsidR="001D396F" w:rsidRDefault="001D396F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Fashion photography</w:t>
            </w:r>
          </w:p>
          <w:p w14:paraId="246E2090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2FC61741" w:rsidR="0058450D" w:rsidRDefault="00D63390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Motherwell College visit- set design challenge</w:t>
            </w:r>
          </w:p>
          <w:p w14:paraId="479EAACE" w14:textId="013C7825" w:rsidR="00272E04" w:rsidRDefault="00272E04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Clients- what items of clothing do they need</w:t>
            </w:r>
            <w:r w:rsidR="00122E18">
              <w:rPr>
                <w:b w:val="0"/>
                <w:bCs w:val="0"/>
                <w:sz w:val="18"/>
                <w:szCs w:val="18"/>
              </w:rPr>
              <w:t>?</w:t>
            </w:r>
          </w:p>
          <w:p w14:paraId="2BDAB530" w14:textId="305C0479" w:rsidR="001F5D57" w:rsidRDefault="001F5D57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Geographical mapping of where clothes come from</w:t>
            </w:r>
          </w:p>
          <w:p w14:paraId="4FC7B7B6" w14:textId="1791CB20" w:rsidR="00C11F35" w:rsidRDefault="00C11F35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Community showcase event</w:t>
            </w:r>
          </w:p>
          <w:p w14:paraId="78D60549" w14:textId="57770C70" w:rsidR="00466847" w:rsidRPr="00D63390" w:rsidRDefault="00466847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Clothing collection drive</w:t>
            </w:r>
          </w:p>
          <w:p w14:paraId="77CAEDC9" w14:textId="07D9DFC3" w:rsidR="00682611" w:rsidRDefault="001D396F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School clothing survey</w:t>
            </w:r>
          </w:p>
          <w:p w14:paraId="1853A4FD" w14:textId="025C8F61" w:rsidR="00122E18" w:rsidRDefault="00122E18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Clothing waste audit</w:t>
            </w:r>
          </w:p>
          <w:p w14:paraId="4D0672B9" w14:textId="6ECEFADF" w:rsidR="00682611" w:rsidRPr="003B0A02" w:rsidRDefault="003B0A02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Clothes swap event</w:t>
            </w:r>
          </w:p>
        </w:tc>
        <w:tc>
          <w:tcPr>
            <w:tcW w:w="4310" w:type="dxa"/>
            <w:shd w:val="clear" w:color="auto" w:fill="FFFFFF" w:themeFill="background1"/>
          </w:tcPr>
          <w:p w14:paraId="453252A8" w14:textId="59E3ED32" w:rsidR="0095285E" w:rsidRDefault="00466847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Old clothing donations</w:t>
            </w:r>
          </w:p>
          <w:p w14:paraId="25ED2854" w14:textId="0439E23B" w:rsidR="00466847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Fabric samples</w:t>
            </w:r>
          </w:p>
          <w:p w14:paraId="5080682B" w14:textId="5B1C637A" w:rsidR="00447574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Sewing machines</w:t>
            </w:r>
          </w:p>
          <w:p w14:paraId="71B7B594" w14:textId="60DBBE33" w:rsidR="00447574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Needles and thread</w:t>
            </w:r>
          </w:p>
          <w:p w14:paraId="0833E31F" w14:textId="1DAF8CE8" w:rsidR="00447574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Measuring equipment</w:t>
            </w:r>
          </w:p>
          <w:p w14:paraId="67AA03F6" w14:textId="6F04D889" w:rsidR="00447574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Mannequins/tailor dummies</w:t>
            </w:r>
          </w:p>
          <w:p w14:paraId="51C19573" w14:textId="6AC794FF" w:rsidR="00213F9A" w:rsidRDefault="00213F9A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Fashion magazines</w:t>
            </w:r>
          </w:p>
          <w:p w14:paraId="2C989758" w14:textId="285CA9AF" w:rsidR="00213F9A" w:rsidRDefault="00213F9A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Fairtrade Foundation resources</w:t>
            </w:r>
          </w:p>
          <w:p w14:paraId="7416BE27" w14:textId="085C23EE" w:rsidR="00213F9A" w:rsidRDefault="00213F9A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Eco-schools resources</w:t>
            </w:r>
          </w:p>
          <w:p w14:paraId="5AA5850B" w14:textId="6FA84E28" w:rsidR="00213F9A" w:rsidRDefault="004F096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Digital devices</w:t>
            </w:r>
          </w:p>
          <w:p w14:paraId="5CC7385C" w14:textId="295DC4CC" w:rsidR="004F096E" w:rsidRDefault="004F096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Textile recycling information</w:t>
            </w:r>
          </w:p>
          <w:p w14:paraId="59FE580A" w14:textId="275CC999" w:rsidR="004F096E" w:rsidRDefault="004F096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Fashion design templates</w:t>
            </w:r>
          </w:p>
          <w:p w14:paraId="23DCD451" w14:textId="7A6D6106" w:rsidR="004F096E" w:rsidRDefault="004F096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Community links</w:t>
            </w:r>
          </w:p>
          <w:p w14:paraId="30694E3F" w14:textId="77777777" w:rsidR="00447574" w:rsidRDefault="0044757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2C8ED117" w14:textId="77777777" w:rsidR="00D63390" w:rsidRDefault="00D63390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36218B90" w14:textId="77777777" w:rsidR="00D63390" w:rsidRDefault="00D63390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0B6C04D8" w14:textId="49AEAF34" w:rsidR="0022236F" w:rsidRPr="0022236F" w:rsidRDefault="0022236F" w:rsidP="0080126E">
            <w:pPr>
              <w:pStyle w:val="ListParagraph"/>
              <w:ind w:left="25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lastRenderedPageBreak/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11F8168B" w14:textId="77777777" w:rsidR="004029D6" w:rsidRDefault="008546AF">
            <w:r>
              <w:rPr>
                <w:b w:val="0"/>
                <w:bCs w:val="0"/>
              </w:rPr>
              <w:t xml:space="preserve">Why are clothes made in different countries? </w:t>
            </w:r>
          </w:p>
          <w:p w14:paraId="1FBEE421" w14:textId="77777777" w:rsidR="004029D6" w:rsidRDefault="004029D6"/>
          <w:p w14:paraId="50E23820" w14:textId="4852A6DB" w:rsidR="00BA59BD" w:rsidRDefault="004029D6">
            <w:r>
              <w:rPr>
                <w:b w:val="0"/>
                <w:bCs w:val="0"/>
              </w:rPr>
              <w:t>Why are some clothes more expensive?</w:t>
            </w:r>
            <w:r w:rsidR="008546AF">
              <w:rPr>
                <w:b w:val="0"/>
                <w:bCs w:val="0"/>
              </w:rPr>
              <w:t xml:space="preserve"> </w:t>
            </w:r>
          </w:p>
          <w:p w14:paraId="414E6C7C" w14:textId="77777777" w:rsidR="00FA7D4A" w:rsidRDefault="00FA7D4A"/>
          <w:p w14:paraId="6286FDC1" w14:textId="19FDB852" w:rsidR="00FA7D4A" w:rsidRDefault="00FA7D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What makes clothes sustainable?</w:t>
            </w:r>
          </w:p>
          <w:p w14:paraId="5A4C634D" w14:textId="77777777" w:rsidR="00BA59BD" w:rsidRDefault="00BA59BD">
            <w:pPr>
              <w:rPr>
                <w:b w:val="0"/>
                <w:bCs w:val="0"/>
              </w:rPr>
            </w:pPr>
          </w:p>
          <w:p w14:paraId="3A602883" w14:textId="77777777" w:rsidR="00BA59BD" w:rsidRDefault="00BA59BD">
            <w:pPr>
              <w:rPr>
                <w:b w:val="0"/>
                <w:bCs w:val="0"/>
              </w:rPr>
            </w:pPr>
          </w:p>
          <w:p w14:paraId="0A61CBD7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4C968E0F" w14:textId="225B8984" w:rsidR="0072186B" w:rsidRDefault="004029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global trade and manufacturing</w:t>
            </w:r>
          </w:p>
          <w:p w14:paraId="6B9E37AB" w14:textId="77777777" w:rsidR="004029D6" w:rsidRDefault="004029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C11063" w14:textId="3BCE5415" w:rsidR="004029D6" w:rsidRDefault="00FA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Investigate quality, labour and production costs</w:t>
            </w:r>
          </w:p>
          <w:p w14:paraId="2C2D87B3" w14:textId="1F94E3AC" w:rsidR="00FA7D4A" w:rsidRDefault="008D5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Research ethical brands and materials</w:t>
            </w: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5819" w14:textId="77777777" w:rsidR="00C2532B" w:rsidRDefault="00C2532B" w:rsidP="00886041">
      <w:pPr>
        <w:spacing w:after="0" w:line="240" w:lineRule="auto"/>
      </w:pPr>
      <w:r>
        <w:separator/>
      </w:r>
    </w:p>
  </w:endnote>
  <w:endnote w:type="continuationSeparator" w:id="0">
    <w:p w14:paraId="5EB4F365" w14:textId="77777777" w:rsidR="00C2532B" w:rsidRDefault="00C2532B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A8F4" w14:textId="77777777" w:rsidR="00C2532B" w:rsidRDefault="00C2532B" w:rsidP="00886041">
      <w:pPr>
        <w:spacing w:after="0" w:line="240" w:lineRule="auto"/>
      </w:pPr>
      <w:r>
        <w:separator/>
      </w:r>
    </w:p>
  </w:footnote>
  <w:footnote w:type="continuationSeparator" w:id="0">
    <w:p w14:paraId="41588F66" w14:textId="77777777" w:rsidR="00C2532B" w:rsidRDefault="00C2532B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0414CF"/>
    <w:multiLevelType w:val="multilevel"/>
    <w:tmpl w:val="2162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25880"/>
    <w:multiLevelType w:val="hybridMultilevel"/>
    <w:tmpl w:val="7310B092"/>
    <w:lvl w:ilvl="0" w:tplc="6A549C5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03276"/>
    <w:multiLevelType w:val="multilevel"/>
    <w:tmpl w:val="20B41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1A2C72"/>
    <w:multiLevelType w:val="hybridMultilevel"/>
    <w:tmpl w:val="5D1C5E30"/>
    <w:lvl w:ilvl="0" w:tplc="6674FF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20"/>
  </w:num>
  <w:num w:numId="4" w16cid:durableId="1519738130">
    <w:abstractNumId w:val="15"/>
  </w:num>
  <w:num w:numId="5" w16cid:durableId="1614556465">
    <w:abstractNumId w:val="13"/>
  </w:num>
  <w:num w:numId="6" w16cid:durableId="1637367140">
    <w:abstractNumId w:val="8"/>
  </w:num>
  <w:num w:numId="7" w16cid:durableId="1706131200">
    <w:abstractNumId w:val="12"/>
  </w:num>
  <w:num w:numId="8" w16cid:durableId="176770922">
    <w:abstractNumId w:val="10"/>
  </w:num>
  <w:num w:numId="9" w16cid:durableId="1827820527">
    <w:abstractNumId w:val="0"/>
  </w:num>
  <w:num w:numId="10" w16cid:durableId="379786555">
    <w:abstractNumId w:val="11"/>
  </w:num>
  <w:num w:numId="11" w16cid:durableId="415630990">
    <w:abstractNumId w:val="3"/>
  </w:num>
  <w:num w:numId="12" w16cid:durableId="436294117">
    <w:abstractNumId w:val="19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8"/>
  </w:num>
  <w:num w:numId="16" w16cid:durableId="747075841">
    <w:abstractNumId w:val="5"/>
  </w:num>
  <w:num w:numId="17" w16cid:durableId="927734142">
    <w:abstractNumId w:val="2"/>
  </w:num>
  <w:num w:numId="18" w16cid:durableId="2000575050">
    <w:abstractNumId w:val="16"/>
  </w:num>
  <w:num w:numId="19" w16cid:durableId="1940865270">
    <w:abstractNumId w:val="9"/>
  </w:num>
  <w:num w:numId="20" w16cid:durableId="502670652">
    <w:abstractNumId w:val="14"/>
  </w:num>
  <w:num w:numId="21" w16cid:durableId="8330342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07EEC"/>
    <w:rsid w:val="00013DB2"/>
    <w:rsid w:val="00015C3B"/>
    <w:rsid w:val="00023C5A"/>
    <w:rsid w:val="00034616"/>
    <w:rsid w:val="000402C7"/>
    <w:rsid w:val="00044B1C"/>
    <w:rsid w:val="0006063C"/>
    <w:rsid w:val="000674A4"/>
    <w:rsid w:val="0007096C"/>
    <w:rsid w:val="000745A2"/>
    <w:rsid w:val="00093416"/>
    <w:rsid w:val="00096133"/>
    <w:rsid w:val="000A1662"/>
    <w:rsid w:val="000A3A40"/>
    <w:rsid w:val="000A3B56"/>
    <w:rsid w:val="000B1C96"/>
    <w:rsid w:val="000C08C8"/>
    <w:rsid w:val="000C16E3"/>
    <w:rsid w:val="000C1D55"/>
    <w:rsid w:val="000E090A"/>
    <w:rsid w:val="000E24F3"/>
    <w:rsid w:val="000E7B3D"/>
    <w:rsid w:val="000F1303"/>
    <w:rsid w:val="000F637C"/>
    <w:rsid w:val="00122E18"/>
    <w:rsid w:val="0015074B"/>
    <w:rsid w:val="00157CCF"/>
    <w:rsid w:val="001679B3"/>
    <w:rsid w:val="00171237"/>
    <w:rsid w:val="00172F4E"/>
    <w:rsid w:val="0019357D"/>
    <w:rsid w:val="00196770"/>
    <w:rsid w:val="001A31AC"/>
    <w:rsid w:val="001A56A9"/>
    <w:rsid w:val="001B2933"/>
    <w:rsid w:val="001B608F"/>
    <w:rsid w:val="001C1B45"/>
    <w:rsid w:val="001C36C1"/>
    <w:rsid w:val="001D396F"/>
    <w:rsid w:val="001D5C10"/>
    <w:rsid w:val="001F5D57"/>
    <w:rsid w:val="0020256D"/>
    <w:rsid w:val="00205AEA"/>
    <w:rsid w:val="00213F9A"/>
    <w:rsid w:val="00221E0B"/>
    <w:rsid w:val="0022236F"/>
    <w:rsid w:val="00250341"/>
    <w:rsid w:val="002518EF"/>
    <w:rsid w:val="0026497A"/>
    <w:rsid w:val="00272E04"/>
    <w:rsid w:val="00275280"/>
    <w:rsid w:val="0029639D"/>
    <w:rsid w:val="00297698"/>
    <w:rsid w:val="002A14B2"/>
    <w:rsid w:val="002B51A3"/>
    <w:rsid w:val="002E1AE7"/>
    <w:rsid w:val="002E740F"/>
    <w:rsid w:val="002E7C50"/>
    <w:rsid w:val="002F34D8"/>
    <w:rsid w:val="002F5B73"/>
    <w:rsid w:val="00302DE4"/>
    <w:rsid w:val="00310BDB"/>
    <w:rsid w:val="00320E83"/>
    <w:rsid w:val="00326F90"/>
    <w:rsid w:val="0034192C"/>
    <w:rsid w:val="00342381"/>
    <w:rsid w:val="00367DAA"/>
    <w:rsid w:val="003B0A02"/>
    <w:rsid w:val="003C413D"/>
    <w:rsid w:val="003D20FC"/>
    <w:rsid w:val="003D7454"/>
    <w:rsid w:val="003E2DFB"/>
    <w:rsid w:val="003E2F05"/>
    <w:rsid w:val="003E6BC2"/>
    <w:rsid w:val="003E6FEC"/>
    <w:rsid w:val="003E7478"/>
    <w:rsid w:val="004029D6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47574"/>
    <w:rsid w:val="00454772"/>
    <w:rsid w:val="00454BF3"/>
    <w:rsid w:val="00455824"/>
    <w:rsid w:val="004601D4"/>
    <w:rsid w:val="00462368"/>
    <w:rsid w:val="00466847"/>
    <w:rsid w:val="00466F85"/>
    <w:rsid w:val="00467235"/>
    <w:rsid w:val="004729D6"/>
    <w:rsid w:val="00482CF9"/>
    <w:rsid w:val="0049496E"/>
    <w:rsid w:val="00497A56"/>
    <w:rsid w:val="004C4783"/>
    <w:rsid w:val="004E612D"/>
    <w:rsid w:val="004F096E"/>
    <w:rsid w:val="004F29C4"/>
    <w:rsid w:val="004F6488"/>
    <w:rsid w:val="00505750"/>
    <w:rsid w:val="00513300"/>
    <w:rsid w:val="00513A2D"/>
    <w:rsid w:val="00516E60"/>
    <w:rsid w:val="00556184"/>
    <w:rsid w:val="0056174B"/>
    <w:rsid w:val="00563EE1"/>
    <w:rsid w:val="00564347"/>
    <w:rsid w:val="0058450D"/>
    <w:rsid w:val="00591658"/>
    <w:rsid w:val="00593B1F"/>
    <w:rsid w:val="005A4230"/>
    <w:rsid w:val="005A5863"/>
    <w:rsid w:val="005B1253"/>
    <w:rsid w:val="005B647D"/>
    <w:rsid w:val="005C6808"/>
    <w:rsid w:val="005F4776"/>
    <w:rsid w:val="00600220"/>
    <w:rsid w:val="0060115D"/>
    <w:rsid w:val="00616BCA"/>
    <w:rsid w:val="006208C2"/>
    <w:rsid w:val="00670BC6"/>
    <w:rsid w:val="00680786"/>
    <w:rsid w:val="006814EB"/>
    <w:rsid w:val="00682611"/>
    <w:rsid w:val="006B51F8"/>
    <w:rsid w:val="006D61DD"/>
    <w:rsid w:val="006E6F78"/>
    <w:rsid w:val="006F03AB"/>
    <w:rsid w:val="006F3B3D"/>
    <w:rsid w:val="006F50D8"/>
    <w:rsid w:val="0072186B"/>
    <w:rsid w:val="00727042"/>
    <w:rsid w:val="00764AD8"/>
    <w:rsid w:val="00765C77"/>
    <w:rsid w:val="00767AC2"/>
    <w:rsid w:val="00783671"/>
    <w:rsid w:val="00784DEB"/>
    <w:rsid w:val="0078736B"/>
    <w:rsid w:val="007A284E"/>
    <w:rsid w:val="007A5016"/>
    <w:rsid w:val="007B0204"/>
    <w:rsid w:val="007C1B81"/>
    <w:rsid w:val="007C3336"/>
    <w:rsid w:val="007C4C24"/>
    <w:rsid w:val="007C5316"/>
    <w:rsid w:val="007D16EB"/>
    <w:rsid w:val="007E175B"/>
    <w:rsid w:val="007E22BE"/>
    <w:rsid w:val="007F3CB5"/>
    <w:rsid w:val="007F552B"/>
    <w:rsid w:val="007F78C7"/>
    <w:rsid w:val="0080126E"/>
    <w:rsid w:val="0080316C"/>
    <w:rsid w:val="00823C04"/>
    <w:rsid w:val="00842652"/>
    <w:rsid w:val="008546AF"/>
    <w:rsid w:val="008556B7"/>
    <w:rsid w:val="008658B6"/>
    <w:rsid w:val="00872473"/>
    <w:rsid w:val="00884EC1"/>
    <w:rsid w:val="00886041"/>
    <w:rsid w:val="008A5B29"/>
    <w:rsid w:val="008A739B"/>
    <w:rsid w:val="008B0AA3"/>
    <w:rsid w:val="008D59B3"/>
    <w:rsid w:val="008E1880"/>
    <w:rsid w:val="008E7F2F"/>
    <w:rsid w:val="00935C8E"/>
    <w:rsid w:val="00936165"/>
    <w:rsid w:val="00936D97"/>
    <w:rsid w:val="009459F2"/>
    <w:rsid w:val="00951120"/>
    <w:rsid w:val="0095285E"/>
    <w:rsid w:val="00955B11"/>
    <w:rsid w:val="00963627"/>
    <w:rsid w:val="009736DB"/>
    <w:rsid w:val="00985078"/>
    <w:rsid w:val="00990251"/>
    <w:rsid w:val="009B14EC"/>
    <w:rsid w:val="009B5EF0"/>
    <w:rsid w:val="009D67C5"/>
    <w:rsid w:val="00A00AE7"/>
    <w:rsid w:val="00A21480"/>
    <w:rsid w:val="00A236E4"/>
    <w:rsid w:val="00A24242"/>
    <w:rsid w:val="00A31BA4"/>
    <w:rsid w:val="00A613CF"/>
    <w:rsid w:val="00A62D62"/>
    <w:rsid w:val="00AA1D8D"/>
    <w:rsid w:val="00AB12B6"/>
    <w:rsid w:val="00AB46DB"/>
    <w:rsid w:val="00AC2A53"/>
    <w:rsid w:val="00AC2ABB"/>
    <w:rsid w:val="00AC387E"/>
    <w:rsid w:val="00AD37F9"/>
    <w:rsid w:val="00AD381C"/>
    <w:rsid w:val="00AE1622"/>
    <w:rsid w:val="00B04451"/>
    <w:rsid w:val="00B06117"/>
    <w:rsid w:val="00B06F5D"/>
    <w:rsid w:val="00B125F4"/>
    <w:rsid w:val="00B30F6E"/>
    <w:rsid w:val="00B369D0"/>
    <w:rsid w:val="00B43857"/>
    <w:rsid w:val="00B46272"/>
    <w:rsid w:val="00B47730"/>
    <w:rsid w:val="00B66C63"/>
    <w:rsid w:val="00B7361F"/>
    <w:rsid w:val="00B9746F"/>
    <w:rsid w:val="00BA59BD"/>
    <w:rsid w:val="00BA6D0B"/>
    <w:rsid w:val="00BA7CF0"/>
    <w:rsid w:val="00BC0423"/>
    <w:rsid w:val="00BD3859"/>
    <w:rsid w:val="00BE5F5B"/>
    <w:rsid w:val="00BF7150"/>
    <w:rsid w:val="00BF7163"/>
    <w:rsid w:val="00C05462"/>
    <w:rsid w:val="00C11F35"/>
    <w:rsid w:val="00C14B2B"/>
    <w:rsid w:val="00C2532B"/>
    <w:rsid w:val="00C27E30"/>
    <w:rsid w:val="00C34C2B"/>
    <w:rsid w:val="00C56714"/>
    <w:rsid w:val="00C86939"/>
    <w:rsid w:val="00C86B71"/>
    <w:rsid w:val="00C95239"/>
    <w:rsid w:val="00C9759F"/>
    <w:rsid w:val="00CA229B"/>
    <w:rsid w:val="00CA60C7"/>
    <w:rsid w:val="00CB0664"/>
    <w:rsid w:val="00CC218E"/>
    <w:rsid w:val="00CC7EE6"/>
    <w:rsid w:val="00CD296B"/>
    <w:rsid w:val="00CD44E1"/>
    <w:rsid w:val="00CD5E79"/>
    <w:rsid w:val="00CE63FC"/>
    <w:rsid w:val="00CF2FFA"/>
    <w:rsid w:val="00D31490"/>
    <w:rsid w:val="00D41F2C"/>
    <w:rsid w:val="00D50642"/>
    <w:rsid w:val="00D605B6"/>
    <w:rsid w:val="00D61E7B"/>
    <w:rsid w:val="00D63390"/>
    <w:rsid w:val="00D97061"/>
    <w:rsid w:val="00D97E02"/>
    <w:rsid w:val="00DA3781"/>
    <w:rsid w:val="00DA449A"/>
    <w:rsid w:val="00DA599E"/>
    <w:rsid w:val="00DA6C90"/>
    <w:rsid w:val="00DB00D8"/>
    <w:rsid w:val="00DB3D0D"/>
    <w:rsid w:val="00DB6CC7"/>
    <w:rsid w:val="00DB7515"/>
    <w:rsid w:val="00DE1B95"/>
    <w:rsid w:val="00DF7491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81F41"/>
    <w:rsid w:val="00E8604F"/>
    <w:rsid w:val="00EA64D6"/>
    <w:rsid w:val="00EB0BEE"/>
    <w:rsid w:val="00EC1A98"/>
    <w:rsid w:val="00EC2BBC"/>
    <w:rsid w:val="00EE4B3C"/>
    <w:rsid w:val="00EE5533"/>
    <w:rsid w:val="00EE7107"/>
    <w:rsid w:val="00EF64BA"/>
    <w:rsid w:val="00F07494"/>
    <w:rsid w:val="00F14733"/>
    <w:rsid w:val="00F26B3C"/>
    <w:rsid w:val="00F4042D"/>
    <w:rsid w:val="00F616F5"/>
    <w:rsid w:val="00F624B0"/>
    <w:rsid w:val="00F6591F"/>
    <w:rsid w:val="00F7321D"/>
    <w:rsid w:val="00F8138A"/>
    <w:rsid w:val="00F915E1"/>
    <w:rsid w:val="00F92B79"/>
    <w:rsid w:val="00F95081"/>
    <w:rsid w:val="00FA7D4A"/>
    <w:rsid w:val="00FB0DD2"/>
    <w:rsid w:val="00FC693F"/>
    <w:rsid w:val="00FE5A4C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4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820</Words>
  <Characters>4678</Characters>
  <Application>Microsoft Office Word</Application>
  <DocSecurity>0</DocSecurity>
  <Lines>38</Lines>
  <Paragraphs>10</Paragraphs>
  <ScaleCrop>false</ScaleCrop>
  <Manager/>
  <Company/>
  <LinksUpToDate>false</LinksUpToDate>
  <CharactersWithSpaces>5488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59</cp:revision>
  <dcterms:created xsi:type="dcterms:W3CDTF">2026-10-09T10:07:00Z</dcterms:created>
  <dcterms:modified xsi:type="dcterms:W3CDTF">2026-10-13T08:49:00Z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