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42FA" w14:textId="0AC8915D" w:rsidR="0072186B" w:rsidRDefault="00CD296B">
      <w:pPr>
        <w:pStyle w:val="Heading2"/>
      </w:pPr>
      <w:r>
        <w:t>Overarching Theme:</w:t>
      </w:r>
      <w:r w:rsidR="00600220">
        <w:t xml:space="preserve"> </w:t>
      </w:r>
      <w:r w:rsidR="00AD540F">
        <w:t>How have Scots shaped the world?</w:t>
      </w:r>
      <w:r w:rsidR="0026474B">
        <w:t xml:space="preserve"> (Second Level)</w:t>
      </w:r>
    </w:p>
    <w:tbl>
      <w:tblPr>
        <w:tblStyle w:val="LightGrid"/>
        <w:tblW w:w="9541" w:type="dxa"/>
        <w:tblLook w:val="04A0" w:firstRow="1" w:lastRow="0" w:firstColumn="1" w:lastColumn="0" w:noHBand="0" w:noVBand="1"/>
      </w:tblPr>
      <w:tblGrid>
        <w:gridCol w:w="2684"/>
        <w:gridCol w:w="2976"/>
        <w:gridCol w:w="3881"/>
      </w:tblGrid>
      <w:tr w:rsidR="000848B4" w14:paraId="03C8FEFB" w14:textId="705FAC9F" w:rsidTr="000C61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  <w:shd w:val="clear" w:color="auto" w:fill="D9D9D9" w:themeFill="background1" w:themeFillShade="D9"/>
          </w:tcPr>
          <w:p w14:paraId="2A4F94AD" w14:textId="054791F1" w:rsidR="000848B4" w:rsidRDefault="000848B4" w:rsidP="000848B4">
            <w:r>
              <w:t>Project Challenge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14:paraId="5C546DB9" w14:textId="4C28314B" w:rsidR="000848B4" w:rsidRDefault="000848B4" w:rsidP="00084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Outcome</w:t>
            </w:r>
          </w:p>
        </w:tc>
        <w:tc>
          <w:tcPr>
            <w:tcW w:w="3881" w:type="dxa"/>
            <w:shd w:val="clear" w:color="auto" w:fill="D9D9D9" w:themeFill="background1" w:themeFillShade="D9"/>
          </w:tcPr>
          <w:p w14:paraId="216E39A3" w14:textId="33D4F497" w:rsidR="000848B4" w:rsidRDefault="000848B4" w:rsidP="000848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hook/Provocation/Stimulus</w:t>
            </w:r>
          </w:p>
        </w:tc>
      </w:tr>
      <w:tr w:rsidR="000848B4" w14:paraId="672A6659" w14:textId="75F32F8A" w:rsidTr="000C61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4" w:type="dxa"/>
            <w:shd w:val="clear" w:color="auto" w:fill="FFFFFF" w:themeFill="background1"/>
          </w:tcPr>
          <w:p w14:paraId="17D9E680" w14:textId="77777777" w:rsidR="0071683D" w:rsidRPr="0071683D" w:rsidRDefault="0071683D" w:rsidP="0071683D">
            <w:pPr>
              <w:rPr>
                <w:b w:val="0"/>
                <w:bCs w:val="0"/>
                <w:sz w:val="20"/>
                <w:szCs w:val="20"/>
                <w:lang w:val="en-GB"/>
              </w:rPr>
            </w:pPr>
            <w:r w:rsidRPr="0071683D">
              <w:rPr>
                <w:b w:val="0"/>
                <w:bCs w:val="0"/>
                <w:sz w:val="20"/>
                <w:szCs w:val="20"/>
                <w:lang w:val="en-GB"/>
              </w:rPr>
              <w:t>How can we help others understand the impact Scots have had on Scotland and the wider world?</w:t>
            </w:r>
          </w:p>
          <w:p w14:paraId="3023F77D" w14:textId="77777777" w:rsidR="000848B4" w:rsidRPr="00DB6CC7" w:rsidRDefault="000848B4" w:rsidP="000848B4">
            <w:pPr>
              <w:rPr>
                <w:sz w:val="20"/>
                <w:szCs w:val="20"/>
              </w:rPr>
            </w:pPr>
          </w:p>
          <w:p w14:paraId="50E6849C" w14:textId="77777777" w:rsidR="000848B4" w:rsidRPr="00DB6CC7" w:rsidRDefault="000848B4" w:rsidP="000848B4">
            <w:pPr>
              <w:rPr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FFF" w:themeFill="background1"/>
          </w:tcPr>
          <w:p w14:paraId="736D3DDC" w14:textId="1EF511D1" w:rsidR="005B29A2" w:rsidRDefault="005B29A2" w:rsidP="005B29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Help</w:t>
            </w:r>
            <w:r w:rsidRPr="005B29A2">
              <w:rPr>
                <w:sz w:val="20"/>
                <w:szCs w:val="20"/>
                <w:lang w:val="en-GB"/>
              </w:rPr>
              <w:t xml:space="preserve"> others learn about and appreciate the achievements of influential Scots</w:t>
            </w:r>
          </w:p>
          <w:p w14:paraId="6F171C58" w14:textId="77777777" w:rsidR="005B29A2" w:rsidRDefault="005B29A2" w:rsidP="005B29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020C66CE" w14:textId="43BE4E7E" w:rsidR="005B29A2" w:rsidRDefault="005B29A2" w:rsidP="005B29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2A68D5">
              <w:rPr>
                <w:b/>
                <w:bCs/>
                <w:sz w:val="20"/>
                <w:szCs w:val="20"/>
                <w:lang w:val="en-GB"/>
              </w:rPr>
              <w:t>Learners may choose to</w:t>
            </w:r>
            <w:r>
              <w:rPr>
                <w:sz w:val="20"/>
                <w:szCs w:val="20"/>
                <w:lang w:val="en-GB"/>
              </w:rPr>
              <w:t>:</w:t>
            </w:r>
          </w:p>
          <w:p w14:paraId="0D63063A" w14:textId="3B8F8D2E" w:rsidR="005B29A2" w:rsidRDefault="00D27AFD" w:rsidP="005B29A2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Create a museum exhibition</w:t>
            </w:r>
          </w:p>
          <w:p w14:paraId="51031163" w14:textId="67F35B71" w:rsidR="00D27AFD" w:rsidRDefault="00D27AFD" w:rsidP="005B29A2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Produce a Podcast</w:t>
            </w:r>
          </w:p>
          <w:p w14:paraId="10AF77F3" w14:textId="14584395" w:rsidR="00D27AFD" w:rsidRDefault="00D27AFD" w:rsidP="005B29A2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Create a documentary</w:t>
            </w:r>
          </w:p>
          <w:p w14:paraId="48831F4D" w14:textId="51F1EF1F" w:rsidR="00D27AFD" w:rsidRDefault="00D25DAD" w:rsidP="005B29A2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Design</w:t>
            </w:r>
            <w:r w:rsidR="00D27AFD">
              <w:rPr>
                <w:sz w:val="20"/>
                <w:szCs w:val="20"/>
                <w:lang w:val="en-GB"/>
              </w:rPr>
              <w:t xml:space="preserve"> a timeline</w:t>
            </w:r>
          </w:p>
          <w:p w14:paraId="2498B690" w14:textId="3B6D5D2C" w:rsidR="00D27AFD" w:rsidRDefault="00D25DAD" w:rsidP="005B29A2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Produce an information book, fact file or digital guide</w:t>
            </w:r>
          </w:p>
          <w:p w14:paraId="1B281DBE" w14:textId="397FC3D5" w:rsidR="00D25DAD" w:rsidRDefault="00D25DAD" w:rsidP="005B29A2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Create a presentation or digital showcase</w:t>
            </w:r>
          </w:p>
          <w:p w14:paraId="593FE78F" w14:textId="2D58DDBF" w:rsidR="00961915" w:rsidRPr="00C61D5E" w:rsidRDefault="00961915" w:rsidP="00C61D5E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Create a virtual museum exhibit</w:t>
            </w:r>
          </w:p>
          <w:p w14:paraId="5DAB6C7B" w14:textId="7577B065" w:rsidR="000848B4" w:rsidRPr="00F26B3C" w:rsidRDefault="000848B4" w:rsidP="000848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3881" w:type="dxa"/>
            <w:shd w:val="clear" w:color="auto" w:fill="FFFFFF" w:themeFill="background1"/>
          </w:tcPr>
          <w:p w14:paraId="2B58FEEB" w14:textId="77777777" w:rsidR="000848B4" w:rsidRDefault="00BA7675" w:rsidP="00042AF2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Artefact box linked to famous Scots e.g. </w:t>
            </w:r>
            <w:r w:rsidR="00D94238">
              <w:rPr>
                <w:sz w:val="20"/>
                <w:szCs w:val="20"/>
                <w:lang w:val="en-GB"/>
              </w:rPr>
              <w:t xml:space="preserve">telephone, penicillin medicine packet, </w:t>
            </w:r>
            <w:proofErr w:type="spellStart"/>
            <w:r w:rsidR="00D94238">
              <w:rPr>
                <w:sz w:val="20"/>
                <w:szCs w:val="20"/>
                <w:lang w:val="en-GB"/>
              </w:rPr>
              <w:t>Irn</w:t>
            </w:r>
            <w:proofErr w:type="spellEnd"/>
            <w:r w:rsidR="00D94238">
              <w:rPr>
                <w:sz w:val="20"/>
                <w:szCs w:val="20"/>
                <w:lang w:val="en-GB"/>
              </w:rPr>
              <w:t xml:space="preserve"> Bru can, gold ball, pictures of famous Scots, </w:t>
            </w:r>
            <w:r w:rsidR="00172A53">
              <w:rPr>
                <w:sz w:val="20"/>
                <w:szCs w:val="20"/>
                <w:lang w:val="en-GB"/>
              </w:rPr>
              <w:t>ship/engineering photo</w:t>
            </w:r>
          </w:p>
          <w:p w14:paraId="295D2422" w14:textId="77777777" w:rsidR="00C84250" w:rsidRDefault="00172A53" w:rsidP="00042AF2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Museum Curator Challenge: </w:t>
            </w:r>
            <w:r w:rsidR="000C61A9" w:rsidRPr="000C61A9">
              <w:rPr>
                <w:sz w:val="20"/>
                <w:szCs w:val="20"/>
                <w:lang w:val="en-GB"/>
              </w:rPr>
              <w:t>The National Museum of Scotland is opening a new gallery called "Scots Who Changed the World", but they need your help deciding which Scots should be included. Can your team create an exhibition to inspire visitors</w:t>
            </w:r>
          </w:p>
          <w:p w14:paraId="13079227" w14:textId="77777777" w:rsidR="00C84250" w:rsidRPr="00C84250" w:rsidRDefault="00C84250" w:rsidP="00C84250">
            <w:pPr>
              <w:pStyle w:val="ListParagraph"/>
              <w:numPr>
                <w:ilvl w:val="0"/>
                <w:numId w:val="3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  <w:t>M</w:t>
            </w:r>
            <w:r w:rsidR="00042AF2" w:rsidRPr="00042AF2"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  <w:t>useum space with empty display stands and labels saying:</w:t>
            </w:r>
          </w:p>
          <w:p w14:paraId="390C15C0" w14:textId="77777777" w:rsidR="00C84250" w:rsidRDefault="00042AF2" w:rsidP="00C84250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</w:pPr>
            <w:r w:rsidRPr="00C84250"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  <w:t>Inventor Needed</w:t>
            </w:r>
          </w:p>
          <w:p w14:paraId="5CF85A33" w14:textId="77777777" w:rsidR="00C84250" w:rsidRDefault="00042AF2" w:rsidP="00C84250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</w:pPr>
            <w:r w:rsidRPr="00042AF2"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  <w:t>Explorer Neede</w:t>
            </w:r>
            <w:r w:rsidR="00C84250"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  <w:t>d</w:t>
            </w:r>
          </w:p>
          <w:p w14:paraId="162E5967" w14:textId="77777777" w:rsidR="00C84250" w:rsidRDefault="00042AF2" w:rsidP="00C84250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</w:pPr>
            <w:r w:rsidRPr="00042AF2"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  <w:t>Sporting Hero Needed</w:t>
            </w:r>
          </w:p>
          <w:p w14:paraId="0D73A551" w14:textId="2370F32F" w:rsidR="00961915" w:rsidRPr="00C61D5E" w:rsidRDefault="00042AF2" w:rsidP="00C61D5E">
            <w:pPr>
              <w:pStyle w:val="List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</w:pPr>
            <w:r w:rsidRPr="00042AF2">
              <w:rPr>
                <w:rFonts w:ascii="Segoe UI" w:eastAsia="Times New Roman" w:hAnsi="Segoe UI" w:cs="Segoe UI"/>
                <w:sz w:val="21"/>
                <w:szCs w:val="21"/>
                <w:lang w:val="en-GB" w:eastAsia="en-GB"/>
              </w:rPr>
              <w:t>Scientist Needed</w:t>
            </w:r>
          </w:p>
        </w:tc>
      </w:tr>
    </w:tbl>
    <w:p w14:paraId="7E30A2DF" w14:textId="517E9A10" w:rsidR="0072186B" w:rsidRDefault="6B6046C2">
      <w:pPr>
        <w:pStyle w:val="Heading2"/>
      </w:pPr>
      <w:r>
        <w:t>Intentional Planning</w:t>
      </w:r>
    </w:p>
    <w:p w14:paraId="2682E3CF" w14:textId="77777777" w:rsidR="0072186B" w:rsidRDefault="00F8138A">
      <w:r>
        <w:t xml:space="preserve">Selected Experiences and Outcomes identify intended learning. Additional Es and </w:t>
      </w:r>
      <w:proofErr w:type="spellStart"/>
      <w:r>
        <w:t>Os</w:t>
      </w:r>
      <w:proofErr w:type="spellEnd"/>
      <w:r>
        <w:t xml:space="preserve"> may be addressed through responsive planning.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2868"/>
        <w:gridCol w:w="2874"/>
        <w:gridCol w:w="2878"/>
      </w:tblGrid>
      <w:tr w:rsidR="0072186B" w14:paraId="783A2C57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DBDB" w:themeFill="accent2" w:themeFillTint="33"/>
          </w:tcPr>
          <w:p w14:paraId="03C44051" w14:textId="77777777" w:rsidR="0072186B" w:rsidRDefault="00F8138A">
            <w:r>
              <w:t>Experiences &amp; Outcomes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2F2852D5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 / Assessment Evidence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3F0E93F0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Meta Skills</w:t>
            </w:r>
            <w:r w:rsidR="00516E60">
              <w:t xml:space="preserve"> </w:t>
            </w:r>
            <w:r w:rsidR="00516E60">
              <w:rPr>
                <w:b w:val="0"/>
                <w:bCs w:val="0"/>
              </w:rPr>
              <w:t>(Highlight/Circle)</w:t>
            </w:r>
          </w:p>
          <w:p w14:paraId="5FD11ABF" w14:textId="4FB9DABD" w:rsidR="006F03AB" w:rsidRPr="00F6591F" w:rsidRDefault="00F659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Observed throughout Enquiry</w:t>
            </w:r>
          </w:p>
        </w:tc>
      </w:tr>
      <w:tr w:rsidR="0072186B" w14:paraId="02EB378F" w14:textId="77777777" w:rsidTr="00F147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 w:themeFill="background1"/>
          </w:tcPr>
          <w:p w14:paraId="1BE3FC7A" w14:textId="297BB5EC" w:rsidR="006C68C8" w:rsidRPr="00D24022" w:rsidRDefault="006C68C8" w:rsidP="00D2402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D24022">
              <w:rPr>
                <w:b w:val="0"/>
                <w:bCs w:val="0"/>
                <w:sz w:val="18"/>
                <w:szCs w:val="18"/>
                <w:lang w:val="en-GB"/>
              </w:rPr>
              <w:t>Use primary and secondary sources to investigate significant Scots</w:t>
            </w:r>
            <w:r w:rsidR="00D24022" w:rsidRPr="00D24022">
              <w:rPr>
                <w:b w:val="0"/>
                <w:bCs w:val="0"/>
                <w:sz w:val="18"/>
                <w:szCs w:val="18"/>
                <w:lang w:val="en-GB"/>
              </w:rPr>
              <w:t xml:space="preserve"> (SOC 2-01a)</w:t>
            </w:r>
          </w:p>
          <w:p w14:paraId="372A2051" w14:textId="77777777" w:rsidR="00D24022" w:rsidRDefault="00D24022" w:rsidP="00D24022">
            <w:pPr>
              <w:rPr>
                <w:sz w:val="18"/>
                <w:szCs w:val="18"/>
                <w:lang w:val="en-GB"/>
              </w:rPr>
            </w:pPr>
          </w:p>
          <w:p w14:paraId="4C02F487" w14:textId="57713040" w:rsidR="006C68C8" w:rsidRPr="006C68C8" w:rsidRDefault="006C68C8" w:rsidP="00D2402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Develop understanding of how people and events have contributed to Scottish society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 xml:space="preserve"> (SOC 2-03a)</w:t>
            </w: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.</w:t>
            </w:r>
          </w:p>
          <w:p w14:paraId="530E427D" w14:textId="77777777" w:rsidR="00D24022" w:rsidRDefault="00D24022" w:rsidP="00D24022">
            <w:pPr>
              <w:rPr>
                <w:sz w:val="18"/>
                <w:szCs w:val="18"/>
                <w:lang w:val="en-GB"/>
              </w:rPr>
            </w:pPr>
          </w:p>
          <w:p w14:paraId="48ABDBBF" w14:textId="5A70D62A" w:rsidR="006C68C8" w:rsidRPr="006C68C8" w:rsidRDefault="006C68C8" w:rsidP="00D2402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Discuss the significance of individuals and events from the past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 xml:space="preserve"> (SOC 2-06a)</w:t>
            </w: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.</w:t>
            </w:r>
          </w:p>
          <w:p w14:paraId="0D466713" w14:textId="77777777" w:rsidR="00D24022" w:rsidRDefault="00D24022" w:rsidP="00D24022">
            <w:pPr>
              <w:rPr>
                <w:sz w:val="18"/>
                <w:szCs w:val="18"/>
                <w:lang w:val="en-GB"/>
              </w:rPr>
            </w:pPr>
          </w:p>
          <w:p w14:paraId="75B78ADE" w14:textId="124BDBB2" w:rsidR="006C68C8" w:rsidRPr="006C68C8" w:rsidRDefault="006C68C8" w:rsidP="00D2402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Select, organise and communicate relevant information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 xml:space="preserve"> (LIT 2-06a)</w:t>
            </w: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.</w:t>
            </w:r>
          </w:p>
          <w:p w14:paraId="2740276E" w14:textId="77777777" w:rsidR="00D24022" w:rsidRDefault="00D24022" w:rsidP="00D24022">
            <w:pPr>
              <w:rPr>
                <w:sz w:val="18"/>
                <w:szCs w:val="18"/>
                <w:lang w:val="en-GB"/>
              </w:rPr>
            </w:pPr>
          </w:p>
          <w:p w14:paraId="3D9E6488" w14:textId="0401562A" w:rsidR="006C68C8" w:rsidRPr="006C68C8" w:rsidRDefault="006C68C8" w:rsidP="00D2402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Find, select and sort information from a variety of sources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 xml:space="preserve"> (LIT 2-14a)</w:t>
            </w: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.</w:t>
            </w:r>
          </w:p>
          <w:p w14:paraId="24D49960" w14:textId="77777777" w:rsidR="00D24022" w:rsidRDefault="00D24022" w:rsidP="00D24022">
            <w:pPr>
              <w:rPr>
                <w:sz w:val="18"/>
                <w:szCs w:val="18"/>
                <w:lang w:val="en-GB"/>
              </w:rPr>
            </w:pPr>
          </w:p>
          <w:p w14:paraId="5085E7CB" w14:textId="4EC42B43" w:rsidR="006C68C8" w:rsidRPr="006C68C8" w:rsidRDefault="006C68C8" w:rsidP="00D2402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lastRenderedPageBreak/>
              <w:t>Make notes and use them to develop thinking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 xml:space="preserve"> (LIT 2-15a)</w:t>
            </w: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.</w:t>
            </w:r>
          </w:p>
          <w:p w14:paraId="0A9333BB" w14:textId="77777777" w:rsidR="00D24022" w:rsidRDefault="00D24022" w:rsidP="00D24022">
            <w:pPr>
              <w:rPr>
                <w:sz w:val="18"/>
                <w:szCs w:val="18"/>
                <w:lang w:val="en-GB"/>
              </w:rPr>
            </w:pPr>
          </w:p>
          <w:p w14:paraId="548D1EB4" w14:textId="2CA07F85" w:rsidR="006C68C8" w:rsidRPr="006C68C8" w:rsidRDefault="006C68C8" w:rsidP="00D24022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Convey information and explain ideas effectively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 xml:space="preserve"> (</w:t>
            </w:r>
            <w:r w:rsidR="00D24022" w:rsidRPr="006C68C8">
              <w:rPr>
                <w:b w:val="0"/>
                <w:bCs w:val="0"/>
                <w:sz w:val="18"/>
                <w:szCs w:val="18"/>
                <w:lang w:val="en-GB"/>
              </w:rPr>
              <w:t>LIT 2-29a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.</w:t>
            </w:r>
          </w:p>
          <w:p w14:paraId="35D9D279" w14:textId="77777777" w:rsidR="00D24022" w:rsidRDefault="00D24022" w:rsidP="00D24022">
            <w:pPr>
              <w:rPr>
                <w:sz w:val="18"/>
                <w:szCs w:val="18"/>
                <w:lang w:val="en-GB"/>
              </w:rPr>
            </w:pPr>
          </w:p>
          <w:p w14:paraId="3A28BEB3" w14:textId="77777777" w:rsidR="00D24022" w:rsidRDefault="006C68C8" w:rsidP="00D24022">
            <w:pPr>
              <w:rPr>
                <w:sz w:val="18"/>
                <w:szCs w:val="18"/>
                <w:lang w:val="en-GB"/>
              </w:rPr>
            </w:pP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Use digital technologies to research and present information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 xml:space="preserve"> (</w:t>
            </w:r>
            <w:r w:rsidR="00D24022" w:rsidRPr="006C68C8">
              <w:rPr>
                <w:b w:val="0"/>
                <w:bCs w:val="0"/>
                <w:sz w:val="18"/>
                <w:szCs w:val="18"/>
                <w:lang w:val="en-GB"/>
              </w:rPr>
              <w:t>TCH 2-01a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.</w:t>
            </w:r>
          </w:p>
          <w:p w14:paraId="5A12A66D" w14:textId="77777777" w:rsidR="00D24022" w:rsidRDefault="00D24022" w:rsidP="00D24022">
            <w:pPr>
              <w:rPr>
                <w:sz w:val="18"/>
                <w:szCs w:val="18"/>
                <w:lang w:val="en-GB"/>
              </w:rPr>
            </w:pPr>
          </w:p>
          <w:p w14:paraId="6A05A809" w14:textId="1BA97E58" w:rsidR="00BD3859" w:rsidRPr="008D572B" w:rsidRDefault="006C68C8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C68C8">
              <w:rPr>
                <w:b w:val="0"/>
                <w:bCs w:val="0"/>
                <w:sz w:val="18"/>
                <w:szCs w:val="18"/>
                <w:lang w:val="en-GB"/>
              </w:rPr>
              <w:t>Create visual information and displays for an audience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 xml:space="preserve"> (</w:t>
            </w:r>
            <w:r w:rsidR="00D24022" w:rsidRPr="006C68C8">
              <w:rPr>
                <w:b w:val="0"/>
                <w:bCs w:val="0"/>
                <w:sz w:val="18"/>
                <w:szCs w:val="18"/>
                <w:lang w:val="en-GB"/>
              </w:rPr>
              <w:t>EXA 2-04a</w:t>
            </w:r>
            <w:r w:rsidR="00D24022"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</w:tc>
        <w:tc>
          <w:tcPr>
            <w:tcW w:w="2880" w:type="dxa"/>
            <w:shd w:val="clear" w:color="auto" w:fill="FFFFFF" w:themeFill="background1"/>
          </w:tcPr>
          <w:p w14:paraId="5F5A36FD" w14:textId="77777777" w:rsidR="00216F8F" w:rsidRPr="002D6A39" w:rsidRDefault="00216F8F" w:rsidP="00216F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2D6A39">
              <w:rPr>
                <w:b/>
                <w:bCs/>
                <w:sz w:val="18"/>
                <w:szCs w:val="18"/>
                <w:lang w:val="en-GB"/>
              </w:rPr>
              <w:lastRenderedPageBreak/>
              <w:t>Learners can:</w:t>
            </w:r>
          </w:p>
          <w:p w14:paraId="22FC6A71" w14:textId="28B0034F" w:rsidR="00216F8F" w:rsidRPr="00216F8F" w:rsidRDefault="00216F8F" w:rsidP="00216F8F">
            <w:pPr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216F8F">
              <w:rPr>
                <w:sz w:val="18"/>
                <w:szCs w:val="18"/>
                <w:lang w:val="en-GB"/>
              </w:rPr>
              <w:t>Research using a range of sources</w:t>
            </w:r>
          </w:p>
          <w:p w14:paraId="488C456B" w14:textId="037BA513" w:rsidR="00216F8F" w:rsidRPr="00216F8F" w:rsidRDefault="00216F8F" w:rsidP="00216F8F">
            <w:pPr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216F8F">
              <w:rPr>
                <w:sz w:val="18"/>
                <w:szCs w:val="18"/>
                <w:lang w:val="en-GB"/>
              </w:rPr>
              <w:t>Identify the impact of a significant Scot</w:t>
            </w:r>
          </w:p>
          <w:p w14:paraId="485007F1" w14:textId="3978864C" w:rsidR="00216F8F" w:rsidRPr="00216F8F" w:rsidRDefault="00216F8F" w:rsidP="00216F8F">
            <w:pPr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216F8F">
              <w:rPr>
                <w:sz w:val="18"/>
                <w:szCs w:val="18"/>
                <w:lang w:val="en-GB"/>
              </w:rPr>
              <w:t>Select relevant information and record notes</w:t>
            </w:r>
          </w:p>
          <w:p w14:paraId="414D7BDF" w14:textId="5FC4D485" w:rsidR="00216F8F" w:rsidRPr="00216F8F" w:rsidRDefault="00216F8F" w:rsidP="00216F8F">
            <w:pPr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216F8F">
              <w:rPr>
                <w:sz w:val="18"/>
                <w:szCs w:val="18"/>
                <w:lang w:val="en-GB"/>
              </w:rPr>
              <w:t>Work collaboratively to create an exhibition</w:t>
            </w:r>
          </w:p>
          <w:p w14:paraId="5495F340" w14:textId="1D19D406" w:rsidR="00216F8F" w:rsidRPr="00216F8F" w:rsidRDefault="00216F8F" w:rsidP="00216F8F">
            <w:pPr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216F8F">
              <w:rPr>
                <w:sz w:val="18"/>
                <w:szCs w:val="18"/>
                <w:lang w:val="en-GB"/>
              </w:rPr>
              <w:t>Present learning to an audience</w:t>
            </w:r>
          </w:p>
          <w:p w14:paraId="17A1C4E8" w14:textId="02E7BEA1" w:rsidR="00216F8F" w:rsidRPr="00216F8F" w:rsidRDefault="00216F8F" w:rsidP="00216F8F">
            <w:pPr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216F8F">
              <w:rPr>
                <w:sz w:val="18"/>
                <w:szCs w:val="18"/>
                <w:lang w:val="en-GB"/>
              </w:rPr>
              <w:t>Create engaging visual and digital displays</w:t>
            </w:r>
          </w:p>
          <w:p w14:paraId="340BA5EA" w14:textId="0F88CECE" w:rsidR="00216F8F" w:rsidRPr="00216F8F" w:rsidRDefault="00216F8F" w:rsidP="00216F8F">
            <w:pPr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216F8F">
              <w:rPr>
                <w:sz w:val="18"/>
                <w:szCs w:val="18"/>
                <w:lang w:val="en-GB"/>
              </w:rPr>
              <w:t>Evaluate the impact of their exhibit on visitors</w:t>
            </w:r>
          </w:p>
          <w:p w14:paraId="3DE8CD3C" w14:textId="0E725DAD" w:rsidR="00216F8F" w:rsidRPr="00216F8F" w:rsidRDefault="00216F8F" w:rsidP="00216F8F">
            <w:pPr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216F8F">
              <w:rPr>
                <w:sz w:val="18"/>
                <w:szCs w:val="18"/>
                <w:lang w:val="en-GB"/>
              </w:rPr>
              <w:t>Respond to questions and feedback</w:t>
            </w:r>
          </w:p>
          <w:p w14:paraId="7E06A7CB" w14:textId="77777777" w:rsidR="00563EE1" w:rsidRDefault="002D6A39" w:rsidP="00D240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lastRenderedPageBreak/>
              <w:t>Possible evidence:</w:t>
            </w:r>
          </w:p>
          <w:p w14:paraId="3C1A27EF" w14:textId="77777777" w:rsidR="007703BC" w:rsidRDefault="007703BC" w:rsidP="007703BC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 xml:space="preserve">Research notes and source analysis </w:t>
            </w:r>
          </w:p>
          <w:p w14:paraId="37A2C417" w14:textId="77777777" w:rsidR="007703BC" w:rsidRDefault="007703BC" w:rsidP="007703BC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 xml:space="preserve">Museum exhibits or displays </w:t>
            </w:r>
          </w:p>
          <w:p w14:paraId="0FC41003" w14:textId="77777777" w:rsidR="007703BC" w:rsidRDefault="007703BC" w:rsidP="007703BC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 xml:space="preserve">Timelines </w:t>
            </w:r>
          </w:p>
          <w:p w14:paraId="58CD2921" w14:textId="77777777" w:rsidR="007703BC" w:rsidRDefault="007703BC" w:rsidP="007703BC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>Models and artefacts</w:t>
            </w:r>
          </w:p>
          <w:p w14:paraId="5A606C15" w14:textId="77777777" w:rsidR="007703BC" w:rsidRDefault="007703BC" w:rsidP="007703BC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>Podcasts, documentaries or presentations</w:t>
            </w:r>
          </w:p>
          <w:p w14:paraId="640810E9" w14:textId="77777777" w:rsidR="007703BC" w:rsidRDefault="007703BC" w:rsidP="007703BC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 xml:space="preserve">Information texts and biographies </w:t>
            </w:r>
          </w:p>
          <w:p w14:paraId="0ADA2203" w14:textId="77777777" w:rsidR="007703BC" w:rsidRDefault="007703BC" w:rsidP="007703BC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 xml:space="preserve">Digital products </w:t>
            </w:r>
          </w:p>
          <w:p w14:paraId="636DE181" w14:textId="77777777" w:rsidR="007703BC" w:rsidRDefault="007703BC" w:rsidP="007703BC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>Learning conversations</w:t>
            </w:r>
          </w:p>
          <w:p w14:paraId="49B5CE6C" w14:textId="77777777" w:rsidR="007703BC" w:rsidRDefault="007703BC" w:rsidP="007703BC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 xml:space="preserve">Floor books </w:t>
            </w:r>
          </w:p>
          <w:p w14:paraId="5A39BBE3" w14:textId="119DF0D6" w:rsidR="002D6A39" w:rsidRPr="007703BC" w:rsidRDefault="007703BC" w:rsidP="00D24022">
            <w:pPr>
              <w:pStyle w:val="ListParagraph"/>
              <w:numPr>
                <w:ilvl w:val="0"/>
                <w:numId w:val="2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7703BC">
              <w:rPr>
                <w:sz w:val="18"/>
                <w:szCs w:val="18"/>
                <w:lang w:val="en-GB"/>
              </w:rPr>
              <w:t>Peer and self-assessments</w:t>
            </w:r>
          </w:p>
        </w:tc>
        <w:tc>
          <w:tcPr>
            <w:tcW w:w="2880" w:type="dxa"/>
            <w:shd w:val="clear" w:color="auto" w:fill="FFFFFF" w:themeFill="background1"/>
          </w:tcPr>
          <w:tbl>
            <w:tblPr>
              <w:tblStyle w:val="TableGrid"/>
              <w:tblW w:w="2057" w:type="dxa"/>
              <w:tblLook w:val="04A0" w:firstRow="1" w:lastRow="0" w:firstColumn="1" w:lastColumn="0" w:noHBand="0" w:noVBand="1"/>
            </w:tblPr>
            <w:tblGrid>
              <w:gridCol w:w="1228"/>
              <w:gridCol w:w="1116"/>
            </w:tblGrid>
            <w:tr w:rsidR="007E175B" w14:paraId="053EE1CD" w14:textId="77777777" w:rsidTr="00F14733">
              <w:trPr>
                <w:trHeight w:val="490"/>
              </w:trPr>
              <w:tc>
                <w:tcPr>
                  <w:tcW w:w="1078" w:type="dxa"/>
                </w:tcPr>
                <w:p w14:paraId="413C4D59" w14:textId="4B09F335" w:rsidR="007E175B" w:rsidRDefault="00513300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513300">
                    <w:rPr>
                      <w:noProof/>
                      <w:sz w:val="18"/>
                      <w:szCs w:val="18"/>
                    </w:rPr>
                    <w:lastRenderedPageBreak/>
                    <w:drawing>
                      <wp:inline distT="0" distB="0" distL="0" distR="0" wp14:anchorId="57C42011" wp14:editId="4297F226">
                        <wp:extent cx="423333" cy="455198"/>
                        <wp:effectExtent l="0" t="0" r="0" b="2540"/>
                        <wp:docPr id="8369004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1E9586-8F9A-45F5-B469-63AA8DAFB21B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900404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59" cy="459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41701E15" w14:textId="2FC963E4" w:rsidR="007E175B" w:rsidRDefault="002E740F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2E740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C09EE7A" wp14:editId="038D8E66">
                        <wp:extent cx="436033" cy="414659"/>
                        <wp:effectExtent l="0" t="0" r="2540" b="4445"/>
                        <wp:docPr id="15956052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E48D1C1-47AF-47F0-B645-36F13EF4526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560523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41" cy="41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3FA1D02" w14:textId="77777777" w:rsidTr="00B16E7B">
              <w:trPr>
                <w:trHeight w:val="490"/>
              </w:trPr>
              <w:tc>
                <w:tcPr>
                  <w:tcW w:w="1078" w:type="dxa"/>
                  <w:shd w:val="clear" w:color="auto" w:fill="FFFFFF" w:themeFill="background1"/>
                </w:tcPr>
                <w:p w14:paraId="5869249A" w14:textId="73143958" w:rsidR="007E175B" w:rsidRDefault="008B0AA3" w:rsidP="008B0AA3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FF78E9" w:rsidRPr="00FF78E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1D96522" wp14:editId="661639A0">
                        <wp:extent cx="364067" cy="400074"/>
                        <wp:effectExtent l="0" t="0" r="0" b="0"/>
                        <wp:docPr id="78411684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0194F0A-46F0-41D0-8C3C-180CFD684AC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116845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75" cy="405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FF" w:themeFill="background1"/>
                </w:tcPr>
                <w:p w14:paraId="54AE0B73" w14:textId="12CE27FC" w:rsidR="007E175B" w:rsidRDefault="000A3B56" w:rsidP="000A3B56">
                  <w:pPr>
                    <w:jc w:val="center"/>
                    <w:rPr>
                      <w:sz w:val="18"/>
                      <w:szCs w:val="18"/>
                    </w:rPr>
                  </w:pPr>
                  <w:r w:rsidRPr="000A3B56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9E09C42" wp14:editId="11AEFAEB">
                        <wp:extent cx="414867" cy="389724"/>
                        <wp:effectExtent l="0" t="0" r="4445" b="0"/>
                        <wp:docPr id="34223400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14CD76F-A464-4226-8C7D-0B4B0D935AB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34002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890" cy="39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11C82966" w14:textId="77777777" w:rsidTr="0017017F">
              <w:trPr>
                <w:trHeight w:val="522"/>
              </w:trPr>
              <w:tc>
                <w:tcPr>
                  <w:tcW w:w="1078" w:type="dxa"/>
                  <w:shd w:val="clear" w:color="auto" w:fill="FFFF00"/>
                </w:tcPr>
                <w:p w14:paraId="1D37B497" w14:textId="4F92E38E" w:rsidR="007E175B" w:rsidRDefault="00CC7EE6" w:rsidP="00CC7EE6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990251" w:rsidRPr="0017017F">
                    <w:rPr>
                      <w:noProof/>
                      <w:sz w:val="18"/>
                      <w:szCs w:val="18"/>
                      <w:shd w:val="clear" w:color="auto" w:fill="FFFF00"/>
                    </w:rPr>
                    <w:drawing>
                      <wp:inline distT="0" distB="0" distL="0" distR="0" wp14:anchorId="13F41E5A" wp14:editId="3D661839">
                        <wp:extent cx="575522" cy="438493"/>
                        <wp:effectExtent l="0" t="0" r="0" b="0"/>
                        <wp:docPr id="97700911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EDD0860-88CE-4F1C-B043-DBDED6DF9A22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00911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04" cy="45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</w:tcPr>
                <w:p w14:paraId="7D17B6AE" w14:textId="50E5E9B7" w:rsidR="007E175B" w:rsidRDefault="004115A7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4115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F44010D" wp14:editId="38D2B91F">
                        <wp:extent cx="294217" cy="403037"/>
                        <wp:effectExtent l="0" t="0" r="0" b="0"/>
                        <wp:docPr id="1448691377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6D9DF5C0-CD59-4C3D-A00C-B4644B22D128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8691377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246" cy="40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67297CF9" w14:textId="77777777" w:rsidTr="00B16E7B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46E8EF04" w14:textId="21ADCAE1" w:rsidR="007E175B" w:rsidRDefault="006208C2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6208C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4CE651" wp14:editId="6B73149B">
                        <wp:extent cx="481814" cy="406400"/>
                        <wp:effectExtent l="0" t="0" r="0" b="0"/>
                        <wp:docPr id="17507872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A8DE198-91E7-4068-BF20-A294FA7ADCA1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787204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91" cy="41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FF" w:themeFill="background1"/>
                </w:tcPr>
                <w:p w14:paraId="712658CC" w14:textId="09BEF69E" w:rsidR="007E175B" w:rsidRDefault="00E8604F" w:rsidP="00E8604F">
                  <w:pPr>
                    <w:jc w:val="center"/>
                    <w:rPr>
                      <w:sz w:val="18"/>
                      <w:szCs w:val="18"/>
                    </w:rPr>
                  </w:pPr>
                  <w:r w:rsidRPr="00E8604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07C889" wp14:editId="38EA6376">
                        <wp:extent cx="508000" cy="426357"/>
                        <wp:effectExtent l="0" t="0" r="6350" b="0"/>
                        <wp:docPr id="839050988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A2F3B49-94D6-4CAD-86F7-F053AE15EAC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50988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879" cy="432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13214F6" w14:textId="77777777" w:rsidTr="00B124D4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3DAC47D4" w14:textId="0DA86693" w:rsidR="007E175B" w:rsidRDefault="008A739B" w:rsidP="008A739B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015C3B" w:rsidRPr="00015C3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63375E" wp14:editId="1D192AD6">
                        <wp:extent cx="389467" cy="414327"/>
                        <wp:effectExtent l="0" t="0" r="0" b="5080"/>
                        <wp:docPr id="35356366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585A37C-81F3-4CE3-848E-770DBBA88DE5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563663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697" cy="426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154C7506" w14:textId="1F87941B" w:rsidR="007E175B" w:rsidRDefault="00B9746F" w:rsidP="00B9746F">
                  <w:pPr>
                    <w:jc w:val="center"/>
                    <w:rPr>
                      <w:sz w:val="18"/>
                      <w:szCs w:val="18"/>
                    </w:rPr>
                  </w:pPr>
                  <w:r w:rsidRPr="00B9746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F498DA0" wp14:editId="57B827F2">
                        <wp:extent cx="433549" cy="414020"/>
                        <wp:effectExtent l="0" t="0" r="5080" b="5080"/>
                        <wp:docPr id="142982869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FD9176C-5E35-4BB0-B246-4F0783F6244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9828695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6" cy="424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4ECB3178" w14:textId="77777777" w:rsidTr="00B16E7B">
              <w:trPr>
                <w:trHeight w:val="490"/>
              </w:trPr>
              <w:tc>
                <w:tcPr>
                  <w:tcW w:w="1078" w:type="dxa"/>
                  <w:shd w:val="clear" w:color="auto" w:fill="FFFF00"/>
                </w:tcPr>
                <w:p w14:paraId="695AFA88" w14:textId="5E28D18A" w:rsidR="007E175B" w:rsidRDefault="00727042" w:rsidP="00727042">
                  <w:pPr>
                    <w:jc w:val="center"/>
                    <w:rPr>
                      <w:sz w:val="18"/>
                      <w:szCs w:val="18"/>
                    </w:rPr>
                  </w:pPr>
                  <w:r w:rsidRPr="0072704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EFB7113" wp14:editId="758FBA3C">
                        <wp:extent cx="491067" cy="416158"/>
                        <wp:effectExtent l="0" t="0" r="4445" b="3175"/>
                        <wp:docPr id="1466763306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81BEBAD-17D3-4C51-85F0-1881BA97C30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763306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69" cy="418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979" w:type="dxa"/>
                  <w:shd w:val="clear" w:color="auto" w:fill="FFFF00"/>
                </w:tcPr>
                <w:p w14:paraId="624A1317" w14:textId="13BF5439" w:rsidR="007E175B" w:rsidRDefault="00BA6D0B" w:rsidP="00BA6D0B">
                  <w:pPr>
                    <w:jc w:val="center"/>
                    <w:rPr>
                      <w:sz w:val="18"/>
                      <w:szCs w:val="18"/>
                    </w:rPr>
                  </w:pPr>
                  <w:r w:rsidRPr="00BA6D0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E0EBE4A" wp14:editId="2D2BE8B2">
                        <wp:extent cx="564938" cy="440823"/>
                        <wp:effectExtent l="0" t="0" r="6985" b="0"/>
                        <wp:docPr id="30431235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0CEB278-622E-409A-BB5E-0119A43AA9BF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31235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9" cy="442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C8F396" w14:textId="7F9DA493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9D4787" w14:textId="1AF5787B" w:rsidR="0072186B" w:rsidRDefault="35C8AC6D">
      <w:pPr>
        <w:pStyle w:val="Heading2"/>
      </w:pPr>
      <w:r>
        <w:t>Learning Experiences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756890C7" w14:textId="77777777" w:rsidTr="0084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C6D9F1" w:themeFill="text2" w:themeFillTint="33"/>
          </w:tcPr>
          <w:p w14:paraId="18531322" w14:textId="40F13BBB" w:rsidR="0072186B" w:rsidRDefault="00F8138A">
            <w:r>
              <w:t>Possible Learning Experiences / Provocations (</w:t>
            </w:r>
            <w:proofErr w:type="gramStart"/>
            <w:r>
              <w:t>may be</w:t>
            </w:r>
            <w:proofErr w:type="gramEnd"/>
            <w:r>
              <w:t xml:space="preserve"> linked to zones)</w:t>
            </w:r>
          </w:p>
        </w:tc>
        <w:tc>
          <w:tcPr>
            <w:tcW w:w="4310" w:type="dxa"/>
            <w:shd w:val="clear" w:color="auto" w:fill="C6D9F1" w:themeFill="text2" w:themeFillTint="33"/>
          </w:tcPr>
          <w:p w14:paraId="1494E2EA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</w:tc>
      </w:tr>
      <w:tr w:rsidR="00842652" w14:paraId="72A3D3EC" w14:textId="77777777" w:rsidTr="00842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E27B00A" w14:textId="3BE8B9A6" w:rsidR="00842652" w:rsidRPr="00842652" w:rsidRDefault="00842652" w:rsidP="00BC042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482CF9">
              <w:rPr>
                <w:sz w:val="18"/>
                <w:szCs w:val="18"/>
              </w:rPr>
              <w:t>Teacher-</w:t>
            </w:r>
            <w:r w:rsidR="00BC0423">
              <w:rPr>
                <w:sz w:val="18"/>
                <w:szCs w:val="18"/>
              </w:rPr>
              <w:t>L</w:t>
            </w:r>
            <w:r w:rsidRPr="00482CF9">
              <w:rPr>
                <w:sz w:val="18"/>
                <w:szCs w:val="18"/>
              </w:rPr>
              <w:t>ed</w:t>
            </w:r>
          </w:p>
        </w:tc>
      </w:tr>
      <w:tr w:rsidR="00D75ADE" w14:paraId="390E8E05" w14:textId="77777777" w:rsidTr="009E1B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7D845A72" w14:textId="1B1D96EE" w:rsidR="00BD38EB" w:rsidRDefault="00BD38EB" w:rsidP="00195E4B">
            <w:pPr>
              <w:ind w:right="1095"/>
              <w:rPr>
                <w:sz w:val="18"/>
                <w:szCs w:val="18"/>
                <w:lang w:val="en-GB"/>
              </w:rPr>
            </w:pPr>
            <w:r w:rsidRPr="00BD38EB">
              <w:rPr>
                <w:sz w:val="18"/>
                <w:szCs w:val="18"/>
                <w:lang w:val="en-GB"/>
              </w:rPr>
              <w:t>Generate and record enquiry questions which will guide the project and be revisited throughout the enquiry.</w:t>
            </w:r>
          </w:p>
          <w:p w14:paraId="78D013CA" w14:textId="5A870706" w:rsidR="002A68D5" w:rsidRPr="00D44C83" w:rsidRDefault="002A68D5" w:rsidP="002A68D5">
            <w:pPr>
              <w:pStyle w:val="ListParagraph"/>
              <w:numPr>
                <w:ilvl w:val="0"/>
                <w:numId w:val="28"/>
              </w:numPr>
              <w:ind w:right="1095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D44C83">
              <w:rPr>
                <w:b w:val="0"/>
                <w:bCs w:val="0"/>
                <w:sz w:val="18"/>
                <w:szCs w:val="18"/>
                <w:lang w:val="en-GB"/>
              </w:rPr>
              <w:t>E</w:t>
            </w:r>
            <w:r w:rsidR="00D75ADE" w:rsidRPr="00D44C83">
              <w:rPr>
                <w:b w:val="0"/>
                <w:bCs w:val="0"/>
                <w:sz w:val="18"/>
                <w:szCs w:val="18"/>
                <w:lang w:val="en-GB"/>
              </w:rPr>
              <w:t xml:space="preserve">xplore </w:t>
            </w:r>
            <w:r w:rsidR="00692709" w:rsidRPr="00D44C83">
              <w:rPr>
                <w:b w:val="0"/>
                <w:bCs w:val="0"/>
                <w:sz w:val="18"/>
                <w:szCs w:val="18"/>
                <w:lang w:val="en-GB"/>
              </w:rPr>
              <w:t>w</w:t>
            </w:r>
            <w:r w:rsidR="00D75ADE" w:rsidRPr="00D44C83">
              <w:rPr>
                <w:b w:val="0"/>
                <w:bCs w:val="0"/>
                <w:sz w:val="18"/>
                <w:szCs w:val="18"/>
                <w:lang w:val="en-GB"/>
              </w:rPr>
              <w:t>hat makes somebody influential</w:t>
            </w:r>
          </w:p>
          <w:p w14:paraId="4CC115EC" w14:textId="71B02C0B" w:rsidR="00692709" w:rsidRPr="00D44C83" w:rsidRDefault="00D75ADE" w:rsidP="00195E4B">
            <w:pPr>
              <w:pStyle w:val="ListParagraph"/>
              <w:numPr>
                <w:ilvl w:val="0"/>
                <w:numId w:val="28"/>
              </w:numPr>
              <w:ind w:right="1095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D44C83">
              <w:rPr>
                <w:b w:val="0"/>
                <w:bCs w:val="0"/>
                <w:sz w:val="18"/>
                <w:szCs w:val="18"/>
                <w:lang w:val="en-GB"/>
              </w:rPr>
              <w:t xml:space="preserve"> Investigate examples of famous Scots</w:t>
            </w:r>
          </w:p>
          <w:p w14:paraId="54A1B641" w14:textId="0E96861B" w:rsidR="00331F71" w:rsidRPr="00D44C83" w:rsidRDefault="00D75ADE" w:rsidP="00195E4B">
            <w:pPr>
              <w:pStyle w:val="ListParagraph"/>
              <w:numPr>
                <w:ilvl w:val="0"/>
                <w:numId w:val="28"/>
              </w:numPr>
              <w:ind w:right="1095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D44C83">
              <w:rPr>
                <w:b w:val="0"/>
                <w:bCs w:val="0"/>
                <w:sz w:val="18"/>
                <w:szCs w:val="18"/>
                <w:lang w:val="en-GB"/>
              </w:rPr>
              <w:t xml:space="preserve">Analyse museum exhibits and discuss effective features </w:t>
            </w:r>
          </w:p>
          <w:p w14:paraId="7773CFBD" w14:textId="79C170EA" w:rsidR="00331F71" w:rsidRPr="00D44C83" w:rsidRDefault="00D75ADE" w:rsidP="00195E4B">
            <w:pPr>
              <w:pStyle w:val="ListParagraph"/>
              <w:numPr>
                <w:ilvl w:val="0"/>
                <w:numId w:val="28"/>
              </w:numPr>
              <w:ind w:right="1095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D44C83">
              <w:rPr>
                <w:b w:val="0"/>
                <w:bCs w:val="0"/>
                <w:sz w:val="18"/>
                <w:szCs w:val="18"/>
                <w:lang w:val="en-GB"/>
              </w:rPr>
              <w:t>Teach research and note-taking skills</w:t>
            </w:r>
          </w:p>
          <w:p w14:paraId="2900C0E3" w14:textId="16D5C40A" w:rsidR="00331F71" w:rsidRPr="00D44C83" w:rsidRDefault="00D75ADE" w:rsidP="00195E4B">
            <w:pPr>
              <w:pStyle w:val="ListParagraph"/>
              <w:numPr>
                <w:ilvl w:val="0"/>
                <w:numId w:val="28"/>
              </w:numPr>
              <w:ind w:right="1095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D44C83">
              <w:rPr>
                <w:b w:val="0"/>
                <w:bCs w:val="0"/>
                <w:sz w:val="18"/>
                <w:szCs w:val="18"/>
                <w:lang w:val="en-GB"/>
              </w:rPr>
              <w:t>Explore primary and secondary sources</w:t>
            </w:r>
          </w:p>
          <w:p w14:paraId="14487933" w14:textId="07B23F33" w:rsidR="00E457C3" w:rsidRPr="00D44C83" w:rsidRDefault="00D75ADE" w:rsidP="00191C2A">
            <w:pPr>
              <w:pStyle w:val="ListParagraph"/>
              <w:numPr>
                <w:ilvl w:val="0"/>
                <w:numId w:val="28"/>
              </w:numPr>
              <w:ind w:right="1095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D44C83">
              <w:rPr>
                <w:b w:val="0"/>
                <w:bCs w:val="0"/>
                <w:sz w:val="18"/>
                <w:szCs w:val="18"/>
                <w:lang w:val="en-GB"/>
              </w:rPr>
              <w:t>Model information report writing</w:t>
            </w:r>
          </w:p>
          <w:p w14:paraId="60BEBA40" w14:textId="77777777" w:rsidR="00D44C83" w:rsidRPr="00D44C83" w:rsidRDefault="00E457C3" w:rsidP="00191C2A">
            <w:pPr>
              <w:pStyle w:val="ListParagraph"/>
              <w:numPr>
                <w:ilvl w:val="0"/>
                <w:numId w:val="28"/>
              </w:numPr>
              <w:ind w:right="1095"/>
              <w:rPr>
                <w:b w:val="0"/>
                <w:bCs w:val="0"/>
                <w:sz w:val="18"/>
                <w:szCs w:val="18"/>
                <w:lang w:val="en-GB"/>
              </w:rPr>
            </w:pPr>
            <w:r w:rsidRPr="00D44C83">
              <w:rPr>
                <w:b w:val="0"/>
                <w:bCs w:val="0"/>
                <w:sz w:val="18"/>
                <w:szCs w:val="18"/>
                <w:lang w:val="en-GB"/>
              </w:rPr>
              <w:t>Discuss how people and events have influenced Scotland and the wider world</w:t>
            </w:r>
          </w:p>
          <w:p w14:paraId="4DA7CA73" w14:textId="3B67AB9B" w:rsidR="00782406" w:rsidRPr="00D44C83" w:rsidRDefault="00D44C83" w:rsidP="00191C2A">
            <w:pPr>
              <w:pStyle w:val="ListParagraph"/>
              <w:numPr>
                <w:ilvl w:val="0"/>
                <w:numId w:val="28"/>
              </w:numPr>
              <w:ind w:right="1095"/>
              <w:rPr>
                <w:sz w:val="18"/>
                <w:szCs w:val="18"/>
                <w:lang w:val="en-GB"/>
              </w:rPr>
            </w:pPr>
            <w:r w:rsidRPr="00D44C83">
              <w:rPr>
                <w:b w:val="0"/>
                <w:bCs w:val="0"/>
                <w:sz w:val="18"/>
                <w:szCs w:val="18"/>
                <w:lang w:val="en-GB"/>
              </w:rPr>
              <w:t xml:space="preserve">Create a </w:t>
            </w:r>
            <w:r w:rsidR="00782406" w:rsidRPr="00D44C83">
              <w:rPr>
                <w:b w:val="0"/>
                <w:bCs w:val="0"/>
                <w:sz w:val="18"/>
                <w:szCs w:val="18"/>
                <w:lang w:val="en-GB"/>
              </w:rPr>
              <w:t>Scottish people map</w:t>
            </w:r>
          </w:p>
        </w:tc>
      </w:tr>
      <w:tr w:rsidR="0058450D" w14:paraId="015183E7" w14:textId="77777777" w:rsidTr="005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679871BE" w14:textId="61A7501F" w:rsidR="0058450D" w:rsidRDefault="001B608F" w:rsidP="0058450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Teacher-Initiated/</w:t>
            </w:r>
            <w:r w:rsidR="0058450D">
              <w:rPr>
                <w:sz w:val="18"/>
                <w:szCs w:val="18"/>
              </w:rPr>
              <w:t>Child-</w:t>
            </w:r>
            <w:r>
              <w:rPr>
                <w:sz w:val="18"/>
                <w:szCs w:val="18"/>
              </w:rPr>
              <w:t>L</w:t>
            </w:r>
            <w:r w:rsidR="0058450D">
              <w:rPr>
                <w:sz w:val="18"/>
                <w:szCs w:val="18"/>
              </w:rPr>
              <w:t>ed (Provocations in Zones)</w:t>
            </w:r>
            <w:r w:rsidR="000F1303">
              <w:rPr>
                <w:sz w:val="18"/>
                <w:szCs w:val="18"/>
              </w:rPr>
              <w:t xml:space="preserve">- </w:t>
            </w:r>
            <w:r w:rsidR="00CE63FC" w:rsidRPr="00CE63FC">
              <w:rPr>
                <w:i/>
                <w:iCs/>
                <w:sz w:val="18"/>
                <w:szCs w:val="18"/>
              </w:rPr>
              <w:t>adapt</w:t>
            </w:r>
            <w:r w:rsidR="00CE63FC">
              <w:rPr>
                <w:i/>
                <w:iCs/>
                <w:sz w:val="18"/>
                <w:szCs w:val="18"/>
              </w:rPr>
              <w:t xml:space="preserve">ed </w:t>
            </w:r>
            <w:r w:rsidR="00CE63FC" w:rsidRPr="00CE63FC">
              <w:rPr>
                <w:i/>
                <w:iCs/>
                <w:sz w:val="18"/>
                <w:szCs w:val="18"/>
              </w:rPr>
              <w:t>throughout the Enquiry</w:t>
            </w:r>
            <w:r w:rsidR="002518EF">
              <w:rPr>
                <w:i/>
                <w:iCs/>
                <w:sz w:val="18"/>
                <w:szCs w:val="18"/>
              </w:rPr>
              <w:t xml:space="preserve"> and opportunities for product refinement and peer feedback</w:t>
            </w:r>
          </w:p>
          <w:p w14:paraId="684384FB" w14:textId="77777777" w:rsidR="0058450D" w:rsidRDefault="0058450D" w:rsidP="0058450D">
            <w:pPr>
              <w:pStyle w:val="ListParagraph"/>
              <w:ind w:left="1494"/>
              <w:jc w:val="center"/>
              <w:rPr>
                <w:sz w:val="18"/>
                <w:szCs w:val="18"/>
              </w:rPr>
            </w:pPr>
          </w:p>
        </w:tc>
      </w:tr>
      <w:tr w:rsidR="0058450D" w14:paraId="4A027995" w14:textId="77777777" w:rsidTr="005845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</w:tcPr>
          <w:p w14:paraId="7309DC17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Discovery</w:t>
            </w:r>
          </w:p>
          <w:p w14:paraId="0F445C5C" w14:textId="23814B58" w:rsidR="006F26F5" w:rsidRPr="006F26F5" w:rsidRDefault="006F26F5" w:rsidP="006F26F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F26F5">
              <w:rPr>
                <w:b w:val="0"/>
                <w:bCs w:val="0"/>
                <w:sz w:val="18"/>
                <w:szCs w:val="18"/>
                <w:lang w:val="en-GB"/>
              </w:rPr>
              <w:t>Research stations featuring different Scots</w:t>
            </w:r>
          </w:p>
          <w:p w14:paraId="4C97F902" w14:textId="15D238D0" w:rsidR="006F26F5" w:rsidRPr="006F26F5" w:rsidRDefault="006F26F5" w:rsidP="006F26F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F26F5">
              <w:rPr>
                <w:b w:val="0"/>
                <w:bCs w:val="0"/>
                <w:sz w:val="18"/>
                <w:szCs w:val="18"/>
                <w:lang w:val="en-GB"/>
              </w:rPr>
              <w:t>Explore artefacts, images and historical sources</w:t>
            </w:r>
          </w:p>
          <w:p w14:paraId="7D38956B" w14:textId="1B2504CE" w:rsidR="006F26F5" w:rsidRPr="006F26F5" w:rsidRDefault="006F26F5" w:rsidP="006F26F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6F26F5">
              <w:rPr>
                <w:b w:val="0"/>
                <w:bCs w:val="0"/>
                <w:sz w:val="18"/>
                <w:szCs w:val="18"/>
                <w:lang w:val="en-GB"/>
              </w:rPr>
              <w:t>QR codes linking to videos and biographies</w:t>
            </w:r>
          </w:p>
          <w:p w14:paraId="7EC925F3" w14:textId="76362362" w:rsidR="006F26F5" w:rsidRDefault="006F26F5" w:rsidP="006F26F5">
            <w:pPr>
              <w:rPr>
                <w:sz w:val="18"/>
                <w:szCs w:val="18"/>
                <w:lang w:val="en-GB"/>
              </w:rPr>
            </w:pPr>
            <w:r w:rsidRPr="006F26F5">
              <w:rPr>
                <w:b w:val="0"/>
                <w:bCs w:val="0"/>
                <w:sz w:val="18"/>
                <w:szCs w:val="18"/>
                <w:lang w:val="en-GB"/>
              </w:rPr>
              <w:t>Compare historical impact across different fields</w:t>
            </w:r>
          </w:p>
          <w:p w14:paraId="72A7C65C" w14:textId="15F84A8F" w:rsidR="005A3DA1" w:rsidRDefault="005A3DA1" w:rsidP="006F26F5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Timelines</w:t>
            </w:r>
          </w:p>
          <w:p w14:paraId="7DCB712D" w14:textId="71510F69" w:rsidR="00937DD0" w:rsidRDefault="00937DD0" w:rsidP="006F26F5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Old technology</w:t>
            </w:r>
          </w:p>
          <w:p w14:paraId="5C13FAA1" w14:textId="48F920BD" w:rsidR="00191C2A" w:rsidRDefault="00191C2A" w:rsidP="006F26F5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Mystery Scot Table- find out about (QR Codes, Texts, Video links</w:t>
            </w:r>
            <w:r w:rsidR="0015073F">
              <w:rPr>
                <w:b w:val="0"/>
                <w:bCs w:val="0"/>
                <w:sz w:val="18"/>
                <w:szCs w:val="18"/>
                <w:lang w:val="en-GB"/>
              </w:rPr>
              <w:t>, Newspaper clippings</w:t>
            </w:r>
            <w:r>
              <w:rPr>
                <w:b w:val="0"/>
                <w:bCs w:val="0"/>
                <w:sz w:val="18"/>
                <w:szCs w:val="18"/>
                <w:lang w:val="en-GB"/>
              </w:rPr>
              <w:t>)</w:t>
            </w:r>
          </w:p>
          <w:p w14:paraId="122E0F24" w14:textId="1AF626D2" w:rsidR="0015073F" w:rsidRDefault="0015073F" w:rsidP="006F26F5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Fact versus opinion cards to explore</w:t>
            </w:r>
            <w:r w:rsidR="003D59A7">
              <w:rPr>
                <w:b w:val="0"/>
                <w:bCs w:val="0"/>
                <w:sz w:val="18"/>
                <w:szCs w:val="18"/>
                <w:lang w:val="en-GB"/>
              </w:rPr>
              <w:t>- sorting</w:t>
            </w:r>
          </w:p>
          <w:p w14:paraId="7B86D180" w14:textId="5965104F" w:rsidR="0015073F" w:rsidRPr="006F26F5" w:rsidRDefault="0015073F" w:rsidP="006F26F5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I Wonder Wall</w:t>
            </w:r>
          </w:p>
          <w:p w14:paraId="2655355A" w14:textId="77777777" w:rsidR="006F26F5" w:rsidRDefault="006F26F5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1895FD6D" w14:textId="0F569AC5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Social</w:t>
            </w:r>
          </w:p>
          <w:p w14:paraId="18E0AA29" w14:textId="40F9EFD8" w:rsidR="00DD74A3" w:rsidRPr="00DD74A3" w:rsidRDefault="00DD74A3" w:rsidP="00DD74A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DD74A3">
              <w:rPr>
                <w:b w:val="0"/>
                <w:bCs w:val="0"/>
                <w:sz w:val="18"/>
                <w:szCs w:val="18"/>
                <w:lang w:val="en-GB"/>
              </w:rPr>
              <w:t>Debate</w:t>
            </w:r>
            <w:r w:rsidR="00D37F87">
              <w:rPr>
                <w:b w:val="0"/>
                <w:bCs w:val="0"/>
                <w:sz w:val="18"/>
                <w:szCs w:val="18"/>
                <w:lang w:val="en-GB"/>
              </w:rPr>
              <w:t xml:space="preserve"> (Great Scot Courtroo</w:t>
            </w:r>
            <w:r w:rsidR="00D37F87">
              <w:rPr>
                <w:sz w:val="18"/>
                <w:szCs w:val="18"/>
                <w:lang w:val="en-GB"/>
              </w:rPr>
              <w:t>m</w:t>
            </w:r>
            <w:r w:rsidR="00D37F87">
              <w:rPr>
                <w:b w:val="0"/>
                <w:bCs w:val="0"/>
                <w:sz w:val="18"/>
                <w:szCs w:val="18"/>
                <w:lang w:val="en-GB"/>
              </w:rPr>
              <w:t xml:space="preserve">) </w:t>
            </w:r>
            <w:r w:rsidRPr="00DD74A3">
              <w:rPr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</w:p>
          <w:p w14:paraId="7DECA981" w14:textId="77777777" w:rsidR="00DD74A3" w:rsidRPr="00DD74A3" w:rsidRDefault="00DD74A3" w:rsidP="00DD74A3">
            <w:pPr>
              <w:numPr>
                <w:ilvl w:val="0"/>
                <w:numId w:val="30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DD74A3">
              <w:rPr>
                <w:b w:val="0"/>
                <w:bCs w:val="0"/>
                <w:sz w:val="18"/>
                <w:szCs w:val="18"/>
                <w:lang w:val="en-GB"/>
              </w:rPr>
              <w:lastRenderedPageBreak/>
              <w:t>Who has had the biggest impact on the world?</w:t>
            </w:r>
          </w:p>
          <w:p w14:paraId="7B2FA60E" w14:textId="77777777" w:rsidR="00DD74A3" w:rsidRPr="00D37F87" w:rsidRDefault="00DD74A3" w:rsidP="00DD74A3">
            <w:pPr>
              <w:numPr>
                <w:ilvl w:val="0"/>
                <w:numId w:val="30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DD74A3">
              <w:rPr>
                <w:b w:val="0"/>
                <w:bCs w:val="0"/>
                <w:sz w:val="18"/>
                <w:szCs w:val="18"/>
                <w:lang w:val="en-GB"/>
              </w:rPr>
              <w:t>Whose story should be included?</w:t>
            </w:r>
          </w:p>
          <w:p w14:paraId="225CFA33" w14:textId="33F0AC56" w:rsidR="00D37F87" w:rsidRPr="00DD74A3" w:rsidRDefault="00D37F87" w:rsidP="00DD74A3">
            <w:pPr>
              <w:numPr>
                <w:ilvl w:val="0"/>
                <w:numId w:val="30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Who is the greatest Scot?</w:t>
            </w:r>
          </w:p>
          <w:p w14:paraId="6E027260" w14:textId="394CE51D" w:rsidR="00DD74A3" w:rsidRPr="00DD74A3" w:rsidRDefault="00DD74A3" w:rsidP="00DD74A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DD74A3">
              <w:rPr>
                <w:b w:val="0"/>
                <w:bCs w:val="0"/>
                <w:sz w:val="18"/>
                <w:szCs w:val="18"/>
                <w:lang w:val="en-GB"/>
              </w:rPr>
              <w:t>Collaborative planning meetings</w:t>
            </w:r>
          </w:p>
          <w:p w14:paraId="6EEAC07D" w14:textId="190C6482" w:rsidR="00DD74A3" w:rsidRDefault="00DD74A3" w:rsidP="00DD74A3">
            <w:pPr>
              <w:rPr>
                <w:sz w:val="18"/>
                <w:szCs w:val="18"/>
                <w:lang w:val="en-GB"/>
              </w:rPr>
            </w:pPr>
            <w:r w:rsidRPr="00DD74A3">
              <w:rPr>
                <w:b w:val="0"/>
                <w:bCs w:val="0"/>
                <w:sz w:val="18"/>
                <w:szCs w:val="18"/>
                <w:lang w:val="en-GB"/>
              </w:rPr>
              <w:t>Visitor interviews and survey</w:t>
            </w:r>
          </w:p>
          <w:p w14:paraId="25AC4011" w14:textId="6CD741C9" w:rsidR="00937DD0" w:rsidRDefault="00937DD0" w:rsidP="00DD74A3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 xml:space="preserve">Role </w:t>
            </w:r>
            <w:r w:rsidR="0050588C">
              <w:rPr>
                <w:b w:val="0"/>
                <w:bCs w:val="0"/>
                <w:sz w:val="18"/>
                <w:szCs w:val="18"/>
                <w:lang w:val="en-GB"/>
              </w:rPr>
              <w:t>P</w:t>
            </w:r>
            <w:r>
              <w:rPr>
                <w:b w:val="0"/>
                <w:bCs w:val="0"/>
                <w:sz w:val="18"/>
                <w:szCs w:val="18"/>
                <w:lang w:val="en-GB"/>
              </w:rPr>
              <w:t>lay</w:t>
            </w:r>
            <w:r w:rsidR="000E5201">
              <w:rPr>
                <w:b w:val="0"/>
                <w:bCs w:val="0"/>
                <w:sz w:val="18"/>
                <w:szCs w:val="18"/>
                <w:lang w:val="en-GB"/>
              </w:rPr>
              <w:t xml:space="preserve"> e.g. inventors</w:t>
            </w:r>
            <w:r w:rsidR="0050588C">
              <w:rPr>
                <w:b w:val="0"/>
                <w:bCs w:val="0"/>
                <w:sz w:val="18"/>
                <w:szCs w:val="18"/>
                <w:lang w:val="en-GB"/>
              </w:rPr>
              <w:t>, explorers, scientists</w:t>
            </w:r>
          </w:p>
          <w:p w14:paraId="5D44FE89" w14:textId="371BA848" w:rsidR="000E5201" w:rsidRPr="00DD74A3" w:rsidRDefault="000E5201" w:rsidP="00DD74A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Question wall</w:t>
            </w:r>
          </w:p>
          <w:p w14:paraId="14D422A8" w14:textId="77777777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6FCDBC3D" w14:textId="33470B3E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Creative</w:t>
            </w:r>
          </w:p>
          <w:p w14:paraId="3BA79308" w14:textId="0B789E5B" w:rsidR="004C39B4" w:rsidRPr="004C39B4" w:rsidRDefault="004C39B4" w:rsidP="004C39B4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C39B4">
              <w:rPr>
                <w:b w:val="0"/>
                <w:bCs w:val="0"/>
                <w:sz w:val="18"/>
                <w:szCs w:val="18"/>
                <w:lang w:val="en-GB"/>
              </w:rPr>
              <w:t xml:space="preserve">Design exhibition panels </w:t>
            </w:r>
          </w:p>
          <w:p w14:paraId="26C06656" w14:textId="4BBCB1DB" w:rsidR="004C39B4" w:rsidRPr="004C39B4" w:rsidRDefault="004C39B4" w:rsidP="004C39B4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C39B4">
              <w:rPr>
                <w:b w:val="0"/>
                <w:bCs w:val="0"/>
                <w:sz w:val="18"/>
                <w:szCs w:val="18"/>
                <w:lang w:val="en-GB"/>
              </w:rPr>
              <w:t>Create artefacts and models</w:t>
            </w:r>
          </w:p>
          <w:p w14:paraId="3E22AF35" w14:textId="18A3DED0" w:rsidR="004C39B4" w:rsidRPr="004C39B4" w:rsidRDefault="004C39B4" w:rsidP="004C39B4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C39B4">
              <w:rPr>
                <w:b w:val="0"/>
                <w:bCs w:val="0"/>
                <w:sz w:val="18"/>
                <w:szCs w:val="18"/>
                <w:lang w:val="en-GB"/>
              </w:rPr>
              <w:t>Produce timelines</w:t>
            </w:r>
          </w:p>
          <w:p w14:paraId="53A86669" w14:textId="753704D1" w:rsidR="004C39B4" w:rsidRPr="004C39B4" w:rsidRDefault="004C39B4" w:rsidP="004C39B4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4C39B4">
              <w:rPr>
                <w:b w:val="0"/>
                <w:bCs w:val="0"/>
                <w:sz w:val="18"/>
                <w:szCs w:val="18"/>
                <w:lang w:val="en-GB"/>
              </w:rPr>
              <w:t>Record podcasts or audio guides</w:t>
            </w:r>
          </w:p>
          <w:p w14:paraId="7E6DA208" w14:textId="14539823" w:rsidR="004C39B4" w:rsidRDefault="004C39B4" w:rsidP="004C39B4">
            <w:pPr>
              <w:rPr>
                <w:sz w:val="18"/>
                <w:szCs w:val="18"/>
                <w:lang w:val="en-GB"/>
              </w:rPr>
            </w:pPr>
            <w:r w:rsidRPr="004C39B4">
              <w:rPr>
                <w:b w:val="0"/>
                <w:bCs w:val="0"/>
                <w:sz w:val="18"/>
                <w:szCs w:val="18"/>
                <w:lang w:val="en-GB"/>
              </w:rPr>
              <w:t>Design logos and promotional materials</w:t>
            </w:r>
          </w:p>
          <w:p w14:paraId="7CE2657F" w14:textId="0BB536C8" w:rsidR="000E5201" w:rsidRDefault="000E5201" w:rsidP="004C39B4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Make your own invention</w:t>
            </w:r>
            <w:r w:rsidR="00C00687">
              <w:rPr>
                <w:b w:val="0"/>
                <w:bCs w:val="0"/>
                <w:sz w:val="18"/>
                <w:szCs w:val="18"/>
                <w:lang w:val="en-GB"/>
              </w:rPr>
              <w:t xml:space="preserve"> inspired by a Scottish innovator</w:t>
            </w:r>
          </w:p>
          <w:p w14:paraId="315BFC2F" w14:textId="46760BD8" w:rsidR="00851897" w:rsidRPr="004C39B4" w:rsidRDefault="00851897" w:rsidP="004C39B4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Green Screen</w:t>
            </w:r>
          </w:p>
          <w:p w14:paraId="14E724B1" w14:textId="77777777" w:rsidR="00023C5A" w:rsidRDefault="00023C5A" w:rsidP="0058450D">
            <w:pPr>
              <w:rPr>
                <w:b w:val="0"/>
                <w:bCs w:val="0"/>
                <w:sz w:val="18"/>
                <w:szCs w:val="18"/>
              </w:rPr>
            </w:pPr>
          </w:p>
          <w:p w14:paraId="2737E68F" w14:textId="370C841F" w:rsidR="0058450D" w:rsidRDefault="0058450D" w:rsidP="0058450D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Outdoor</w:t>
            </w:r>
          </w:p>
          <w:p w14:paraId="467224C8" w14:textId="0CE13F7F" w:rsidR="008F0A53" w:rsidRPr="008F0A53" w:rsidRDefault="006E03D3" w:rsidP="008F0A5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Local</w:t>
            </w:r>
            <w:r w:rsidR="008F0A53" w:rsidRPr="008F0A53">
              <w:rPr>
                <w:b w:val="0"/>
                <w:bCs w:val="0"/>
                <w:sz w:val="18"/>
                <w:szCs w:val="18"/>
                <w:lang w:val="en-GB"/>
              </w:rPr>
              <w:t xml:space="preserve"> heritage walks</w:t>
            </w:r>
          </w:p>
          <w:p w14:paraId="23F9EDC4" w14:textId="2B4B77D3" w:rsidR="008F0A53" w:rsidRPr="008F0A53" w:rsidRDefault="008F0A53" w:rsidP="008F0A5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F0A53">
              <w:rPr>
                <w:b w:val="0"/>
                <w:bCs w:val="0"/>
                <w:sz w:val="18"/>
                <w:szCs w:val="18"/>
                <w:lang w:val="en-GB"/>
              </w:rPr>
              <w:t>Local history investigations</w:t>
            </w:r>
          </w:p>
          <w:p w14:paraId="46233B44" w14:textId="0E530711" w:rsidR="008F0A53" w:rsidRPr="008F0A53" w:rsidRDefault="008F0A53" w:rsidP="008F0A53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F0A53">
              <w:rPr>
                <w:b w:val="0"/>
                <w:bCs w:val="0"/>
                <w:sz w:val="18"/>
                <w:szCs w:val="18"/>
                <w:lang w:val="en-GB"/>
              </w:rPr>
              <w:t>Visits to museums or local landmarks</w:t>
            </w:r>
          </w:p>
          <w:p w14:paraId="4D0672B9" w14:textId="2242CC87" w:rsidR="00682611" w:rsidRPr="008F0A53" w:rsidRDefault="008F0A53" w:rsidP="00682611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8F0A53">
              <w:rPr>
                <w:b w:val="0"/>
                <w:bCs w:val="0"/>
                <w:sz w:val="18"/>
                <w:szCs w:val="18"/>
                <w:lang w:val="en-GB"/>
              </w:rPr>
              <w:t>Geographical mapping of where significant Scots lived or worked</w:t>
            </w:r>
          </w:p>
        </w:tc>
        <w:tc>
          <w:tcPr>
            <w:tcW w:w="4310" w:type="dxa"/>
            <w:shd w:val="clear" w:color="auto" w:fill="FFFFFF" w:themeFill="background1"/>
          </w:tcPr>
          <w:p w14:paraId="0E6BCF7C" w14:textId="644C7D89" w:rsidR="00BA64CD" w:rsidRPr="00BA64CD" w:rsidRDefault="00BA64CD" w:rsidP="00BA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A64CD">
              <w:rPr>
                <w:sz w:val="18"/>
                <w:szCs w:val="18"/>
                <w:lang w:val="en-GB"/>
              </w:rPr>
              <w:lastRenderedPageBreak/>
              <w:t xml:space="preserve">Books and biographies </w:t>
            </w:r>
          </w:p>
          <w:p w14:paraId="5903778D" w14:textId="188D544E" w:rsidR="00BA64CD" w:rsidRPr="00BA64CD" w:rsidRDefault="00BA64CD" w:rsidP="00BA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A64CD">
              <w:rPr>
                <w:sz w:val="18"/>
                <w:szCs w:val="18"/>
                <w:lang w:val="en-GB"/>
              </w:rPr>
              <w:t xml:space="preserve">Museum websites </w:t>
            </w:r>
          </w:p>
          <w:p w14:paraId="750E3C34" w14:textId="7352DCD4" w:rsidR="00BA64CD" w:rsidRPr="00BA64CD" w:rsidRDefault="00BA64CD" w:rsidP="00BA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A64CD">
              <w:rPr>
                <w:sz w:val="18"/>
                <w:szCs w:val="18"/>
                <w:lang w:val="en-GB"/>
              </w:rPr>
              <w:t xml:space="preserve">National Museum of Scotland </w:t>
            </w:r>
          </w:p>
          <w:p w14:paraId="3E288AE1" w14:textId="3EE8E202" w:rsidR="00BA64CD" w:rsidRPr="00BA64CD" w:rsidRDefault="00BA64CD" w:rsidP="00BA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A64CD">
              <w:rPr>
                <w:sz w:val="18"/>
                <w:szCs w:val="18"/>
                <w:lang w:val="en-GB"/>
              </w:rPr>
              <w:t xml:space="preserve">Historic Environment Scotland resources </w:t>
            </w:r>
          </w:p>
          <w:p w14:paraId="3464BA79" w14:textId="62B8FC98" w:rsidR="00BA64CD" w:rsidRPr="00BA64CD" w:rsidRDefault="00BA64CD" w:rsidP="00BA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A64CD">
              <w:rPr>
                <w:sz w:val="18"/>
                <w:szCs w:val="18"/>
                <w:lang w:val="en-GB"/>
              </w:rPr>
              <w:t xml:space="preserve">Digital research tools </w:t>
            </w:r>
          </w:p>
          <w:p w14:paraId="17527A8B" w14:textId="1B952012" w:rsidR="00BA64CD" w:rsidRPr="00BA64CD" w:rsidRDefault="00BA64CD" w:rsidP="00BA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A64CD">
              <w:rPr>
                <w:sz w:val="18"/>
                <w:szCs w:val="18"/>
                <w:lang w:val="en-GB"/>
              </w:rPr>
              <w:t xml:space="preserve">Maps and atlases </w:t>
            </w:r>
          </w:p>
          <w:p w14:paraId="5233DE04" w14:textId="758ED96F" w:rsidR="00BA64CD" w:rsidRPr="00BA64CD" w:rsidRDefault="00BA64CD" w:rsidP="00BA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A64CD">
              <w:rPr>
                <w:sz w:val="18"/>
                <w:szCs w:val="18"/>
                <w:lang w:val="en-GB"/>
              </w:rPr>
              <w:t xml:space="preserve">Timeline resources </w:t>
            </w:r>
          </w:p>
          <w:p w14:paraId="2AD93026" w14:textId="62A1F0CB" w:rsidR="00BA64CD" w:rsidRPr="00BA64CD" w:rsidRDefault="00BA64CD" w:rsidP="00BA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A64CD">
              <w:rPr>
                <w:sz w:val="18"/>
                <w:szCs w:val="18"/>
                <w:lang w:val="en-GB"/>
              </w:rPr>
              <w:t xml:space="preserve">Art and modelling materials </w:t>
            </w:r>
          </w:p>
          <w:p w14:paraId="6918DC79" w14:textId="145D9150" w:rsidR="00BA64CD" w:rsidRPr="00BA64CD" w:rsidRDefault="00BA64CD" w:rsidP="00BA64C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A64CD">
              <w:rPr>
                <w:sz w:val="18"/>
                <w:szCs w:val="18"/>
                <w:lang w:val="en-GB"/>
              </w:rPr>
              <w:t>iPads/laptops for digital creation</w:t>
            </w:r>
          </w:p>
          <w:p w14:paraId="453252A8" w14:textId="77777777" w:rsidR="0095285E" w:rsidRDefault="0095285E" w:rsidP="0080126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  <w:p w14:paraId="0B6C04D8" w14:textId="49AEAF34" w:rsidR="0022236F" w:rsidRPr="0022236F" w:rsidRDefault="0022236F" w:rsidP="0080126E">
            <w:pPr>
              <w:pStyle w:val="ListParagraph"/>
              <w:ind w:left="25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</w:tbl>
    <w:p w14:paraId="1F59AFAD" w14:textId="74C541B3" w:rsidR="0072186B" w:rsidRDefault="00221E0B">
      <w:pPr>
        <w:pStyle w:val="Heading2"/>
      </w:pPr>
      <w:r>
        <w:t xml:space="preserve">Responsive Planning: </w:t>
      </w:r>
      <w:r w:rsidR="6B6046C2">
        <w:t>Reflecting, Responding and Extending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4C7B7E7A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1DD" w:themeFill="accent3" w:themeFillTint="33"/>
          </w:tcPr>
          <w:p w14:paraId="555868CD" w14:textId="62C0F854" w:rsidR="0072186B" w:rsidRDefault="00F8138A">
            <w:r>
              <w:t xml:space="preserve">Emerging Pupil Questions / </w:t>
            </w:r>
            <w:r w:rsidR="00765C77">
              <w:t>Challenges</w:t>
            </w:r>
          </w:p>
        </w:tc>
        <w:tc>
          <w:tcPr>
            <w:tcW w:w="4320" w:type="dxa"/>
            <w:shd w:val="clear" w:color="auto" w:fill="EAF1DD" w:themeFill="accent3" w:themeFillTint="33"/>
          </w:tcPr>
          <w:p w14:paraId="495BAE6E" w14:textId="24791B40" w:rsidR="0072186B" w:rsidRDefault="6B6046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72186B" w14:paraId="60061E4C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 w:themeFill="background1"/>
          </w:tcPr>
          <w:p w14:paraId="5A4C634D" w14:textId="7EA0D8E5" w:rsidR="00BA59BD" w:rsidRDefault="009315BD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Are there famous Scots in our local area?</w:t>
            </w:r>
          </w:p>
          <w:p w14:paraId="3A602883" w14:textId="77777777" w:rsidR="00BA59BD" w:rsidRDefault="00BA59BD"/>
          <w:p w14:paraId="3B15E10C" w14:textId="3E37A6CC" w:rsidR="005C76B6" w:rsidRDefault="005C76B6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Have Scots changed the world today as well as in the past?</w:t>
            </w:r>
          </w:p>
          <w:p w14:paraId="0A61CBD7" w14:textId="77777777" w:rsidR="00BA59BD" w:rsidRDefault="00BA59BD">
            <w:pPr>
              <w:rPr>
                <w:b w:val="0"/>
                <w:bCs w:val="0"/>
              </w:rPr>
            </w:pPr>
          </w:p>
          <w:p w14:paraId="44EAFD9C" w14:textId="77777777" w:rsidR="00682611" w:rsidRDefault="00682611"/>
        </w:tc>
        <w:tc>
          <w:tcPr>
            <w:tcW w:w="4320" w:type="dxa"/>
            <w:shd w:val="clear" w:color="auto" w:fill="FFFFFF" w:themeFill="background1"/>
          </w:tcPr>
          <w:p w14:paraId="5921E23B" w14:textId="53B65EEC" w:rsidR="0072186B" w:rsidRDefault="009315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Explore local history</w:t>
            </w:r>
          </w:p>
          <w:p w14:paraId="4C968E0F" w14:textId="2F17635B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5380F87" w14:textId="77D5FA67" w:rsidR="005C76B6" w:rsidRDefault="005C7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Investigate</w:t>
            </w:r>
            <w:proofErr w:type="gramEnd"/>
            <w:r>
              <w:t xml:space="preserve"> contemporary Scots</w:t>
            </w:r>
          </w:p>
          <w:p w14:paraId="4B94D5A5" w14:textId="77777777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D8BD00" w14:textId="77777777" w:rsidR="00F8138A" w:rsidRDefault="00F8138A"/>
    <w:sectPr w:rsidR="00F8138A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2CD9D" w14:textId="77777777" w:rsidR="00B949B0" w:rsidRDefault="00B949B0" w:rsidP="00886041">
      <w:pPr>
        <w:spacing w:after="0" w:line="240" w:lineRule="auto"/>
      </w:pPr>
      <w:r>
        <w:separator/>
      </w:r>
    </w:p>
  </w:endnote>
  <w:endnote w:type="continuationSeparator" w:id="0">
    <w:p w14:paraId="5EFEDAB4" w14:textId="77777777" w:rsidR="00B949B0" w:rsidRDefault="00B949B0" w:rsidP="008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832" w14:textId="70BE59FA" w:rsidR="00A236E4" w:rsidRDefault="00A236E4">
    <w:pPr>
      <w:pStyle w:val="Footer"/>
    </w:pPr>
  </w:p>
  <w:p w14:paraId="3BC9BBFB" w14:textId="77231752" w:rsidR="00A236E4" w:rsidRPr="00A236E4" w:rsidRDefault="00A236E4">
    <w:pPr>
      <w:pStyle w:val="Footer"/>
      <w:rPr>
        <w:i/>
        <w:iCs/>
      </w:rPr>
    </w:pPr>
    <w:r>
      <w:rPr>
        <w:i/>
        <w:iCs/>
      </w:rPr>
      <w:t>Planner</w:t>
    </w:r>
    <w:r w:rsidR="00616BCA">
      <w:rPr>
        <w:i/>
        <w:iCs/>
      </w:rPr>
      <w:t xml:space="preserve"> </w:t>
    </w:r>
    <w:r>
      <w:rPr>
        <w:i/>
        <w:iCs/>
      </w:rPr>
      <w:t xml:space="preserve">adapted from STEM Nation </w:t>
    </w:r>
    <w:r w:rsidR="00616BCA">
      <w:rPr>
        <w:i/>
        <w:iCs/>
      </w:rPr>
      <w:t>STEM Context Planners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1C978" w14:textId="77777777" w:rsidR="00B949B0" w:rsidRDefault="00B949B0" w:rsidP="00886041">
      <w:pPr>
        <w:spacing w:after="0" w:line="240" w:lineRule="auto"/>
      </w:pPr>
      <w:r>
        <w:separator/>
      </w:r>
    </w:p>
  </w:footnote>
  <w:footnote w:type="continuationSeparator" w:id="0">
    <w:p w14:paraId="1A37D6AF" w14:textId="77777777" w:rsidR="00B949B0" w:rsidRDefault="00B949B0" w:rsidP="008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2C3B" w14:textId="34775532" w:rsidR="00886041" w:rsidRDefault="000C1D55" w:rsidP="00413D0C">
    <w:pPr>
      <w:pStyle w:val="Heading1"/>
    </w:pPr>
    <w:r w:rsidRPr="000C1D55">
      <w:rPr>
        <w:rFonts w:ascii="Calibri" w:hAnsi="Calibri" w:cstheme="minorBidi"/>
        <w:noProof/>
        <w:sz w:val="22"/>
        <w:szCs w:val="22"/>
        <w:lang w:val="en-GB"/>
      </w:rPr>
      <w:drawing>
        <wp:inline distT="0" distB="0" distL="0" distR="0" wp14:anchorId="49769714" wp14:editId="658EC171">
          <wp:extent cx="474133" cy="474133"/>
          <wp:effectExtent l="0" t="0" r="2540" b="2540"/>
          <wp:docPr id="206280316" name="Picture 2">
            <a:extLst xmlns:a="http://schemas.openxmlformats.org/drawingml/2006/main">
              <a:ext uri="{FF2B5EF4-FFF2-40B4-BE49-F238E27FC236}">
                <a16:creationId xmlns:a16="http://schemas.microsoft.com/office/drawing/2014/main" id="{DF4EAD3F-8E6C-4663-B332-8DEE8B081C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112" cy="48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E04A2C">
      <w:t>Project Based Learning</w:t>
    </w:r>
    <w:r>
      <w:t xml:space="preserve"> Planning</w:t>
    </w:r>
    <w:r w:rsidR="0080126E">
      <w:t xml:space="preserve">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5F7636"/>
    <w:multiLevelType w:val="multilevel"/>
    <w:tmpl w:val="97E8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524316"/>
    <w:multiLevelType w:val="hybridMultilevel"/>
    <w:tmpl w:val="CE3A2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E1679"/>
    <w:multiLevelType w:val="multilevel"/>
    <w:tmpl w:val="A178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134088"/>
    <w:multiLevelType w:val="hybridMultilevel"/>
    <w:tmpl w:val="4D96CDF6"/>
    <w:lvl w:ilvl="0" w:tplc="C45C75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D3B09"/>
    <w:multiLevelType w:val="hybridMultilevel"/>
    <w:tmpl w:val="4ED6F3EA"/>
    <w:lvl w:ilvl="0" w:tplc="549EA52E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DD762A"/>
    <w:multiLevelType w:val="multilevel"/>
    <w:tmpl w:val="DE56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3E140C"/>
    <w:multiLevelType w:val="hybridMultilevel"/>
    <w:tmpl w:val="223CCE52"/>
    <w:lvl w:ilvl="0" w:tplc="6C4E5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B036D"/>
    <w:multiLevelType w:val="hybridMultilevel"/>
    <w:tmpl w:val="E1F64194"/>
    <w:lvl w:ilvl="0" w:tplc="D11C9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667154"/>
    <w:multiLevelType w:val="multilevel"/>
    <w:tmpl w:val="CD0A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44603C"/>
    <w:multiLevelType w:val="hybridMultilevel"/>
    <w:tmpl w:val="0E68117A"/>
    <w:lvl w:ilvl="0" w:tplc="DC6473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B7DB9"/>
    <w:multiLevelType w:val="multilevel"/>
    <w:tmpl w:val="FF56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7F6C4B"/>
    <w:multiLevelType w:val="multilevel"/>
    <w:tmpl w:val="8642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3D778D"/>
    <w:multiLevelType w:val="hybridMultilevel"/>
    <w:tmpl w:val="6C988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F8606D"/>
    <w:multiLevelType w:val="multilevel"/>
    <w:tmpl w:val="F5568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AF5082"/>
    <w:multiLevelType w:val="multilevel"/>
    <w:tmpl w:val="B328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7737F"/>
    <w:multiLevelType w:val="multilevel"/>
    <w:tmpl w:val="532A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620B8F"/>
    <w:multiLevelType w:val="multilevel"/>
    <w:tmpl w:val="21ECB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EE0411"/>
    <w:multiLevelType w:val="multilevel"/>
    <w:tmpl w:val="4D38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2E29E0"/>
    <w:multiLevelType w:val="multilevel"/>
    <w:tmpl w:val="7F28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655868"/>
    <w:multiLevelType w:val="hybridMultilevel"/>
    <w:tmpl w:val="43EE8E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62480B"/>
    <w:multiLevelType w:val="multilevel"/>
    <w:tmpl w:val="3BFE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8754F0"/>
    <w:multiLevelType w:val="hybridMultilevel"/>
    <w:tmpl w:val="4A5E8E24"/>
    <w:lvl w:ilvl="0" w:tplc="BDD8A02C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F42AC7"/>
    <w:multiLevelType w:val="hybridMultilevel"/>
    <w:tmpl w:val="227C43D6"/>
    <w:lvl w:ilvl="0" w:tplc="730E7FB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15062">
    <w:abstractNumId w:val="7"/>
  </w:num>
  <w:num w:numId="2" w16cid:durableId="1083719715">
    <w:abstractNumId w:val="6"/>
  </w:num>
  <w:num w:numId="3" w16cid:durableId="1268535957">
    <w:abstractNumId w:val="30"/>
  </w:num>
  <w:num w:numId="4" w16cid:durableId="1519738130">
    <w:abstractNumId w:val="21"/>
  </w:num>
  <w:num w:numId="5" w16cid:durableId="1614556465">
    <w:abstractNumId w:val="18"/>
  </w:num>
  <w:num w:numId="6" w16cid:durableId="1637367140">
    <w:abstractNumId w:val="8"/>
  </w:num>
  <w:num w:numId="7" w16cid:durableId="1706131200">
    <w:abstractNumId w:val="16"/>
  </w:num>
  <w:num w:numId="8" w16cid:durableId="176770922">
    <w:abstractNumId w:val="12"/>
  </w:num>
  <w:num w:numId="9" w16cid:durableId="1827820527">
    <w:abstractNumId w:val="0"/>
  </w:num>
  <w:num w:numId="10" w16cid:durableId="379786555">
    <w:abstractNumId w:val="15"/>
  </w:num>
  <w:num w:numId="11" w16cid:durableId="415630990">
    <w:abstractNumId w:val="3"/>
  </w:num>
  <w:num w:numId="12" w16cid:durableId="436294117">
    <w:abstractNumId w:val="28"/>
  </w:num>
  <w:num w:numId="13" w16cid:durableId="462425056">
    <w:abstractNumId w:val="1"/>
  </w:num>
  <w:num w:numId="14" w16cid:durableId="473723455">
    <w:abstractNumId w:val="4"/>
  </w:num>
  <w:num w:numId="15" w16cid:durableId="678508920">
    <w:abstractNumId w:val="27"/>
  </w:num>
  <w:num w:numId="16" w16cid:durableId="747075841">
    <w:abstractNumId w:val="5"/>
  </w:num>
  <w:num w:numId="17" w16cid:durableId="927734142">
    <w:abstractNumId w:val="2"/>
  </w:num>
  <w:num w:numId="18" w16cid:durableId="2117870941">
    <w:abstractNumId w:val="24"/>
  </w:num>
  <w:num w:numId="19" w16cid:durableId="607009491">
    <w:abstractNumId w:val="14"/>
  </w:num>
  <w:num w:numId="20" w16cid:durableId="1539506903">
    <w:abstractNumId w:val="25"/>
  </w:num>
  <w:num w:numId="21" w16cid:durableId="1629553890">
    <w:abstractNumId w:val="11"/>
  </w:num>
  <w:num w:numId="22" w16cid:durableId="1128163968">
    <w:abstractNumId w:val="29"/>
  </w:num>
  <w:num w:numId="23" w16cid:durableId="1590459746">
    <w:abstractNumId w:val="9"/>
  </w:num>
  <w:num w:numId="24" w16cid:durableId="466508236">
    <w:abstractNumId w:val="26"/>
  </w:num>
  <w:num w:numId="25" w16cid:durableId="674502859">
    <w:abstractNumId w:val="19"/>
  </w:num>
  <w:num w:numId="26" w16cid:durableId="1503885663">
    <w:abstractNumId w:val="22"/>
  </w:num>
  <w:num w:numId="27" w16cid:durableId="18050499">
    <w:abstractNumId w:val="13"/>
  </w:num>
  <w:num w:numId="28" w16cid:durableId="1773744855">
    <w:abstractNumId w:val="20"/>
  </w:num>
  <w:num w:numId="29" w16cid:durableId="1916354297">
    <w:abstractNumId w:val="10"/>
  </w:num>
  <w:num w:numId="30" w16cid:durableId="110244864">
    <w:abstractNumId w:val="23"/>
  </w:num>
  <w:num w:numId="31" w16cid:durableId="1911190647">
    <w:abstractNumId w:val="31"/>
  </w:num>
  <w:num w:numId="32" w16cid:durableId="1467523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F2"/>
    <w:rsid w:val="0001204A"/>
    <w:rsid w:val="00013DB2"/>
    <w:rsid w:val="00015C3B"/>
    <w:rsid w:val="00023C5A"/>
    <w:rsid w:val="00034616"/>
    <w:rsid w:val="000402C7"/>
    <w:rsid w:val="00042AF2"/>
    <w:rsid w:val="00044B1C"/>
    <w:rsid w:val="0006063C"/>
    <w:rsid w:val="000674A4"/>
    <w:rsid w:val="0007096C"/>
    <w:rsid w:val="000745A2"/>
    <w:rsid w:val="000848B4"/>
    <w:rsid w:val="00093416"/>
    <w:rsid w:val="00096133"/>
    <w:rsid w:val="000A1662"/>
    <w:rsid w:val="000A3A40"/>
    <w:rsid w:val="000A3B56"/>
    <w:rsid w:val="000B0299"/>
    <w:rsid w:val="000C08C8"/>
    <w:rsid w:val="000C16E3"/>
    <w:rsid w:val="000C1D55"/>
    <w:rsid w:val="000C61A9"/>
    <w:rsid w:val="000E05DF"/>
    <w:rsid w:val="000E090A"/>
    <w:rsid w:val="000E24F3"/>
    <w:rsid w:val="000E5201"/>
    <w:rsid w:val="000E7B3D"/>
    <w:rsid w:val="000F1303"/>
    <w:rsid w:val="0015073F"/>
    <w:rsid w:val="0015074B"/>
    <w:rsid w:val="001679B3"/>
    <w:rsid w:val="0017017F"/>
    <w:rsid w:val="00171237"/>
    <w:rsid w:val="00172A53"/>
    <w:rsid w:val="00172F4E"/>
    <w:rsid w:val="00191C2A"/>
    <w:rsid w:val="0019357D"/>
    <w:rsid w:val="00195E4B"/>
    <w:rsid w:val="00196770"/>
    <w:rsid w:val="001A31AC"/>
    <w:rsid w:val="001A56A9"/>
    <w:rsid w:val="001B2933"/>
    <w:rsid w:val="001B608F"/>
    <w:rsid w:val="001D5C10"/>
    <w:rsid w:val="0020256D"/>
    <w:rsid w:val="00205AEA"/>
    <w:rsid w:val="00216F8F"/>
    <w:rsid w:val="00221E0B"/>
    <w:rsid w:val="0022236F"/>
    <w:rsid w:val="002518EF"/>
    <w:rsid w:val="0026474B"/>
    <w:rsid w:val="00267A72"/>
    <w:rsid w:val="00275280"/>
    <w:rsid w:val="0029639D"/>
    <w:rsid w:val="00297698"/>
    <w:rsid w:val="002A14B2"/>
    <w:rsid w:val="002A68D5"/>
    <w:rsid w:val="002A7844"/>
    <w:rsid w:val="002B51A3"/>
    <w:rsid w:val="002D6A39"/>
    <w:rsid w:val="002E1AE7"/>
    <w:rsid w:val="002E521B"/>
    <w:rsid w:val="002E740F"/>
    <w:rsid w:val="002E7C50"/>
    <w:rsid w:val="002F34D8"/>
    <w:rsid w:val="002F5B73"/>
    <w:rsid w:val="00302DE4"/>
    <w:rsid w:val="00326F90"/>
    <w:rsid w:val="00331F71"/>
    <w:rsid w:val="0034192C"/>
    <w:rsid w:val="00367DAA"/>
    <w:rsid w:val="003C413D"/>
    <w:rsid w:val="003D20FC"/>
    <w:rsid w:val="003D59A7"/>
    <w:rsid w:val="003E2B3D"/>
    <w:rsid w:val="003E2DFB"/>
    <w:rsid w:val="003E2F05"/>
    <w:rsid w:val="003E6BC2"/>
    <w:rsid w:val="003E6FEC"/>
    <w:rsid w:val="003E7478"/>
    <w:rsid w:val="00404106"/>
    <w:rsid w:val="00404E13"/>
    <w:rsid w:val="004115A7"/>
    <w:rsid w:val="00412384"/>
    <w:rsid w:val="00413D0C"/>
    <w:rsid w:val="00427A23"/>
    <w:rsid w:val="00432370"/>
    <w:rsid w:val="00435893"/>
    <w:rsid w:val="00440714"/>
    <w:rsid w:val="00440F8D"/>
    <w:rsid w:val="00445426"/>
    <w:rsid w:val="00454772"/>
    <w:rsid w:val="00454BF3"/>
    <w:rsid w:val="004601D4"/>
    <w:rsid w:val="00462368"/>
    <w:rsid w:val="00466F85"/>
    <w:rsid w:val="00467235"/>
    <w:rsid w:val="004729D6"/>
    <w:rsid w:val="00482CF9"/>
    <w:rsid w:val="0049484D"/>
    <w:rsid w:val="0049496E"/>
    <w:rsid w:val="00497A56"/>
    <w:rsid w:val="004C39B4"/>
    <w:rsid w:val="004E612D"/>
    <w:rsid w:val="004F29C4"/>
    <w:rsid w:val="004F6488"/>
    <w:rsid w:val="00505750"/>
    <w:rsid w:val="0050588C"/>
    <w:rsid w:val="00513300"/>
    <w:rsid w:val="00513A2D"/>
    <w:rsid w:val="00516E60"/>
    <w:rsid w:val="00556184"/>
    <w:rsid w:val="0056174B"/>
    <w:rsid w:val="00563EE1"/>
    <w:rsid w:val="00564347"/>
    <w:rsid w:val="0058450D"/>
    <w:rsid w:val="00593B1F"/>
    <w:rsid w:val="005A3DA1"/>
    <w:rsid w:val="005A4230"/>
    <w:rsid w:val="005A5863"/>
    <w:rsid w:val="005B29A2"/>
    <w:rsid w:val="005B647D"/>
    <w:rsid w:val="005C6808"/>
    <w:rsid w:val="005C76B6"/>
    <w:rsid w:val="005D3AF8"/>
    <w:rsid w:val="005F4776"/>
    <w:rsid w:val="00600220"/>
    <w:rsid w:val="0060115D"/>
    <w:rsid w:val="00616BCA"/>
    <w:rsid w:val="006208C2"/>
    <w:rsid w:val="00670BC6"/>
    <w:rsid w:val="00680786"/>
    <w:rsid w:val="006814EB"/>
    <w:rsid w:val="00682611"/>
    <w:rsid w:val="00692709"/>
    <w:rsid w:val="00695437"/>
    <w:rsid w:val="006B51F8"/>
    <w:rsid w:val="006C68C8"/>
    <w:rsid w:val="006D61DD"/>
    <w:rsid w:val="006E03D3"/>
    <w:rsid w:val="006E6F78"/>
    <w:rsid w:val="006F03AB"/>
    <w:rsid w:val="006F26F5"/>
    <w:rsid w:val="006F3B3D"/>
    <w:rsid w:val="006F50D8"/>
    <w:rsid w:val="007070ED"/>
    <w:rsid w:val="0071683D"/>
    <w:rsid w:val="0072186B"/>
    <w:rsid w:val="00727042"/>
    <w:rsid w:val="00764AD8"/>
    <w:rsid w:val="00765C77"/>
    <w:rsid w:val="00767AC2"/>
    <w:rsid w:val="007703BC"/>
    <w:rsid w:val="00782406"/>
    <w:rsid w:val="00783671"/>
    <w:rsid w:val="00784DEB"/>
    <w:rsid w:val="007A284E"/>
    <w:rsid w:val="007A5016"/>
    <w:rsid w:val="007B0204"/>
    <w:rsid w:val="007C1B81"/>
    <w:rsid w:val="007C4C24"/>
    <w:rsid w:val="007C5316"/>
    <w:rsid w:val="007E175B"/>
    <w:rsid w:val="007E22BE"/>
    <w:rsid w:val="007F3CB5"/>
    <w:rsid w:val="007F552B"/>
    <w:rsid w:val="007F78C7"/>
    <w:rsid w:val="0080126E"/>
    <w:rsid w:val="0080316C"/>
    <w:rsid w:val="00823C04"/>
    <w:rsid w:val="00842652"/>
    <w:rsid w:val="00851897"/>
    <w:rsid w:val="00872473"/>
    <w:rsid w:val="00886041"/>
    <w:rsid w:val="008A5B29"/>
    <w:rsid w:val="008A739B"/>
    <w:rsid w:val="008B0AA3"/>
    <w:rsid w:val="008D572B"/>
    <w:rsid w:val="008E1880"/>
    <w:rsid w:val="008E7F2F"/>
    <w:rsid w:val="008F0A53"/>
    <w:rsid w:val="009315BD"/>
    <w:rsid w:val="00935C8E"/>
    <w:rsid w:val="00936165"/>
    <w:rsid w:val="00936D97"/>
    <w:rsid w:val="00937DD0"/>
    <w:rsid w:val="009459F2"/>
    <w:rsid w:val="00951120"/>
    <w:rsid w:val="0095285E"/>
    <w:rsid w:val="00961915"/>
    <w:rsid w:val="00963627"/>
    <w:rsid w:val="009736DB"/>
    <w:rsid w:val="00990251"/>
    <w:rsid w:val="009B14EC"/>
    <w:rsid w:val="009D67C5"/>
    <w:rsid w:val="00A00AE7"/>
    <w:rsid w:val="00A236E4"/>
    <w:rsid w:val="00A31BA4"/>
    <w:rsid w:val="00A613CF"/>
    <w:rsid w:val="00A62D62"/>
    <w:rsid w:val="00AA1D8D"/>
    <w:rsid w:val="00AB12B6"/>
    <w:rsid w:val="00AC2A53"/>
    <w:rsid w:val="00AC2ABB"/>
    <w:rsid w:val="00AC7214"/>
    <w:rsid w:val="00AD37F9"/>
    <w:rsid w:val="00AD381C"/>
    <w:rsid w:val="00AD540F"/>
    <w:rsid w:val="00AE1622"/>
    <w:rsid w:val="00B04451"/>
    <w:rsid w:val="00B06117"/>
    <w:rsid w:val="00B06F5D"/>
    <w:rsid w:val="00B101D1"/>
    <w:rsid w:val="00B124D4"/>
    <w:rsid w:val="00B16E7B"/>
    <w:rsid w:val="00B369D0"/>
    <w:rsid w:val="00B43857"/>
    <w:rsid w:val="00B46272"/>
    <w:rsid w:val="00B47730"/>
    <w:rsid w:val="00B66C63"/>
    <w:rsid w:val="00B949B0"/>
    <w:rsid w:val="00B9746F"/>
    <w:rsid w:val="00BA59BD"/>
    <w:rsid w:val="00BA64CD"/>
    <w:rsid w:val="00BA6D0B"/>
    <w:rsid w:val="00BA7675"/>
    <w:rsid w:val="00BA7CF0"/>
    <w:rsid w:val="00BC0423"/>
    <w:rsid w:val="00BC3EC4"/>
    <w:rsid w:val="00BD3859"/>
    <w:rsid w:val="00BD38EB"/>
    <w:rsid w:val="00BE5F5B"/>
    <w:rsid w:val="00C00687"/>
    <w:rsid w:val="00C14B2B"/>
    <w:rsid w:val="00C27E30"/>
    <w:rsid w:val="00C34C2B"/>
    <w:rsid w:val="00C56714"/>
    <w:rsid w:val="00C61D5E"/>
    <w:rsid w:val="00C76C2F"/>
    <w:rsid w:val="00C84250"/>
    <w:rsid w:val="00C86B71"/>
    <w:rsid w:val="00C9759F"/>
    <w:rsid w:val="00CA229B"/>
    <w:rsid w:val="00CA60C7"/>
    <w:rsid w:val="00CB0664"/>
    <w:rsid w:val="00CC218E"/>
    <w:rsid w:val="00CC7EE6"/>
    <w:rsid w:val="00CD296B"/>
    <w:rsid w:val="00CD44E1"/>
    <w:rsid w:val="00CE63FC"/>
    <w:rsid w:val="00CF2FFA"/>
    <w:rsid w:val="00D24022"/>
    <w:rsid w:val="00D25DAD"/>
    <w:rsid w:val="00D27AFD"/>
    <w:rsid w:val="00D37F87"/>
    <w:rsid w:val="00D41F2C"/>
    <w:rsid w:val="00D44C83"/>
    <w:rsid w:val="00D605B6"/>
    <w:rsid w:val="00D75ADE"/>
    <w:rsid w:val="00D94238"/>
    <w:rsid w:val="00D97061"/>
    <w:rsid w:val="00D97E02"/>
    <w:rsid w:val="00DA3781"/>
    <w:rsid w:val="00DA449A"/>
    <w:rsid w:val="00DA599E"/>
    <w:rsid w:val="00DB3D0D"/>
    <w:rsid w:val="00DB6CC7"/>
    <w:rsid w:val="00DB7515"/>
    <w:rsid w:val="00DD74A3"/>
    <w:rsid w:val="00DE1B95"/>
    <w:rsid w:val="00E03043"/>
    <w:rsid w:val="00E04A2C"/>
    <w:rsid w:val="00E04FEF"/>
    <w:rsid w:val="00E15CD9"/>
    <w:rsid w:val="00E20A93"/>
    <w:rsid w:val="00E212C9"/>
    <w:rsid w:val="00E2169B"/>
    <w:rsid w:val="00E30676"/>
    <w:rsid w:val="00E457C3"/>
    <w:rsid w:val="00E51888"/>
    <w:rsid w:val="00E8604F"/>
    <w:rsid w:val="00EA64D6"/>
    <w:rsid w:val="00EB0BEE"/>
    <w:rsid w:val="00EC1A98"/>
    <w:rsid w:val="00EC2BBC"/>
    <w:rsid w:val="00ED72AE"/>
    <w:rsid w:val="00EE5533"/>
    <w:rsid w:val="00EE7107"/>
    <w:rsid w:val="00EF032C"/>
    <w:rsid w:val="00EF64BA"/>
    <w:rsid w:val="00F14733"/>
    <w:rsid w:val="00F26B3C"/>
    <w:rsid w:val="00F4042D"/>
    <w:rsid w:val="00F616F5"/>
    <w:rsid w:val="00F624B0"/>
    <w:rsid w:val="00F6591F"/>
    <w:rsid w:val="00F73E99"/>
    <w:rsid w:val="00F8138A"/>
    <w:rsid w:val="00F915E1"/>
    <w:rsid w:val="00F95081"/>
    <w:rsid w:val="00FB0DD2"/>
    <w:rsid w:val="00FC693F"/>
    <w:rsid w:val="00FF78E9"/>
    <w:rsid w:val="088164F9"/>
    <w:rsid w:val="255D8227"/>
    <w:rsid w:val="2C5FE234"/>
    <w:rsid w:val="32F0CE94"/>
    <w:rsid w:val="35C8AC6D"/>
    <w:rsid w:val="468200EC"/>
    <w:rsid w:val="51AE51D0"/>
    <w:rsid w:val="56B384FB"/>
    <w:rsid w:val="6B6046C2"/>
    <w:rsid w:val="7A6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80B275F-8502-47AF-BF89-907FA48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C1D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F1FB52D2D04AA1AFD55021251060" ma:contentTypeVersion="14" ma:contentTypeDescription="Create a new document." ma:contentTypeScope="" ma:versionID="5ad499bc8385d2592b178c9c424b764d">
  <xsd:schema xmlns:xsd="http://www.w3.org/2001/XMLSchema" xmlns:xs="http://www.w3.org/2001/XMLSchema" xmlns:p="http://schemas.microsoft.com/office/2006/metadata/properties" xmlns:ns2="1ce72ac1-2dff-4e06-a751-20dc2bc26b88" xmlns:ns3="c85f8ed6-da34-46ef-82c4-42fdeec9abaf" targetNamespace="http://schemas.microsoft.com/office/2006/metadata/properties" ma:root="true" ma:fieldsID="9c8d3061074f4323a4e205c075397973" ns2:_="" ns3:_="">
    <xsd:import namespace="1ce72ac1-2dff-4e06-a751-20dc2bc26b88"/>
    <xsd:import namespace="c85f8ed6-da34-46ef-82c4-42fdeec9a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2ac1-2dff-4e06-a751-20dc2bc2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f8ed6-da34-46ef-82c4-42fdeec9a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649391-529e-4a3b-967f-dbf2e540223f}" ma:internalName="TaxCatchAll" ma:showField="CatchAllData" ma:web="c85f8ed6-da34-46ef-82c4-42fdeec9a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72ac1-2dff-4e06-a751-20dc2bc26b88">
      <Terms xmlns="http://schemas.microsoft.com/office/infopath/2007/PartnerControls"/>
    </lcf76f155ced4ddcb4097134ff3c332f>
    <TaxCatchAll xmlns="c85f8ed6-da34-46ef-82c4-42fdeec9abaf" xsi:nil="true"/>
  </documentManagement>
</p:properties>
</file>

<file path=customXml/itemProps1.xml><?xml version="1.0" encoding="utf-8"?>
<ds:datastoreItem xmlns:ds="http://schemas.openxmlformats.org/officeDocument/2006/customXml" ds:itemID="{06F3D2AC-1781-463D-9159-F9697C92D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2ac1-2dff-4e06-a751-20dc2bc26b88"/>
    <ds:schemaRef ds:uri="c85f8ed6-da34-46ef-82c4-42fdeec9a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162EAE-59B3-4728-B574-C8332E390B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16C85A-D3EB-4B45-9C79-CBEA16F4027A}">
  <ds:schemaRefs>
    <ds:schemaRef ds:uri="http://schemas.microsoft.com/office/2006/metadata/properties"/>
    <ds:schemaRef ds:uri="http://schemas.microsoft.com/office/infopath/2007/PartnerControls"/>
    <ds:schemaRef ds:uri="1ce72ac1-2dff-4e06-a751-20dc2bc26b88"/>
    <ds:schemaRef ds:uri="c85f8ed6-da34-46ef-82c4-42fdeec9ab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729</Words>
  <Characters>4159</Characters>
  <Application>Microsoft Office Word</Application>
  <DocSecurity>0</DocSecurity>
  <Lines>34</Lines>
  <Paragraphs>9</Paragraphs>
  <ScaleCrop>false</ScaleCrop>
  <Manager/>
  <Company/>
  <LinksUpToDate>false</LinksUpToDate>
  <CharactersWithSpaces>4879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Lettis</dc:creator>
  <cp:keywords/>
  <dc:description>generated by python-docx</dc:description>
  <cp:lastModifiedBy>Lisa Lettis</cp:lastModifiedBy>
  <cp:revision>60</cp:revision>
  <dcterms:created xsi:type="dcterms:W3CDTF">2026-10-02T15:14:00Z</dcterms:created>
  <dcterms:modified xsi:type="dcterms:W3CDTF">2026-10-13T08:47:00Z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2026-04-14T15:29:33Z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cc7d63c2-caee-4710-8f7d-b5e90a9c3fbb</vt:lpwstr>
  </property>
  <property fmtid="{D5CDD505-2E9C-101B-9397-08002B2CF9AE}" pid="8" name="MSIP_Label_3c381991-eab8-4fff-8f2f-4f88109aa1cd_ContentBits">
    <vt:lpwstr>0</vt:lpwstr>
  </property>
  <property fmtid="{D5CDD505-2E9C-101B-9397-08002B2CF9AE}" pid="9" name="MSIP_Label_3c381991-eab8-4fff-8f2f-4f88109aa1cd_Tag">
    <vt:lpwstr>10, 3, 0, 1</vt:lpwstr>
  </property>
  <property fmtid="{D5CDD505-2E9C-101B-9397-08002B2CF9AE}" pid="10" name="ContentTypeId">
    <vt:lpwstr>0x010100EAD5F1FB52D2D04AA1AFD55021251060</vt:lpwstr>
  </property>
  <property fmtid="{D5CDD505-2E9C-101B-9397-08002B2CF9AE}" pid="11" name="MediaServiceImageTags">
    <vt:lpwstr/>
  </property>
</Properties>
</file>