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542FA" w14:textId="045203C7" w:rsidR="0072186B" w:rsidRDefault="00CD296B">
      <w:pPr>
        <w:pStyle w:val="Heading2"/>
      </w:pPr>
      <w:r>
        <w:t>Overarching Theme:</w:t>
      </w:r>
      <w:r w:rsidR="00600220">
        <w:t xml:space="preserve"> </w:t>
      </w:r>
      <w:r w:rsidR="001756BB">
        <w:t>Endangered Species (First Level)</w:t>
      </w:r>
    </w:p>
    <w:tbl>
      <w:tblPr>
        <w:tblStyle w:val="LightGrid"/>
        <w:tblW w:w="9541" w:type="dxa"/>
        <w:tblLook w:val="04A0" w:firstRow="1" w:lastRow="0" w:firstColumn="1" w:lastColumn="0" w:noHBand="0" w:noVBand="1"/>
      </w:tblPr>
      <w:tblGrid>
        <w:gridCol w:w="2542"/>
        <w:gridCol w:w="2977"/>
        <w:gridCol w:w="4022"/>
      </w:tblGrid>
      <w:tr w:rsidR="00D61E7B" w14:paraId="703E5FCF" w14:textId="77777777" w:rsidTr="009153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2" w:type="dxa"/>
            <w:shd w:val="clear" w:color="auto" w:fill="D9D9D9" w:themeFill="background1" w:themeFillShade="D9"/>
          </w:tcPr>
          <w:p w14:paraId="3F1319A9" w14:textId="77777777" w:rsidR="00D61E7B" w:rsidRDefault="00D61E7B" w:rsidP="002E738D">
            <w:r>
              <w:t>Project Challenge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5ACC3F9C" w14:textId="77777777" w:rsidR="00D61E7B" w:rsidRDefault="00D61E7B" w:rsidP="002E73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Outcome</w:t>
            </w:r>
          </w:p>
        </w:tc>
        <w:tc>
          <w:tcPr>
            <w:tcW w:w="4022" w:type="dxa"/>
            <w:shd w:val="clear" w:color="auto" w:fill="D9D9D9" w:themeFill="background1" w:themeFillShade="D9"/>
          </w:tcPr>
          <w:p w14:paraId="68B12DFE" w14:textId="77777777" w:rsidR="00D61E7B" w:rsidRDefault="00D61E7B" w:rsidP="002E73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Possible hook/Provocation/Stimulus</w:t>
            </w:r>
          </w:p>
        </w:tc>
      </w:tr>
      <w:tr w:rsidR="00D61E7B" w14:paraId="0E1B9A3E" w14:textId="77777777" w:rsidTr="009153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2" w:type="dxa"/>
            <w:shd w:val="clear" w:color="auto" w:fill="FFFFFF" w:themeFill="background1"/>
          </w:tcPr>
          <w:p w14:paraId="0D3F13D8" w14:textId="77777777" w:rsidR="00D61E7B" w:rsidRPr="001756BB" w:rsidRDefault="00D61E7B" w:rsidP="002E738D">
            <w:pPr>
              <w:rPr>
                <w:b w:val="0"/>
                <w:bCs w:val="0"/>
                <w:sz w:val="20"/>
                <w:szCs w:val="20"/>
                <w:lang w:val="en-GB"/>
              </w:rPr>
            </w:pPr>
          </w:p>
          <w:p w14:paraId="77699CD5" w14:textId="4C19ED11" w:rsidR="00992862" w:rsidRPr="00721D6B" w:rsidRDefault="00992862" w:rsidP="00992862">
            <w:pPr>
              <w:rPr>
                <w:b w:val="0"/>
                <w:bCs w:val="0"/>
                <w:sz w:val="20"/>
                <w:szCs w:val="20"/>
                <w:lang w:val="en-GB"/>
              </w:rPr>
            </w:pPr>
            <w:r w:rsidRPr="00721D6B">
              <w:rPr>
                <w:b w:val="0"/>
                <w:bCs w:val="0"/>
                <w:sz w:val="20"/>
                <w:szCs w:val="20"/>
                <w:lang w:val="en-GB"/>
              </w:rPr>
              <w:t>School Eco Committee needs help raising awareness of endangered species</w:t>
            </w:r>
          </w:p>
          <w:p w14:paraId="709368D2" w14:textId="77777777" w:rsidR="00992862" w:rsidRDefault="00992862" w:rsidP="00992862">
            <w:pPr>
              <w:rPr>
                <w:sz w:val="20"/>
                <w:szCs w:val="20"/>
                <w:lang w:val="en-GB"/>
              </w:rPr>
            </w:pPr>
          </w:p>
          <w:p w14:paraId="24FF6246" w14:textId="1F3A172A" w:rsidR="00992862" w:rsidRDefault="00992862" w:rsidP="00992862">
            <w:pPr>
              <w:rPr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b w:val="0"/>
                <w:bCs w:val="0"/>
                <w:sz w:val="20"/>
                <w:szCs w:val="20"/>
                <w:lang w:val="en-GB"/>
              </w:rPr>
              <w:t>OR</w:t>
            </w:r>
          </w:p>
          <w:p w14:paraId="52CA8EBC" w14:textId="77777777" w:rsidR="00992862" w:rsidRPr="00721D6B" w:rsidRDefault="00992862" w:rsidP="00992862">
            <w:pPr>
              <w:rPr>
                <w:b w:val="0"/>
                <w:bCs w:val="0"/>
                <w:sz w:val="20"/>
                <w:szCs w:val="20"/>
                <w:lang w:val="en-GB"/>
              </w:rPr>
            </w:pPr>
            <w:r w:rsidRPr="00721D6B">
              <w:rPr>
                <w:b w:val="0"/>
                <w:bCs w:val="0"/>
                <w:sz w:val="20"/>
                <w:szCs w:val="20"/>
                <w:lang w:val="en-GB"/>
              </w:rPr>
              <w:t>Scottish Wildlife Trust needs ideas to encourage people to protect wildlife</w:t>
            </w:r>
          </w:p>
          <w:p w14:paraId="6137AF24" w14:textId="77777777" w:rsidR="00992862" w:rsidRDefault="00992862" w:rsidP="00992862">
            <w:pPr>
              <w:rPr>
                <w:sz w:val="20"/>
                <w:szCs w:val="20"/>
                <w:lang w:val="en-GB"/>
              </w:rPr>
            </w:pPr>
          </w:p>
          <w:p w14:paraId="564F17D1" w14:textId="2C07AF17" w:rsidR="00992862" w:rsidRPr="00AC2EA7" w:rsidRDefault="007B7073" w:rsidP="00992862">
            <w:pPr>
              <w:rPr>
                <w:sz w:val="20"/>
                <w:szCs w:val="20"/>
                <w:lang w:val="en-GB"/>
              </w:rPr>
            </w:pPr>
            <w:r>
              <w:rPr>
                <w:b w:val="0"/>
                <w:bCs w:val="0"/>
                <w:sz w:val="20"/>
                <w:szCs w:val="20"/>
                <w:lang w:val="en-GB"/>
              </w:rPr>
              <w:t>How can we encourage others to protect endangered species?</w:t>
            </w:r>
          </w:p>
          <w:p w14:paraId="165477B9" w14:textId="77777777" w:rsidR="00992862" w:rsidRPr="00992862" w:rsidRDefault="00992862" w:rsidP="00992862">
            <w:pPr>
              <w:rPr>
                <w:sz w:val="20"/>
                <w:szCs w:val="20"/>
                <w:lang w:val="en-GB"/>
              </w:rPr>
            </w:pPr>
          </w:p>
          <w:p w14:paraId="47E910B2" w14:textId="77777777" w:rsidR="00D61E7B" w:rsidRPr="001756BB" w:rsidRDefault="00D61E7B" w:rsidP="002E738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1E489B0A" w14:textId="77777777" w:rsidR="00A70F4C" w:rsidRDefault="00A70F4C" w:rsidP="00A70F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A70F4C">
              <w:rPr>
                <w:sz w:val="20"/>
                <w:szCs w:val="20"/>
                <w:lang w:val="en-GB"/>
              </w:rPr>
              <w:t>Create a solution that raises awareness and encourages action to protect endangered species and their habitats</w:t>
            </w:r>
          </w:p>
          <w:p w14:paraId="755B56F8" w14:textId="77777777" w:rsidR="00A70F4C" w:rsidRPr="00A70F4C" w:rsidRDefault="00A70F4C" w:rsidP="00A70F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  <w:p w14:paraId="1A07513E" w14:textId="77777777" w:rsidR="00BE3575" w:rsidRDefault="00BE3575" w:rsidP="00D61E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Learners may choose to:</w:t>
            </w:r>
          </w:p>
          <w:p w14:paraId="174CEDF0" w14:textId="77777777" w:rsidR="00BE3575" w:rsidRDefault="00BE3575" w:rsidP="00BE3575">
            <w:pPr>
              <w:pStyle w:val="ListParagraph"/>
              <w:numPr>
                <w:ilvl w:val="0"/>
                <w:numId w:val="1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Create a campaign</w:t>
            </w:r>
          </w:p>
          <w:p w14:paraId="7CEED335" w14:textId="00EC2493" w:rsidR="00BE3575" w:rsidRDefault="007F5DFF" w:rsidP="00BE3575">
            <w:pPr>
              <w:pStyle w:val="ListParagraph"/>
              <w:numPr>
                <w:ilvl w:val="0"/>
                <w:numId w:val="1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Produce an information book/fact file</w:t>
            </w:r>
            <w:r w:rsidR="001C7172">
              <w:rPr>
                <w:sz w:val="20"/>
                <w:szCs w:val="20"/>
                <w:lang w:val="en-GB"/>
              </w:rPr>
              <w:t>/digital guide</w:t>
            </w:r>
          </w:p>
          <w:p w14:paraId="48919E49" w14:textId="77777777" w:rsidR="007F5DFF" w:rsidRDefault="007F5DFF" w:rsidP="00BE3575">
            <w:pPr>
              <w:pStyle w:val="ListParagraph"/>
              <w:numPr>
                <w:ilvl w:val="0"/>
                <w:numId w:val="1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Design posters, leaflets or infographics</w:t>
            </w:r>
          </w:p>
          <w:p w14:paraId="7F9043BB" w14:textId="77777777" w:rsidR="007F5DFF" w:rsidRDefault="007F5DFF" w:rsidP="00BE3575">
            <w:pPr>
              <w:pStyle w:val="ListParagraph"/>
              <w:numPr>
                <w:ilvl w:val="0"/>
                <w:numId w:val="1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Create a video, podcast or presentation</w:t>
            </w:r>
          </w:p>
          <w:p w14:paraId="42436A8E" w14:textId="77777777" w:rsidR="00775ECD" w:rsidRDefault="00775ECD" w:rsidP="00BE3575">
            <w:pPr>
              <w:pStyle w:val="ListParagraph"/>
              <w:numPr>
                <w:ilvl w:val="0"/>
                <w:numId w:val="1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Design a wildlife habitat</w:t>
            </w:r>
          </w:p>
          <w:p w14:paraId="6FE2ECF4" w14:textId="77777777" w:rsidR="00775ECD" w:rsidRDefault="00775ECD" w:rsidP="00BE3575">
            <w:pPr>
              <w:pStyle w:val="ListParagraph"/>
              <w:numPr>
                <w:ilvl w:val="0"/>
                <w:numId w:val="1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Organise fundraising event</w:t>
            </w:r>
          </w:p>
          <w:p w14:paraId="22644047" w14:textId="77777777" w:rsidR="00775ECD" w:rsidRDefault="00775ECD" w:rsidP="00BE3575">
            <w:pPr>
              <w:pStyle w:val="ListParagraph"/>
              <w:numPr>
                <w:ilvl w:val="0"/>
                <w:numId w:val="1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Adopt and research an endangered species</w:t>
            </w:r>
          </w:p>
          <w:p w14:paraId="4F49CC39" w14:textId="3E2091F8" w:rsidR="00775ECD" w:rsidRPr="00BE3575" w:rsidRDefault="00F43B1B" w:rsidP="00BE3575">
            <w:pPr>
              <w:pStyle w:val="ListParagraph"/>
              <w:numPr>
                <w:ilvl w:val="0"/>
                <w:numId w:val="1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Develop o proposal for protecting a species/habitat</w:t>
            </w:r>
          </w:p>
        </w:tc>
        <w:tc>
          <w:tcPr>
            <w:tcW w:w="4022" w:type="dxa"/>
            <w:shd w:val="clear" w:color="auto" w:fill="FFFFFF" w:themeFill="background1"/>
          </w:tcPr>
          <w:p w14:paraId="4D326052" w14:textId="77777777" w:rsidR="009153FA" w:rsidRPr="009153FA" w:rsidRDefault="009153FA" w:rsidP="009153FA">
            <w:pPr>
              <w:pStyle w:val="ListParagraph"/>
              <w:numPr>
                <w:ilvl w:val="0"/>
                <w:numId w:val="18"/>
              </w:numPr>
              <w:ind w:left="39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153FA">
              <w:rPr>
                <w:sz w:val="20"/>
                <w:szCs w:val="20"/>
                <w:lang w:val="en-GB"/>
              </w:rPr>
              <w:t>Arrive to find several animal pictures with "MISSING" posters displayed around the classroom.</w:t>
            </w:r>
          </w:p>
          <w:p w14:paraId="5767DB00" w14:textId="77777777" w:rsidR="00D61E7B" w:rsidRDefault="003612DC" w:rsidP="003612DC">
            <w:pPr>
              <w:pStyle w:val="ListParagraph"/>
              <w:numPr>
                <w:ilvl w:val="0"/>
                <w:numId w:val="18"/>
              </w:numPr>
              <w:ind w:left="39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3612DC">
              <w:rPr>
                <w:sz w:val="20"/>
                <w:szCs w:val="20"/>
                <w:lang w:val="en-GB"/>
              </w:rPr>
              <w:t>Present a video message from a fictional wildlife conservation organisation asking for help to save endangered species.</w:t>
            </w:r>
          </w:p>
          <w:p w14:paraId="5D2C789A" w14:textId="643177B9" w:rsidR="00D26632" w:rsidRPr="00D26632" w:rsidRDefault="00D26632" w:rsidP="00D26632">
            <w:pPr>
              <w:pStyle w:val="ListParagraph"/>
              <w:numPr>
                <w:ilvl w:val="0"/>
                <w:numId w:val="18"/>
              </w:numPr>
              <w:ind w:left="39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D26632">
              <w:rPr>
                <w:sz w:val="20"/>
                <w:szCs w:val="20"/>
                <w:lang w:val="en-GB"/>
              </w:rPr>
              <w:t>Present a mystery animal box containing clues about an endangered species that pupils will later "adopt"</w:t>
            </w:r>
          </w:p>
        </w:tc>
      </w:tr>
    </w:tbl>
    <w:p w14:paraId="36C5030F" w14:textId="77777777" w:rsidR="00D61E7B" w:rsidRPr="00D61E7B" w:rsidRDefault="00D61E7B" w:rsidP="00D61E7B"/>
    <w:p w14:paraId="7E30A2DF" w14:textId="517E9A10" w:rsidR="0072186B" w:rsidRDefault="6B6046C2">
      <w:pPr>
        <w:pStyle w:val="Heading2"/>
      </w:pPr>
      <w:r>
        <w:t>Intentional Planning</w:t>
      </w:r>
    </w:p>
    <w:p w14:paraId="2682E3CF" w14:textId="77777777" w:rsidR="0072186B" w:rsidRDefault="00F8138A">
      <w:r>
        <w:t>Selected Experiences and Outcomes identify intended learning. Additional Es and Os may be addressed through responsive planning.</w:t>
      </w:r>
    </w:p>
    <w:tbl>
      <w:tblPr>
        <w:tblStyle w:val="LightGrid"/>
        <w:tblW w:w="0" w:type="auto"/>
        <w:tblLook w:val="04A0" w:firstRow="1" w:lastRow="0" w:firstColumn="1" w:lastColumn="0" w:noHBand="0" w:noVBand="1"/>
      </w:tblPr>
      <w:tblGrid>
        <w:gridCol w:w="2869"/>
        <w:gridCol w:w="2873"/>
        <w:gridCol w:w="2878"/>
      </w:tblGrid>
      <w:tr w:rsidR="0072186B" w14:paraId="783A2C57" w14:textId="77777777" w:rsidTr="000A3A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F2DBDB" w:themeFill="accent2" w:themeFillTint="33"/>
          </w:tcPr>
          <w:p w14:paraId="03C44051" w14:textId="77777777" w:rsidR="0072186B" w:rsidRDefault="00F8138A">
            <w:r>
              <w:t>Experiences &amp; Outcomes</w:t>
            </w:r>
          </w:p>
        </w:tc>
        <w:tc>
          <w:tcPr>
            <w:tcW w:w="2880" w:type="dxa"/>
            <w:shd w:val="clear" w:color="auto" w:fill="F2DBDB" w:themeFill="accent2" w:themeFillTint="33"/>
          </w:tcPr>
          <w:p w14:paraId="2F2852D5" w14:textId="77777777" w:rsidR="0072186B" w:rsidRDefault="00F813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Benchmarks / Assessment Evidence</w:t>
            </w:r>
          </w:p>
        </w:tc>
        <w:tc>
          <w:tcPr>
            <w:tcW w:w="2880" w:type="dxa"/>
            <w:shd w:val="clear" w:color="auto" w:fill="F2DBDB" w:themeFill="accent2" w:themeFillTint="33"/>
          </w:tcPr>
          <w:p w14:paraId="3F0E93F0" w14:textId="77777777" w:rsidR="0072186B" w:rsidRDefault="00F813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Meta Skills</w:t>
            </w:r>
            <w:r w:rsidR="00516E60">
              <w:t xml:space="preserve"> </w:t>
            </w:r>
            <w:r w:rsidR="00516E60">
              <w:rPr>
                <w:b w:val="0"/>
                <w:bCs w:val="0"/>
              </w:rPr>
              <w:t>(Highlight/Circle)</w:t>
            </w:r>
          </w:p>
          <w:p w14:paraId="5FD11ABF" w14:textId="4FB9DABD" w:rsidR="006F03AB" w:rsidRPr="00F6591F" w:rsidRDefault="00F659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Observed throughout Enquiry</w:t>
            </w:r>
          </w:p>
        </w:tc>
      </w:tr>
      <w:tr w:rsidR="0072186B" w14:paraId="02EB378F" w14:textId="77777777" w:rsidTr="00F147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FFFFFF" w:themeFill="background1"/>
          </w:tcPr>
          <w:p w14:paraId="53D33A56" w14:textId="7674EA43" w:rsidR="00C14B2B" w:rsidRPr="004646D0" w:rsidRDefault="00677FDF" w:rsidP="00C14B2B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4646D0">
              <w:rPr>
                <w:b w:val="0"/>
                <w:bCs w:val="0"/>
                <w:sz w:val="18"/>
                <w:szCs w:val="18"/>
                <w:lang w:val="en-GB"/>
              </w:rPr>
              <w:lastRenderedPageBreak/>
              <w:t>Develop curiosity and understanding through exploring the living world</w:t>
            </w:r>
            <w:r w:rsidR="0068415E" w:rsidRPr="004646D0">
              <w:rPr>
                <w:b w:val="0"/>
                <w:bCs w:val="0"/>
                <w:sz w:val="18"/>
                <w:szCs w:val="18"/>
                <w:lang w:val="en-GB"/>
              </w:rPr>
              <w:t xml:space="preserve"> (</w:t>
            </w:r>
            <w:r w:rsidR="007129B7" w:rsidRPr="004646D0">
              <w:rPr>
                <w:b w:val="0"/>
                <w:bCs w:val="0"/>
                <w:sz w:val="18"/>
                <w:szCs w:val="18"/>
                <w:lang w:val="en-GB"/>
              </w:rPr>
              <w:t>SCN 1-01a</w:t>
            </w:r>
            <w:r w:rsidR="0068415E" w:rsidRPr="004646D0">
              <w:rPr>
                <w:b w:val="0"/>
                <w:bCs w:val="0"/>
                <w:sz w:val="18"/>
                <w:szCs w:val="18"/>
                <w:lang w:val="en-GB"/>
              </w:rPr>
              <w:t>)</w:t>
            </w:r>
          </w:p>
          <w:p w14:paraId="4481B9BA" w14:textId="77777777" w:rsidR="0068415E" w:rsidRPr="004646D0" w:rsidRDefault="0068415E" w:rsidP="00C14B2B">
            <w:pPr>
              <w:rPr>
                <w:sz w:val="18"/>
                <w:szCs w:val="18"/>
                <w:lang w:val="en-GB"/>
              </w:rPr>
            </w:pPr>
          </w:p>
          <w:p w14:paraId="4D68B067" w14:textId="03557903" w:rsidR="007129B7" w:rsidRPr="004646D0" w:rsidRDefault="00F70822" w:rsidP="00C14B2B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4646D0">
              <w:rPr>
                <w:b w:val="0"/>
                <w:bCs w:val="0"/>
                <w:sz w:val="18"/>
                <w:szCs w:val="18"/>
                <w:lang w:val="en-GB"/>
              </w:rPr>
              <w:t>Explore and care for the natural environment (</w:t>
            </w:r>
            <w:r w:rsidR="007129B7" w:rsidRPr="004646D0">
              <w:rPr>
                <w:b w:val="0"/>
                <w:bCs w:val="0"/>
                <w:sz w:val="18"/>
                <w:szCs w:val="18"/>
                <w:lang w:val="en-GB"/>
              </w:rPr>
              <w:t>SCN 1-02a</w:t>
            </w:r>
            <w:r w:rsidRPr="004646D0">
              <w:rPr>
                <w:b w:val="0"/>
                <w:bCs w:val="0"/>
                <w:sz w:val="18"/>
                <w:szCs w:val="18"/>
                <w:lang w:val="en-GB"/>
              </w:rPr>
              <w:t>)</w:t>
            </w:r>
          </w:p>
          <w:p w14:paraId="5F80380E" w14:textId="77777777" w:rsidR="00F70822" w:rsidRPr="004646D0" w:rsidRDefault="00F70822" w:rsidP="00C14B2B">
            <w:pPr>
              <w:rPr>
                <w:sz w:val="18"/>
                <w:szCs w:val="18"/>
                <w:lang w:val="en-GB"/>
              </w:rPr>
            </w:pPr>
          </w:p>
          <w:p w14:paraId="66F390DC" w14:textId="0B3D47B2" w:rsidR="007129B7" w:rsidRPr="004646D0" w:rsidRDefault="00B46598" w:rsidP="00C14B2B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4646D0">
              <w:rPr>
                <w:b w:val="0"/>
                <w:bCs w:val="0"/>
                <w:sz w:val="18"/>
                <w:szCs w:val="18"/>
                <w:lang w:val="en-GB"/>
              </w:rPr>
              <w:t>Understanding how people and the environment affect one another (</w:t>
            </w:r>
            <w:r w:rsidR="007129B7" w:rsidRPr="004646D0">
              <w:rPr>
                <w:b w:val="0"/>
                <w:bCs w:val="0"/>
                <w:sz w:val="18"/>
                <w:szCs w:val="18"/>
                <w:lang w:val="en-GB"/>
              </w:rPr>
              <w:t>SOC 1-13b</w:t>
            </w:r>
            <w:r w:rsidRPr="004646D0">
              <w:rPr>
                <w:b w:val="0"/>
                <w:bCs w:val="0"/>
                <w:sz w:val="18"/>
                <w:szCs w:val="18"/>
                <w:lang w:val="en-GB"/>
              </w:rPr>
              <w:t>)</w:t>
            </w:r>
          </w:p>
          <w:p w14:paraId="59A67B92" w14:textId="77777777" w:rsidR="00B46598" w:rsidRPr="004646D0" w:rsidRDefault="00B46598" w:rsidP="00C14B2B">
            <w:pPr>
              <w:rPr>
                <w:sz w:val="18"/>
                <w:szCs w:val="18"/>
                <w:lang w:val="en-GB"/>
              </w:rPr>
            </w:pPr>
          </w:p>
          <w:p w14:paraId="19E7853D" w14:textId="2DC23F1B" w:rsidR="007129B7" w:rsidRPr="004646D0" w:rsidRDefault="008973DB" w:rsidP="00C14B2B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4646D0">
              <w:rPr>
                <w:b w:val="0"/>
                <w:bCs w:val="0"/>
                <w:sz w:val="18"/>
                <w:szCs w:val="18"/>
                <w:lang w:val="en-GB"/>
              </w:rPr>
              <w:t>Find and use information from a range of sources (</w:t>
            </w:r>
            <w:r w:rsidR="007129B7" w:rsidRPr="004646D0">
              <w:rPr>
                <w:b w:val="0"/>
                <w:bCs w:val="0"/>
                <w:sz w:val="18"/>
                <w:szCs w:val="18"/>
                <w:lang w:val="en-GB"/>
              </w:rPr>
              <w:t>LIT 1-16b</w:t>
            </w:r>
            <w:r w:rsidRPr="004646D0">
              <w:rPr>
                <w:b w:val="0"/>
                <w:bCs w:val="0"/>
                <w:sz w:val="18"/>
                <w:szCs w:val="18"/>
                <w:lang w:val="en-GB"/>
              </w:rPr>
              <w:t>)</w:t>
            </w:r>
          </w:p>
          <w:p w14:paraId="49B1F573" w14:textId="77777777" w:rsidR="008973DB" w:rsidRPr="004646D0" w:rsidRDefault="008973DB" w:rsidP="00C14B2B">
            <w:pPr>
              <w:rPr>
                <w:sz w:val="18"/>
                <w:szCs w:val="18"/>
                <w:lang w:val="en-GB"/>
              </w:rPr>
            </w:pPr>
          </w:p>
          <w:p w14:paraId="7E582958" w14:textId="385D881D" w:rsidR="007129B7" w:rsidRPr="004646D0" w:rsidRDefault="008973DB" w:rsidP="00C14B2B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4646D0">
              <w:rPr>
                <w:b w:val="0"/>
                <w:bCs w:val="0"/>
                <w:sz w:val="18"/>
                <w:szCs w:val="18"/>
                <w:lang w:val="en-GB"/>
              </w:rPr>
              <w:t>Organise and communicate information appropriately (</w:t>
            </w:r>
            <w:r w:rsidR="007129B7" w:rsidRPr="004646D0">
              <w:rPr>
                <w:b w:val="0"/>
                <w:bCs w:val="0"/>
                <w:sz w:val="18"/>
                <w:szCs w:val="18"/>
                <w:lang w:val="en-GB"/>
              </w:rPr>
              <w:t>LIT 1-29a</w:t>
            </w:r>
            <w:r w:rsidRPr="004646D0">
              <w:rPr>
                <w:b w:val="0"/>
                <w:bCs w:val="0"/>
                <w:sz w:val="18"/>
                <w:szCs w:val="18"/>
                <w:lang w:val="en-GB"/>
              </w:rPr>
              <w:t>)</w:t>
            </w:r>
          </w:p>
          <w:p w14:paraId="411D4EE6" w14:textId="77777777" w:rsidR="008973DB" w:rsidRPr="004646D0" w:rsidRDefault="008973DB" w:rsidP="00C14B2B">
            <w:pPr>
              <w:rPr>
                <w:sz w:val="18"/>
                <w:szCs w:val="18"/>
                <w:lang w:val="en-GB"/>
              </w:rPr>
            </w:pPr>
          </w:p>
          <w:p w14:paraId="2877CAE3" w14:textId="2000E431" w:rsidR="007129B7" w:rsidRPr="004646D0" w:rsidRDefault="00722A4B" w:rsidP="00C14B2B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4646D0">
              <w:rPr>
                <w:b w:val="0"/>
                <w:bCs w:val="0"/>
                <w:sz w:val="18"/>
                <w:szCs w:val="18"/>
                <w:lang w:val="en-GB"/>
              </w:rPr>
              <w:t>Create visual and creative work to communicate ideas (</w:t>
            </w:r>
            <w:r w:rsidR="00F50EE6" w:rsidRPr="004646D0">
              <w:rPr>
                <w:b w:val="0"/>
                <w:bCs w:val="0"/>
                <w:sz w:val="18"/>
                <w:szCs w:val="18"/>
                <w:lang w:val="en-GB"/>
              </w:rPr>
              <w:t>EXA 1-04a</w:t>
            </w:r>
            <w:r w:rsidRPr="004646D0">
              <w:rPr>
                <w:sz w:val="18"/>
                <w:szCs w:val="18"/>
                <w:lang w:val="en-GB"/>
              </w:rPr>
              <w:t>)</w:t>
            </w:r>
          </w:p>
          <w:p w14:paraId="032D58BC" w14:textId="77777777" w:rsidR="00F64486" w:rsidRPr="004646D0" w:rsidRDefault="00F64486" w:rsidP="00C14B2B">
            <w:pPr>
              <w:rPr>
                <w:b w:val="0"/>
                <w:bCs w:val="0"/>
                <w:sz w:val="18"/>
                <w:szCs w:val="18"/>
                <w:lang w:val="en-GB"/>
              </w:rPr>
            </w:pPr>
          </w:p>
          <w:p w14:paraId="56C216CF" w14:textId="0B245103" w:rsidR="00F64486" w:rsidRPr="004646D0" w:rsidRDefault="00F64486" w:rsidP="00F64486">
            <w:pPr>
              <w:rPr>
                <w:sz w:val="18"/>
                <w:szCs w:val="18"/>
                <w:lang w:val="en-GB"/>
              </w:rPr>
            </w:pPr>
            <w:r w:rsidRPr="004646D0">
              <w:rPr>
                <w:b w:val="0"/>
                <w:bCs w:val="0"/>
                <w:sz w:val="18"/>
                <w:szCs w:val="18"/>
                <w:lang w:val="en-GB"/>
              </w:rPr>
              <w:t>Using digital technologies to communicate and present information (TCH 1-03b)</w:t>
            </w:r>
          </w:p>
          <w:p w14:paraId="3D3CE55F" w14:textId="77777777" w:rsidR="00A549CB" w:rsidRPr="004646D0" w:rsidRDefault="00A549CB" w:rsidP="00F64486">
            <w:pPr>
              <w:rPr>
                <w:sz w:val="18"/>
                <w:szCs w:val="18"/>
                <w:lang w:val="en-GB"/>
              </w:rPr>
            </w:pPr>
          </w:p>
          <w:p w14:paraId="61FCE707" w14:textId="65568453" w:rsidR="00A549CB" w:rsidRPr="004646D0" w:rsidRDefault="00A549CB" w:rsidP="00A549CB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4646D0">
              <w:rPr>
                <w:b w:val="0"/>
                <w:bCs w:val="0"/>
                <w:sz w:val="18"/>
                <w:szCs w:val="18"/>
                <w:lang w:val="en-GB"/>
              </w:rPr>
              <w:t>Making decisions about how to look after living things and the environment (SCN 1-01b)</w:t>
            </w:r>
          </w:p>
          <w:p w14:paraId="5F2CECD2" w14:textId="77777777" w:rsidR="00A549CB" w:rsidRPr="00F64486" w:rsidRDefault="00A549CB" w:rsidP="00F64486">
            <w:pPr>
              <w:rPr>
                <w:b w:val="0"/>
                <w:bCs w:val="0"/>
                <w:sz w:val="18"/>
                <w:szCs w:val="18"/>
                <w:lang w:val="en-GB"/>
              </w:rPr>
            </w:pPr>
          </w:p>
          <w:p w14:paraId="2C30C747" w14:textId="77777777" w:rsidR="00F64486" w:rsidRPr="007129B7" w:rsidRDefault="00F64486" w:rsidP="00C14B2B">
            <w:pPr>
              <w:rPr>
                <w:sz w:val="18"/>
                <w:szCs w:val="18"/>
                <w:lang w:val="en-GB"/>
              </w:rPr>
            </w:pPr>
          </w:p>
          <w:p w14:paraId="506C8FEB" w14:textId="77777777" w:rsidR="00C14B2B" w:rsidRPr="00C14B2B" w:rsidRDefault="00C14B2B" w:rsidP="00C14B2B">
            <w:pPr>
              <w:rPr>
                <w:b w:val="0"/>
                <w:bCs w:val="0"/>
                <w:i/>
                <w:iCs/>
                <w:sz w:val="18"/>
                <w:szCs w:val="18"/>
                <w:lang w:val="en-GB"/>
              </w:rPr>
            </w:pPr>
          </w:p>
          <w:p w14:paraId="7DC580A6" w14:textId="77777777" w:rsidR="002E7C50" w:rsidRPr="002E7C50" w:rsidRDefault="002E7C50" w:rsidP="002E7C50">
            <w:pPr>
              <w:rPr>
                <w:b w:val="0"/>
                <w:bCs w:val="0"/>
                <w:i/>
                <w:iCs/>
                <w:sz w:val="18"/>
                <w:szCs w:val="18"/>
                <w:lang w:val="en-GB"/>
              </w:rPr>
            </w:pPr>
          </w:p>
          <w:p w14:paraId="7F0D6234" w14:textId="77777777" w:rsidR="0072186B" w:rsidRDefault="0072186B">
            <w:pPr>
              <w:rPr>
                <w:sz w:val="20"/>
                <w:szCs w:val="20"/>
                <w:lang w:val="en-GB"/>
              </w:rPr>
            </w:pPr>
          </w:p>
          <w:p w14:paraId="6A05A809" w14:textId="58AA5105" w:rsidR="00BD3859" w:rsidRPr="00DA449A" w:rsidRDefault="00BD3859">
            <w:pPr>
              <w:rPr>
                <w:b w:val="0"/>
                <w:bCs w:val="0"/>
                <w:sz w:val="20"/>
                <w:szCs w:val="20"/>
                <w:lang w:val="en-GB"/>
              </w:rPr>
            </w:pPr>
          </w:p>
        </w:tc>
        <w:tc>
          <w:tcPr>
            <w:tcW w:w="2880" w:type="dxa"/>
            <w:shd w:val="clear" w:color="auto" w:fill="FFFFFF" w:themeFill="background1"/>
          </w:tcPr>
          <w:p w14:paraId="12B9CB3D" w14:textId="77777777" w:rsidR="009349DD" w:rsidRPr="0050725A" w:rsidRDefault="009349DD" w:rsidP="009349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en-GB"/>
              </w:rPr>
            </w:pPr>
            <w:r w:rsidRPr="0050725A">
              <w:rPr>
                <w:b/>
                <w:bCs/>
                <w:sz w:val="18"/>
                <w:szCs w:val="18"/>
                <w:lang w:val="en-GB"/>
              </w:rPr>
              <w:t>Learners can:</w:t>
            </w:r>
          </w:p>
          <w:p w14:paraId="7CB6ABD6" w14:textId="77777777" w:rsidR="009349DD" w:rsidRPr="009349DD" w:rsidRDefault="009349DD" w:rsidP="009349DD">
            <w:pPr>
              <w:numPr>
                <w:ilvl w:val="0"/>
                <w:numId w:val="19"/>
              </w:numPr>
              <w:tabs>
                <w:tab w:val="clear" w:pos="720"/>
              </w:tabs>
              <w:ind w:left="4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9349DD">
              <w:rPr>
                <w:sz w:val="18"/>
                <w:szCs w:val="18"/>
                <w:lang w:val="en-GB"/>
              </w:rPr>
              <w:t>Research and describe the characteristics, habitat and needs of an endangered species.</w:t>
            </w:r>
          </w:p>
          <w:p w14:paraId="6CB9C842" w14:textId="08DA4FF3" w:rsidR="00B75C1E" w:rsidRPr="00B75C1E" w:rsidRDefault="009349DD" w:rsidP="00B75C1E">
            <w:pPr>
              <w:numPr>
                <w:ilvl w:val="0"/>
                <w:numId w:val="19"/>
              </w:numPr>
              <w:tabs>
                <w:tab w:val="clear" w:pos="720"/>
                <w:tab w:val="num" w:pos="423"/>
              </w:tabs>
              <w:ind w:left="4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9349DD">
              <w:rPr>
                <w:sz w:val="18"/>
                <w:szCs w:val="18"/>
                <w:lang w:val="en-GB"/>
              </w:rPr>
              <w:t>Explain the reasons why some species are endangered</w:t>
            </w:r>
            <w:r w:rsidR="00B75C1E">
              <w:rPr>
                <w:sz w:val="18"/>
                <w:szCs w:val="18"/>
                <w:lang w:val="en-GB"/>
              </w:rPr>
              <w:t xml:space="preserve"> and e</w:t>
            </w:r>
            <w:r w:rsidR="00B75C1E" w:rsidRPr="00B75C1E">
              <w:rPr>
                <w:sz w:val="18"/>
                <w:szCs w:val="18"/>
                <w:lang w:val="en-GB"/>
              </w:rPr>
              <w:t>xplain why some species are endangered and describe how human activities can affect wildlife and habitats</w:t>
            </w:r>
          </w:p>
          <w:p w14:paraId="08DB38FE" w14:textId="2E448609" w:rsidR="009349DD" w:rsidRPr="009349DD" w:rsidRDefault="009349DD" w:rsidP="009349DD">
            <w:pPr>
              <w:numPr>
                <w:ilvl w:val="0"/>
                <w:numId w:val="19"/>
              </w:numPr>
              <w:tabs>
                <w:tab w:val="clear" w:pos="720"/>
              </w:tabs>
              <w:ind w:left="4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9349DD">
              <w:rPr>
                <w:sz w:val="18"/>
                <w:szCs w:val="18"/>
                <w:lang w:val="en-GB"/>
              </w:rPr>
              <w:t>Describe ways in which people can help protect wildlife and habitats.</w:t>
            </w:r>
          </w:p>
          <w:p w14:paraId="5D260E09" w14:textId="77777777" w:rsidR="009349DD" w:rsidRPr="009349DD" w:rsidRDefault="009349DD" w:rsidP="009349DD">
            <w:pPr>
              <w:numPr>
                <w:ilvl w:val="0"/>
                <w:numId w:val="19"/>
              </w:numPr>
              <w:tabs>
                <w:tab w:val="clear" w:pos="720"/>
                <w:tab w:val="num" w:pos="360"/>
              </w:tabs>
              <w:ind w:left="4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9349DD">
              <w:rPr>
                <w:sz w:val="18"/>
                <w:szCs w:val="18"/>
                <w:lang w:val="en-GB"/>
              </w:rPr>
              <w:t>Gather, select and organise information from different sources.</w:t>
            </w:r>
          </w:p>
          <w:p w14:paraId="17F55E17" w14:textId="77777777" w:rsidR="009349DD" w:rsidRPr="009349DD" w:rsidRDefault="009349DD" w:rsidP="009349DD">
            <w:pPr>
              <w:numPr>
                <w:ilvl w:val="0"/>
                <w:numId w:val="19"/>
              </w:numPr>
              <w:tabs>
                <w:tab w:val="clear" w:pos="720"/>
                <w:tab w:val="num" w:pos="360"/>
              </w:tabs>
              <w:ind w:left="4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9349DD">
              <w:rPr>
                <w:sz w:val="18"/>
                <w:szCs w:val="18"/>
                <w:lang w:val="en-GB"/>
              </w:rPr>
              <w:t>Use information and evidence to support ideas and opinions.</w:t>
            </w:r>
          </w:p>
          <w:p w14:paraId="3B2764A2" w14:textId="77777777" w:rsidR="009349DD" w:rsidRPr="009349DD" w:rsidRDefault="009349DD" w:rsidP="009349DD">
            <w:pPr>
              <w:numPr>
                <w:ilvl w:val="0"/>
                <w:numId w:val="19"/>
              </w:numPr>
              <w:tabs>
                <w:tab w:val="clear" w:pos="720"/>
              </w:tabs>
              <w:ind w:left="4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9349DD">
              <w:rPr>
                <w:sz w:val="18"/>
                <w:szCs w:val="18"/>
                <w:lang w:val="en-GB"/>
              </w:rPr>
              <w:t>Create and present an effective awareness campaign for a chosen audience.</w:t>
            </w:r>
          </w:p>
          <w:p w14:paraId="714C713E" w14:textId="77777777" w:rsidR="009349DD" w:rsidRPr="009349DD" w:rsidRDefault="009349DD" w:rsidP="009349DD">
            <w:pPr>
              <w:numPr>
                <w:ilvl w:val="0"/>
                <w:numId w:val="19"/>
              </w:numPr>
              <w:tabs>
                <w:tab w:val="clear" w:pos="720"/>
                <w:tab w:val="num" w:pos="360"/>
              </w:tabs>
              <w:ind w:left="4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9349DD">
              <w:rPr>
                <w:sz w:val="18"/>
                <w:szCs w:val="18"/>
                <w:lang w:val="en-GB"/>
              </w:rPr>
              <w:t>Use creative and digital tools to communicate key messages.</w:t>
            </w:r>
          </w:p>
          <w:p w14:paraId="1CA141ED" w14:textId="37AEDF33" w:rsidR="009349DD" w:rsidRDefault="009349DD" w:rsidP="009349DD">
            <w:pPr>
              <w:numPr>
                <w:ilvl w:val="0"/>
                <w:numId w:val="19"/>
              </w:numPr>
              <w:tabs>
                <w:tab w:val="clear" w:pos="720"/>
                <w:tab w:val="num" w:pos="423"/>
              </w:tabs>
              <w:ind w:left="4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9349DD">
              <w:rPr>
                <w:sz w:val="18"/>
                <w:szCs w:val="18"/>
                <w:lang w:val="en-GB"/>
              </w:rPr>
              <w:t>Work collaboratively and evaluate the impact of their campaign</w:t>
            </w:r>
          </w:p>
          <w:p w14:paraId="1442E995" w14:textId="77777777" w:rsidR="00563EE1" w:rsidRDefault="00981D0F" w:rsidP="00722A4B">
            <w:pPr>
              <w:numPr>
                <w:ilvl w:val="0"/>
                <w:numId w:val="19"/>
              </w:numPr>
              <w:tabs>
                <w:tab w:val="clear" w:pos="720"/>
                <w:tab w:val="num" w:pos="423"/>
              </w:tabs>
              <w:ind w:left="4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Present learning to an audience</w:t>
            </w:r>
          </w:p>
          <w:p w14:paraId="5380596C" w14:textId="77777777" w:rsidR="0050725A" w:rsidRDefault="0050725A" w:rsidP="0050725A">
            <w:pPr>
              <w:tabs>
                <w:tab w:val="num" w:pos="423"/>
              </w:tabs>
              <w:ind w:left="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</w:p>
          <w:p w14:paraId="4E600CA9" w14:textId="77777777" w:rsidR="0050725A" w:rsidRDefault="0050725A" w:rsidP="0050725A">
            <w:pPr>
              <w:tabs>
                <w:tab w:val="num" w:pos="423"/>
              </w:tabs>
              <w:ind w:left="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Possible evidence:</w:t>
            </w:r>
          </w:p>
          <w:p w14:paraId="33EB9A73" w14:textId="77777777" w:rsidR="0050725A" w:rsidRDefault="0050725A" w:rsidP="0050725A">
            <w:pPr>
              <w:pStyle w:val="ListParagraph"/>
              <w:numPr>
                <w:ilvl w:val="0"/>
                <w:numId w:val="19"/>
              </w:numPr>
              <w:tabs>
                <w:tab w:val="num" w:pos="42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50725A">
              <w:rPr>
                <w:sz w:val="18"/>
                <w:szCs w:val="18"/>
                <w:lang w:val="en-GB"/>
              </w:rPr>
              <w:t xml:space="preserve">Species research notes </w:t>
            </w:r>
          </w:p>
          <w:p w14:paraId="2223339E" w14:textId="77777777" w:rsidR="0050725A" w:rsidRDefault="0050725A" w:rsidP="0050725A">
            <w:pPr>
              <w:pStyle w:val="ListParagraph"/>
              <w:numPr>
                <w:ilvl w:val="0"/>
                <w:numId w:val="19"/>
              </w:numPr>
              <w:tabs>
                <w:tab w:val="num" w:pos="42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50725A">
              <w:rPr>
                <w:sz w:val="18"/>
                <w:szCs w:val="18"/>
                <w:lang w:val="en-GB"/>
              </w:rPr>
              <w:t xml:space="preserve"> Information texts and fact files </w:t>
            </w:r>
          </w:p>
          <w:p w14:paraId="5206D059" w14:textId="77777777" w:rsidR="0050725A" w:rsidRDefault="0050725A" w:rsidP="0050725A">
            <w:pPr>
              <w:pStyle w:val="ListParagraph"/>
              <w:numPr>
                <w:ilvl w:val="0"/>
                <w:numId w:val="19"/>
              </w:numPr>
              <w:tabs>
                <w:tab w:val="num" w:pos="42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50725A">
              <w:rPr>
                <w:sz w:val="18"/>
                <w:szCs w:val="18"/>
                <w:lang w:val="en-GB"/>
              </w:rPr>
              <w:t xml:space="preserve">Campaign materials </w:t>
            </w:r>
          </w:p>
          <w:p w14:paraId="2B2B1018" w14:textId="77777777" w:rsidR="0050725A" w:rsidRDefault="0050725A" w:rsidP="0050725A">
            <w:pPr>
              <w:pStyle w:val="ListParagraph"/>
              <w:numPr>
                <w:ilvl w:val="0"/>
                <w:numId w:val="19"/>
              </w:numPr>
              <w:tabs>
                <w:tab w:val="num" w:pos="42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50725A">
              <w:rPr>
                <w:sz w:val="18"/>
                <w:szCs w:val="18"/>
                <w:lang w:val="en-GB"/>
              </w:rPr>
              <w:t xml:space="preserve">Posters, leaflets and infographics </w:t>
            </w:r>
          </w:p>
          <w:p w14:paraId="2B7B154D" w14:textId="77777777" w:rsidR="0050725A" w:rsidRDefault="0050725A" w:rsidP="0050725A">
            <w:pPr>
              <w:pStyle w:val="ListParagraph"/>
              <w:numPr>
                <w:ilvl w:val="0"/>
                <w:numId w:val="19"/>
              </w:numPr>
              <w:tabs>
                <w:tab w:val="num" w:pos="42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50725A">
              <w:rPr>
                <w:sz w:val="18"/>
                <w:szCs w:val="18"/>
                <w:lang w:val="en-GB"/>
              </w:rPr>
              <w:t>Habitat designs or models</w:t>
            </w:r>
          </w:p>
          <w:p w14:paraId="4FFA8C87" w14:textId="77777777" w:rsidR="0050725A" w:rsidRDefault="0050725A" w:rsidP="0050725A">
            <w:pPr>
              <w:pStyle w:val="ListParagraph"/>
              <w:numPr>
                <w:ilvl w:val="0"/>
                <w:numId w:val="19"/>
              </w:numPr>
              <w:tabs>
                <w:tab w:val="num" w:pos="42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50725A">
              <w:rPr>
                <w:sz w:val="18"/>
                <w:szCs w:val="18"/>
                <w:lang w:val="en-GB"/>
              </w:rPr>
              <w:t xml:space="preserve">Biodiversity surveys </w:t>
            </w:r>
          </w:p>
          <w:p w14:paraId="23818452" w14:textId="77777777" w:rsidR="0050725A" w:rsidRDefault="0050725A" w:rsidP="0050725A">
            <w:pPr>
              <w:pStyle w:val="ListParagraph"/>
              <w:numPr>
                <w:ilvl w:val="0"/>
                <w:numId w:val="19"/>
              </w:numPr>
              <w:tabs>
                <w:tab w:val="num" w:pos="42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50725A">
              <w:rPr>
                <w:sz w:val="18"/>
                <w:szCs w:val="18"/>
                <w:lang w:val="en-GB"/>
              </w:rPr>
              <w:t xml:space="preserve">Presentations and digital products </w:t>
            </w:r>
          </w:p>
          <w:p w14:paraId="148D03F9" w14:textId="77777777" w:rsidR="0050725A" w:rsidRDefault="0050725A" w:rsidP="0050725A">
            <w:pPr>
              <w:pStyle w:val="ListParagraph"/>
              <w:numPr>
                <w:ilvl w:val="0"/>
                <w:numId w:val="19"/>
              </w:numPr>
              <w:tabs>
                <w:tab w:val="num" w:pos="42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50725A">
              <w:rPr>
                <w:sz w:val="18"/>
                <w:szCs w:val="18"/>
                <w:lang w:val="en-GB"/>
              </w:rPr>
              <w:t>Learning conversations</w:t>
            </w:r>
          </w:p>
          <w:p w14:paraId="541DDB5D" w14:textId="77777777" w:rsidR="0050725A" w:rsidRDefault="0050725A" w:rsidP="0050725A">
            <w:pPr>
              <w:pStyle w:val="ListParagraph"/>
              <w:numPr>
                <w:ilvl w:val="0"/>
                <w:numId w:val="19"/>
              </w:numPr>
              <w:tabs>
                <w:tab w:val="num" w:pos="42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50725A">
              <w:rPr>
                <w:sz w:val="18"/>
                <w:szCs w:val="18"/>
                <w:lang w:val="en-GB"/>
              </w:rPr>
              <w:t xml:space="preserve">Floor books </w:t>
            </w:r>
          </w:p>
          <w:p w14:paraId="5A39BBE3" w14:textId="2E5A6F2B" w:rsidR="0050725A" w:rsidRPr="0050725A" w:rsidRDefault="0050725A" w:rsidP="0050725A">
            <w:pPr>
              <w:pStyle w:val="ListParagraph"/>
              <w:numPr>
                <w:ilvl w:val="0"/>
                <w:numId w:val="19"/>
              </w:numPr>
              <w:tabs>
                <w:tab w:val="num" w:pos="42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50725A">
              <w:rPr>
                <w:sz w:val="18"/>
                <w:szCs w:val="18"/>
                <w:lang w:val="en-GB"/>
              </w:rPr>
              <w:t>Peer and self-assessments</w:t>
            </w:r>
          </w:p>
        </w:tc>
        <w:tc>
          <w:tcPr>
            <w:tcW w:w="2880" w:type="dxa"/>
            <w:shd w:val="clear" w:color="auto" w:fill="FFFFFF" w:themeFill="background1"/>
          </w:tcPr>
          <w:tbl>
            <w:tblPr>
              <w:tblStyle w:val="TableGrid"/>
              <w:tblW w:w="2057" w:type="dxa"/>
              <w:tblLook w:val="04A0" w:firstRow="1" w:lastRow="0" w:firstColumn="1" w:lastColumn="0" w:noHBand="0" w:noVBand="1"/>
            </w:tblPr>
            <w:tblGrid>
              <w:gridCol w:w="1228"/>
              <w:gridCol w:w="1116"/>
            </w:tblGrid>
            <w:tr w:rsidR="007E175B" w14:paraId="053EE1CD" w14:textId="77777777" w:rsidTr="00981D0F">
              <w:trPr>
                <w:trHeight w:val="490"/>
              </w:trPr>
              <w:tc>
                <w:tcPr>
                  <w:tcW w:w="1078" w:type="dxa"/>
                </w:tcPr>
                <w:p w14:paraId="413C4D59" w14:textId="4B09F335" w:rsidR="007E175B" w:rsidRDefault="00513300" w:rsidP="00513300">
                  <w:pPr>
                    <w:jc w:val="center"/>
                    <w:rPr>
                      <w:sz w:val="18"/>
                      <w:szCs w:val="18"/>
                    </w:rPr>
                  </w:pPr>
                  <w:r w:rsidRPr="00513300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57C42011" wp14:editId="4297F226">
                        <wp:extent cx="423333" cy="455198"/>
                        <wp:effectExtent l="0" t="0" r="0" b="2540"/>
                        <wp:docPr id="836900404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EA1E9586-8F9A-45F5-B469-63AA8DAFB21B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6900404" name="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7159" cy="4593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  <w:shd w:val="clear" w:color="auto" w:fill="FFFF00"/>
                </w:tcPr>
                <w:p w14:paraId="41701E15" w14:textId="2FC963E4" w:rsidR="007E175B" w:rsidRDefault="002E740F" w:rsidP="00513300">
                  <w:pPr>
                    <w:jc w:val="center"/>
                    <w:rPr>
                      <w:sz w:val="18"/>
                      <w:szCs w:val="18"/>
                    </w:rPr>
                  </w:pPr>
                  <w:r w:rsidRPr="002E740F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5C09EE7A" wp14:editId="038D8E66">
                        <wp:extent cx="436033" cy="414659"/>
                        <wp:effectExtent l="0" t="0" r="2540" b="4445"/>
                        <wp:docPr id="159560523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BE48D1C1-47AF-47F0-B645-36F13EF4526F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9560523" name="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0041" cy="4184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33FA1D02" w14:textId="77777777" w:rsidTr="00F14733">
              <w:trPr>
                <w:trHeight w:val="490"/>
              </w:trPr>
              <w:tc>
                <w:tcPr>
                  <w:tcW w:w="1078" w:type="dxa"/>
                </w:tcPr>
                <w:p w14:paraId="5869249A" w14:textId="73143958" w:rsidR="007E175B" w:rsidRDefault="008B0AA3" w:rsidP="008B0AA3">
                  <w:pPr>
                    <w:tabs>
                      <w:tab w:val="center" w:pos="559"/>
                    </w:tabs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ab/>
                  </w:r>
                  <w:r w:rsidR="00FF78E9" w:rsidRPr="00FF78E9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11D96522" wp14:editId="661639A0">
                        <wp:extent cx="364067" cy="400074"/>
                        <wp:effectExtent l="0" t="0" r="0" b="0"/>
                        <wp:docPr id="784116845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60194F0A-46F0-41D0-8C3C-180CFD684AC1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4116845" name="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8675" cy="4051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</w:tcPr>
                <w:p w14:paraId="54AE0B73" w14:textId="12CE27FC" w:rsidR="007E175B" w:rsidRDefault="000A3B56" w:rsidP="000A3B56">
                  <w:pPr>
                    <w:jc w:val="center"/>
                    <w:rPr>
                      <w:sz w:val="18"/>
                      <w:szCs w:val="18"/>
                    </w:rPr>
                  </w:pPr>
                  <w:r w:rsidRPr="000A3B56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09E09C42" wp14:editId="11AEFAEB">
                        <wp:extent cx="414867" cy="389724"/>
                        <wp:effectExtent l="0" t="0" r="4445" b="0"/>
                        <wp:docPr id="342234002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614CD76F-A464-4226-8C7D-0B4B0D935AB8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2234002" name="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8890" cy="393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11C82966" w14:textId="77777777" w:rsidTr="003744E4">
              <w:trPr>
                <w:trHeight w:val="522"/>
              </w:trPr>
              <w:tc>
                <w:tcPr>
                  <w:tcW w:w="1078" w:type="dxa"/>
                  <w:shd w:val="clear" w:color="auto" w:fill="FFFF00"/>
                </w:tcPr>
                <w:p w14:paraId="1D37B497" w14:textId="4F92E38E" w:rsidR="007E175B" w:rsidRDefault="00CC7EE6" w:rsidP="00CC7EE6">
                  <w:pPr>
                    <w:tabs>
                      <w:tab w:val="center" w:pos="559"/>
                    </w:tabs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ab/>
                  </w:r>
                  <w:r w:rsidR="00990251" w:rsidRPr="00990251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13F41E5A" wp14:editId="3D661839">
                        <wp:extent cx="575522" cy="438493"/>
                        <wp:effectExtent l="0" t="0" r="0" b="0"/>
                        <wp:docPr id="977009112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6EDD0860-88CE-4F1C-B043-DBDED6DF9A22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77009112" name="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1204" cy="4504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  <w:shd w:val="clear" w:color="auto" w:fill="FFFFFF" w:themeFill="background1"/>
                </w:tcPr>
                <w:p w14:paraId="7D17B6AE" w14:textId="50E5E9B7" w:rsidR="007E175B" w:rsidRDefault="004115A7" w:rsidP="004115A7">
                  <w:pPr>
                    <w:jc w:val="center"/>
                    <w:rPr>
                      <w:sz w:val="18"/>
                      <w:szCs w:val="18"/>
                    </w:rPr>
                  </w:pPr>
                  <w:r w:rsidRPr="004115A7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1F44010D" wp14:editId="38D2B91F">
                        <wp:extent cx="294217" cy="403037"/>
                        <wp:effectExtent l="0" t="0" r="0" b="0"/>
                        <wp:docPr id="1448691377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6D9DF5C0-CD59-4C3D-A00C-B4644B22D128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48691377" name="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246" cy="4085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67297CF9" w14:textId="77777777" w:rsidTr="003744E4">
              <w:trPr>
                <w:trHeight w:val="490"/>
              </w:trPr>
              <w:tc>
                <w:tcPr>
                  <w:tcW w:w="1078" w:type="dxa"/>
                  <w:shd w:val="clear" w:color="auto" w:fill="FFFF00"/>
                </w:tcPr>
                <w:p w14:paraId="46E8EF04" w14:textId="21ADCAE1" w:rsidR="007E175B" w:rsidRDefault="006208C2" w:rsidP="004115A7">
                  <w:pPr>
                    <w:jc w:val="center"/>
                    <w:rPr>
                      <w:sz w:val="18"/>
                      <w:szCs w:val="18"/>
                    </w:rPr>
                  </w:pPr>
                  <w:r w:rsidRPr="006208C2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234CE651" wp14:editId="6B73149B">
                        <wp:extent cx="481814" cy="406400"/>
                        <wp:effectExtent l="0" t="0" r="0" b="0"/>
                        <wp:docPr id="1750787204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EA8DE198-91E7-4068-BF20-A294FA7ADCA1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50787204" name="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1891" cy="41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  <w:shd w:val="clear" w:color="auto" w:fill="FFFFFF" w:themeFill="background1"/>
                </w:tcPr>
                <w:p w14:paraId="712658CC" w14:textId="09BEF69E" w:rsidR="007E175B" w:rsidRDefault="00E8604F" w:rsidP="00E8604F">
                  <w:pPr>
                    <w:jc w:val="center"/>
                    <w:rPr>
                      <w:sz w:val="18"/>
                      <w:szCs w:val="18"/>
                    </w:rPr>
                  </w:pPr>
                  <w:r w:rsidRPr="00E8604F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7E07C889" wp14:editId="38EA6376">
                        <wp:extent cx="508000" cy="426357"/>
                        <wp:effectExtent l="0" t="0" r="6350" b="0"/>
                        <wp:docPr id="839050988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5A2F3B49-94D6-4CAD-86F7-F053AE15EACF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9050988" name="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4879" cy="4321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313214F6" w14:textId="77777777" w:rsidTr="00585696">
              <w:trPr>
                <w:trHeight w:val="490"/>
              </w:trPr>
              <w:tc>
                <w:tcPr>
                  <w:tcW w:w="1078" w:type="dxa"/>
                  <w:shd w:val="clear" w:color="auto" w:fill="FFFF00"/>
                </w:tcPr>
                <w:p w14:paraId="3DAC47D4" w14:textId="0DA86693" w:rsidR="007E175B" w:rsidRDefault="008A739B" w:rsidP="008A739B">
                  <w:pPr>
                    <w:tabs>
                      <w:tab w:val="center" w:pos="559"/>
                    </w:tabs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ab/>
                  </w:r>
                  <w:r w:rsidR="00015C3B" w:rsidRPr="00015C3B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1E63375E" wp14:editId="1D192AD6">
                        <wp:extent cx="389467" cy="414327"/>
                        <wp:effectExtent l="0" t="0" r="0" b="5080"/>
                        <wp:docPr id="353563663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2585A37C-81F3-4CE3-848E-770DBBA88DE5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3563663" name="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0697" cy="4262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  <w:shd w:val="clear" w:color="auto" w:fill="FFFF00"/>
                </w:tcPr>
                <w:p w14:paraId="154C7506" w14:textId="1F87941B" w:rsidR="007E175B" w:rsidRDefault="00B9746F" w:rsidP="00B9746F">
                  <w:pPr>
                    <w:jc w:val="center"/>
                    <w:rPr>
                      <w:sz w:val="18"/>
                      <w:szCs w:val="18"/>
                    </w:rPr>
                  </w:pPr>
                  <w:r w:rsidRPr="00B9746F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2F498DA0" wp14:editId="57B827F2">
                        <wp:extent cx="433549" cy="414020"/>
                        <wp:effectExtent l="0" t="0" r="5080" b="5080"/>
                        <wp:docPr id="1429828695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AFD9176C-5E35-4BB0-B246-4F0783F62444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29828695" name="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4496" cy="4244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4ECB3178" w14:textId="77777777" w:rsidTr="003744E4">
              <w:trPr>
                <w:trHeight w:val="490"/>
              </w:trPr>
              <w:tc>
                <w:tcPr>
                  <w:tcW w:w="1078" w:type="dxa"/>
                  <w:shd w:val="clear" w:color="auto" w:fill="FFFF00"/>
                </w:tcPr>
                <w:p w14:paraId="695AFA88" w14:textId="5E28D18A" w:rsidR="007E175B" w:rsidRDefault="00727042" w:rsidP="00727042">
                  <w:pPr>
                    <w:jc w:val="center"/>
                    <w:rPr>
                      <w:sz w:val="18"/>
                      <w:szCs w:val="18"/>
                    </w:rPr>
                  </w:pPr>
                  <w:r w:rsidRPr="00727042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5EFB7113" wp14:editId="758FBA3C">
                        <wp:extent cx="491067" cy="416158"/>
                        <wp:effectExtent l="0" t="0" r="4445" b="3175"/>
                        <wp:docPr id="1466763306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081BEBAD-17D3-4C51-85F0-1881BA97C30A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66763306" name="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3269" cy="4180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  <w:shd w:val="clear" w:color="auto" w:fill="FFFF00"/>
                </w:tcPr>
                <w:p w14:paraId="624A1317" w14:textId="13BF5439" w:rsidR="007E175B" w:rsidRDefault="00BA6D0B" w:rsidP="00BA6D0B">
                  <w:pPr>
                    <w:jc w:val="center"/>
                    <w:rPr>
                      <w:sz w:val="18"/>
                      <w:szCs w:val="18"/>
                    </w:rPr>
                  </w:pPr>
                  <w:r w:rsidRPr="00BA6D0B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2E0EBE4A" wp14:editId="2D2BE8B2">
                        <wp:extent cx="564938" cy="440823"/>
                        <wp:effectExtent l="0" t="0" r="6985" b="0"/>
                        <wp:docPr id="304312351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C0CEB278-622E-409A-BB5E-0119A43AA9BF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4312351" name="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669" cy="4429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1C8F396" w14:textId="7F9DA493" w:rsidR="00F616F5" w:rsidRDefault="00F616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E9D4787" w14:textId="1AF5787B" w:rsidR="0072186B" w:rsidRDefault="35C8AC6D">
      <w:pPr>
        <w:pStyle w:val="Heading2"/>
      </w:pPr>
      <w:r>
        <w:t>Learning Experiences</w:t>
      </w:r>
    </w:p>
    <w:tbl>
      <w:tblPr>
        <w:tblStyle w:val="LightGrid"/>
        <w:tblW w:w="0" w:type="auto"/>
        <w:tblLook w:val="04A0" w:firstRow="1" w:lastRow="0" w:firstColumn="1" w:lastColumn="0" w:noHBand="0" w:noVBand="1"/>
      </w:tblPr>
      <w:tblGrid>
        <w:gridCol w:w="4310"/>
        <w:gridCol w:w="4310"/>
      </w:tblGrid>
      <w:tr w:rsidR="0072186B" w14:paraId="756890C7" w14:textId="77777777" w:rsidTr="008426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0" w:type="dxa"/>
            <w:shd w:val="clear" w:color="auto" w:fill="C6D9F1" w:themeFill="text2" w:themeFillTint="33"/>
          </w:tcPr>
          <w:p w14:paraId="18531322" w14:textId="40F13BBB" w:rsidR="0072186B" w:rsidRDefault="00F8138A">
            <w:r>
              <w:t>Possible Learning Experiences / Provocations (may be linked to zones)</w:t>
            </w:r>
          </w:p>
        </w:tc>
        <w:tc>
          <w:tcPr>
            <w:tcW w:w="4310" w:type="dxa"/>
            <w:shd w:val="clear" w:color="auto" w:fill="C6D9F1" w:themeFill="text2" w:themeFillTint="33"/>
          </w:tcPr>
          <w:p w14:paraId="1494E2EA" w14:textId="77777777" w:rsidR="0072186B" w:rsidRDefault="00F813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Resources</w:t>
            </w:r>
          </w:p>
        </w:tc>
      </w:tr>
      <w:tr w:rsidR="00842652" w14:paraId="72A3D3EC" w14:textId="77777777" w:rsidTr="00842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0" w:type="dxa"/>
            <w:gridSpan w:val="2"/>
            <w:shd w:val="clear" w:color="auto" w:fill="FFFFFF" w:themeFill="background1"/>
          </w:tcPr>
          <w:p w14:paraId="0E27B00A" w14:textId="3BE8B9A6" w:rsidR="00842652" w:rsidRPr="00842652" w:rsidRDefault="00842652" w:rsidP="00BC0423">
            <w:pPr>
              <w:jc w:val="center"/>
              <w:rPr>
                <w:b w:val="0"/>
                <w:bCs w:val="0"/>
                <w:sz w:val="18"/>
                <w:szCs w:val="18"/>
              </w:rPr>
            </w:pPr>
            <w:r w:rsidRPr="00482CF9">
              <w:rPr>
                <w:sz w:val="18"/>
                <w:szCs w:val="18"/>
              </w:rPr>
              <w:t>Teacher-</w:t>
            </w:r>
            <w:r w:rsidR="00BC0423">
              <w:rPr>
                <w:sz w:val="18"/>
                <w:szCs w:val="18"/>
              </w:rPr>
              <w:t>L</w:t>
            </w:r>
            <w:r w:rsidRPr="00482CF9">
              <w:rPr>
                <w:sz w:val="18"/>
                <w:szCs w:val="18"/>
              </w:rPr>
              <w:t>ed</w:t>
            </w:r>
          </w:p>
        </w:tc>
      </w:tr>
      <w:tr w:rsidR="00D61E7B" w14:paraId="390E8E05" w14:textId="77777777" w:rsidTr="00FC35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0" w:type="dxa"/>
            <w:gridSpan w:val="2"/>
            <w:shd w:val="clear" w:color="auto" w:fill="FFFFFF" w:themeFill="background1"/>
          </w:tcPr>
          <w:p w14:paraId="0C6B6621" w14:textId="77777777" w:rsidR="000C3381" w:rsidRPr="000C3381" w:rsidRDefault="000C3381" w:rsidP="000C3381">
            <w:pPr>
              <w:rPr>
                <w:sz w:val="18"/>
                <w:szCs w:val="18"/>
                <w:lang w:val="en-GB"/>
              </w:rPr>
            </w:pPr>
            <w:r w:rsidRPr="000C3381">
              <w:rPr>
                <w:sz w:val="18"/>
                <w:szCs w:val="18"/>
                <w:lang w:val="en-GB"/>
              </w:rPr>
              <w:lastRenderedPageBreak/>
              <w:t>Generate and record enquiry questions which will guide the project and be revisited throughout the enquiry</w:t>
            </w:r>
          </w:p>
          <w:p w14:paraId="2CDCD3D4" w14:textId="4C59E33E" w:rsidR="0068415E" w:rsidRPr="000C3381" w:rsidRDefault="0068415E" w:rsidP="000C3381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0C3381">
              <w:rPr>
                <w:b w:val="0"/>
                <w:bCs w:val="0"/>
                <w:sz w:val="18"/>
                <w:szCs w:val="18"/>
                <w:lang w:val="en-GB"/>
              </w:rPr>
              <w:t>Investigate animals</w:t>
            </w:r>
            <w:r w:rsidR="001D6EE5" w:rsidRPr="000C3381">
              <w:rPr>
                <w:b w:val="0"/>
                <w:bCs w:val="0"/>
                <w:sz w:val="18"/>
                <w:szCs w:val="18"/>
                <w:lang w:val="en-GB"/>
              </w:rPr>
              <w:t xml:space="preserve">, </w:t>
            </w:r>
            <w:r w:rsidRPr="000C3381">
              <w:rPr>
                <w:b w:val="0"/>
                <w:bCs w:val="0"/>
                <w:sz w:val="18"/>
                <w:szCs w:val="18"/>
                <w:lang w:val="en-GB"/>
              </w:rPr>
              <w:t>habitats</w:t>
            </w:r>
            <w:r w:rsidR="001D6EE5" w:rsidRPr="000C3381">
              <w:rPr>
                <w:b w:val="0"/>
                <w:bCs w:val="0"/>
                <w:sz w:val="18"/>
                <w:szCs w:val="18"/>
                <w:lang w:val="en-GB"/>
              </w:rPr>
              <w:t xml:space="preserve"> and </w:t>
            </w:r>
            <w:r w:rsidRPr="000C3381">
              <w:rPr>
                <w:b w:val="0"/>
                <w:bCs w:val="0"/>
                <w:sz w:val="18"/>
                <w:szCs w:val="18"/>
                <w:lang w:val="en-GB"/>
              </w:rPr>
              <w:t>biodiversity</w:t>
            </w:r>
          </w:p>
          <w:p w14:paraId="5EF8241C" w14:textId="3450E14B" w:rsidR="008C3E37" w:rsidRPr="000C3381" w:rsidRDefault="008C3E37" w:rsidP="0068415E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0C3381">
              <w:rPr>
                <w:b w:val="0"/>
                <w:bCs w:val="0"/>
                <w:sz w:val="18"/>
                <w:szCs w:val="18"/>
                <w:lang w:val="en-GB"/>
              </w:rPr>
              <w:t>Explore why some species become endangered</w:t>
            </w:r>
          </w:p>
          <w:p w14:paraId="2FDDB5E6" w14:textId="3C22C059" w:rsidR="008C3E37" w:rsidRPr="000C3381" w:rsidRDefault="008C3E37" w:rsidP="0068415E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0C3381">
              <w:rPr>
                <w:b w:val="0"/>
                <w:bCs w:val="0"/>
                <w:sz w:val="18"/>
                <w:szCs w:val="18"/>
                <w:lang w:val="en-GB"/>
              </w:rPr>
              <w:t>Examine how human</w:t>
            </w:r>
            <w:r w:rsidR="008F7F5B" w:rsidRPr="000C3381">
              <w:rPr>
                <w:b w:val="0"/>
                <w:bCs w:val="0"/>
                <w:sz w:val="18"/>
                <w:szCs w:val="18"/>
                <w:lang w:val="en-GB"/>
              </w:rPr>
              <w:t xml:space="preserve"> actions can impact wildlife and habitats</w:t>
            </w:r>
          </w:p>
          <w:p w14:paraId="538FD820" w14:textId="450F2E6A" w:rsidR="00786D3D" w:rsidRPr="000C3381" w:rsidRDefault="00786D3D" w:rsidP="0068415E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0C3381">
              <w:rPr>
                <w:b w:val="0"/>
                <w:bCs w:val="0"/>
                <w:sz w:val="18"/>
                <w:szCs w:val="18"/>
                <w:lang w:val="en-GB"/>
              </w:rPr>
              <w:t xml:space="preserve">Explore </w:t>
            </w:r>
            <w:r w:rsidR="008F7F5B" w:rsidRPr="000C3381">
              <w:rPr>
                <w:b w:val="0"/>
                <w:bCs w:val="0"/>
                <w:sz w:val="18"/>
                <w:szCs w:val="18"/>
                <w:lang w:val="en-GB"/>
              </w:rPr>
              <w:t xml:space="preserve">examples of </w:t>
            </w:r>
            <w:r w:rsidRPr="000C3381">
              <w:rPr>
                <w:b w:val="0"/>
                <w:bCs w:val="0"/>
                <w:sz w:val="18"/>
                <w:szCs w:val="18"/>
                <w:lang w:val="en-GB"/>
              </w:rPr>
              <w:t xml:space="preserve">real campaigns and </w:t>
            </w:r>
            <w:r w:rsidR="00530C17" w:rsidRPr="000C3381">
              <w:rPr>
                <w:b w:val="0"/>
                <w:bCs w:val="0"/>
                <w:sz w:val="18"/>
                <w:szCs w:val="18"/>
                <w:lang w:val="en-GB"/>
              </w:rPr>
              <w:t xml:space="preserve">identify </w:t>
            </w:r>
            <w:r w:rsidR="008F7F5B" w:rsidRPr="000C3381">
              <w:rPr>
                <w:b w:val="0"/>
                <w:bCs w:val="0"/>
                <w:sz w:val="18"/>
                <w:szCs w:val="18"/>
                <w:lang w:val="en-GB"/>
              </w:rPr>
              <w:t xml:space="preserve">features of </w:t>
            </w:r>
            <w:r w:rsidR="00530C17" w:rsidRPr="000C3381">
              <w:rPr>
                <w:b w:val="0"/>
                <w:bCs w:val="0"/>
                <w:sz w:val="18"/>
                <w:szCs w:val="18"/>
                <w:lang w:val="en-GB"/>
              </w:rPr>
              <w:t>effective persuasive language</w:t>
            </w:r>
          </w:p>
          <w:p w14:paraId="16B2BADE" w14:textId="00848D35" w:rsidR="00786D3D" w:rsidRPr="000C3381" w:rsidRDefault="00E82178" w:rsidP="0068415E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0C3381">
              <w:rPr>
                <w:b w:val="0"/>
                <w:bCs w:val="0"/>
                <w:sz w:val="18"/>
                <w:szCs w:val="18"/>
                <w:lang w:val="en-GB"/>
              </w:rPr>
              <w:t>Teach research</w:t>
            </w:r>
            <w:r w:rsidR="00530C17" w:rsidRPr="000C3381">
              <w:rPr>
                <w:b w:val="0"/>
                <w:bCs w:val="0"/>
                <w:sz w:val="18"/>
                <w:szCs w:val="18"/>
                <w:lang w:val="en-GB"/>
              </w:rPr>
              <w:t xml:space="preserve">, </w:t>
            </w:r>
            <w:r w:rsidRPr="000C3381">
              <w:rPr>
                <w:b w:val="0"/>
                <w:bCs w:val="0"/>
                <w:sz w:val="18"/>
                <w:szCs w:val="18"/>
                <w:lang w:val="en-GB"/>
              </w:rPr>
              <w:t xml:space="preserve">notetaking </w:t>
            </w:r>
            <w:r w:rsidR="00530C17" w:rsidRPr="000C3381">
              <w:rPr>
                <w:b w:val="0"/>
                <w:bCs w:val="0"/>
                <w:sz w:val="18"/>
                <w:szCs w:val="18"/>
                <w:lang w:val="en-GB"/>
              </w:rPr>
              <w:t xml:space="preserve">and information handling </w:t>
            </w:r>
            <w:r w:rsidRPr="000C3381">
              <w:rPr>
                <w:b w:val="0"/>
                <w:bCs w:val="0"/>
                <w:sz w:val="18"/>
                <w:szCs w:val="18"/>
                <w:lang w:val="en-GB"/>
              </w:rPr>
              <w:t>skills</w:t>
            </w:r>
          </w:p>
          <w:p w14:paraId="2932A1F6" w14:textId="278C85BC" w:rsidR="00E82178" w:rsidRPr="000C3381" w:rsidRDefault="00E82178" w:rsidP="0068415E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0C3381">
              <w:rPr>
                <w:b w:val="0"/>
                <w:bCs w:val="0"/>
                <w:sz w:val="18"/>
                <w:szCs w:val="18"/>
                <w:lang w:val="en-GB"/>
              </w:rPr>
              <w:t>Explore primary and secondary sources</w:t>
            </w:r>
          </w:p>
          <w:p w14:paraId="1617EEC1" w14:textId="2EEA8CE0" w:rsidR="00E82178" w:rsidRPr="000C3381" w:rsidRDefault="00E82178" w:rsidP="0068415E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0C3381">
              <w:rPr>
                <w:b w:val="0"/>
                <w:bCs w:val="0"/>
                <w:sz w:val="18"/>
                <w:szCs w:val="18"/>
                <w:lang w:val="en-GB"/>
              </w:rPr>
              <w:t>Discuss actions people can take to help endangered species</w:t>
            </w:r>
          </w:p>
          <w:p w14:paraId="4DA7CA73" w14:textId="77777777" w:rsidR="00D61E7B" w:rsidRPr="005960A4" w:rsidRDefault="00D61E7B" w:rsidP="0068415E">
            <w:pPr>
              <w:rPr>
                <w:b w:val="0"/>
                <w:bCs w:val="0"/>
                <w:sz w:val="18"/>
                <w:szCs w:val="18"/>
              </w:rPr>
            </w:pPr>
          </w:p>
        </w:tc>
      </w:tr>
      <w:tr w:rsidR="0058450D" w14:paraId="015183E7" w14:textId="77777777" w:rsidTr="0058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0" w:type="dxa"/>
            <w:gridSpan w:val="2"/>
            <w:shd w:val="clear" w:color="auto" w:fill="FFFFFF" w:themeFill="background1"/>
          </w:tcPr>
          <w:p w14:paraId="679871BE" w14:textId="61A7501F" w:rsidR="0058450D" w:rsidRDefault="001B608F" w:rsidP="0058450D">
            <w:pPr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Teacher-Initiated/</w:t>
            </w:r>
            <w:r w:rsidR="0058450D">
              <w:rPr>
                <w:sz w:val="18"/>
                <w:szCs w:val="18"/>
              </w:rPr>
              <w:t>Child-</w:t>
            </w:r>
            <w:r>
              <w:rPr>
                <w:sz w:val="18"/>
                <w:szCs w:val="18"/>
              </w:rPr>
              <w:t>L</w:t>
            </w:r>
            <w:r w:rsidR="0058450D">
              <w:rPr>
                <w:sz w:val="18"/>
                <w:szCs w:val="18"/>
              </w:rPr>
              <w:t>ed (Provocations in Zones)</w:t>
            </w:r>
            <w:r w:rsidR="000F1303">
              <w:rPr>
                <w:sz w:val="18"/>
                <w:szCs w:val="18"/>
              </w:rPr>
              <w:t xml:space="preserve">- </w:t>
            </w:r>
            <w:r w:rsidR="00CE63FC" w:rsidRPr="00CE63FC">
              <w:rPr>
                <w:i/>
                <w:iCs/>
                <w:sz w:val="18"/>
                <w:szCs w:val="18"/>
              </w:rPr>
              <w:t>adapt</w:t>
            </w:r>
            <w:r w:rsidR="00CE63FC">
              <w:rPr>
                <w:i/>
                <w:iCs/>
                <w:sz w:val="18"/>
                <w:szCs w:val="18"/>
              </w:rPr>
              <w:t xml:space="preserve">ed </w:t>
            </w:r>
            <w:r w:rsidR="00CE63FC" w:rsidRPr="00CE63FC">
              <w:rPr>
                <w:i/>
                <w:iCs/>
                <w:sz w:val="18"/>
                <w:szCs w:val="18"/>
              </w:rPr>
              <w:t>throughout the Enquiry</w:t>
            </w:r>
            <w:r w:rsidR="002518EF">
              <w:rPr>
                <w:i/>
                <w:iCs/>
                <w:sz w:val="18"/>
                <w:szCs w:val="18"/>
              </w:rPr>
              <w:t xml:space="preserve"> and opportunities for product refinement and peer feedback</w:t>
            </w:r>
          </w:p>
          <w:p w14:paraId="684384FB" w14:textId="77777777" w:rsidR="0058450D" w:rsidRDefault="0058450D" w:rsidP="0058450D">
            <w:pPr>
              <w:pStyle w:val="ListParagraph"/>
              <w:ind w:left="1494"/>
              <w:jc w:val="center"/>
              <w:rPr>
                <w:sz w:val="18"/>
                <w:szCs w:val="18"/>
              </w:rPr>
            </w:pPr>
          </w:p>
        </w:tc>
      </w:tr>
      <w:tr w:rsidR="0058450D" w14:paraId="4A027995" w14:textId="77777777" w:rsidTr="0058450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0" w:type="dxa"/>
            <w:shd w:val="clear" w:color="auto" w:fill="FFFFFF" w:themeFill="background1"/>
          </w:tcPr>
          <w:p w14:paraId="7309DC17" w14:textId="77777777" w:rsidR="0058450D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Discovery</w:t>
            </w:r>
          </w:p>
          <w:p w14:paraId="77DA9BC0" w14:textId="2CE3BE17" w:rsidR="0058450D" w:rsidRDefault="003B587F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Create animal habitats</w:t>
            </w:r>
          </w:p>
          <w:p w14:paraId="7DD44B8D" w14:textId="5F076961" w:rsidR="003B587F" w:rsidRDefault="003B587F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Independent research</w:t>
            </w:r>
          </w:p>
          <w:p w14:paraId="6FD057D7" w14:textId="30F8C85F" w:rsidR="00D0540A" w:rsidRDefault="00D0540A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Animal fact files</w:t>
            </w:r>
          </w:p>
          <w:p w14:paraId="4EAB65F4" w14:textId="3D82A3D1" w:rsidR="00D0540A" w:rsidRDefault="00D0540A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Habitat matching</w:t>
            </w:r>
          </w:p>
          <w:p w14:paraId="618401C4" w14:textId="37125381" w:rsidR="00D0540A" w:rsidRDefault="00D0540A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QR codes linked to conservation videos</w:t>
            </w:r>
          </w:p>
          <w:p w14:paraId="6CAD3F33" w14:textId="4098273F" w:rsidR="00D0540A" w:rsidRPr="001679B3" w:rsidRDefault="00D0540A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Endangered species research station</w:t>
            </w:r>
          </w:p>
          <w:p w14:paraId="35EC2A14" w14:textId="7832552E" w:rsidR="00A31BA4" w:rsidRDefault="00FB2F3D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Animal skulls, tracks, images</w:t>
            </w:r>
          </w:p>
          <w:p w14:paraId="5995A799" w14:textId="2BA07102" w:rsidR="00FB2F3D" w:rsidRDefault="00FB2F3D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Species classification challenge</w:t>
            </w:r>
          </w:p>
          <w:p w14:paraId="6657AED2" w14:textId="40DFFFB4" w:rsidR="00FB2F3D" w:rsidRDefault="001F4383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Endangered vs non-endangered</w:t>
            </w:r>
          </w:p>
          <w:p w14:paraId="502A3B7B" w14:textId="77777777" w:rsidR="00A31BA4" w:rsidRDefault="00A31BA4" w:rsidP="0058450D">
            <w:pPr>
              <w:rPr>
                <w:b w:val="0"/>
                <w:bCs w:val="0"/>
                <w:sz w:val="18"/>
                <w:szCs w:val="18"/>
              </w:rPr>
            </w:pPr>
          </w:p>
          <w:p w14:paraId="1895FD6D" w14:textId="0F569AC5" w:rsidR="0058450D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Social</w:t>
            </w:r>
          </w:p>
          <w:p w14:paraId="14D422A8" w14:textId="5B5C6973" w:rsidR="0058450D" w:rsidRDefault="003B587F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Non-fiction texts</w:t>
            </w:r>
            <w:r w:rsidR="001F4383">
              <w:rPr>
                <w:b w:val="0"/>
                <w:bCs w:val="0"/>
                <w:sz w:val="18"/>
                <w:szCs w:val="18"/>
              </w:rPr>
              <w:t>/media</w:t>
            </w:r>
          </w:p>
          <w:p w14:paraId="4FACE50E" w14:textId="712707A7" w:rsidR="00264CFE" w:rsidRDefault="00264CFE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 xml:space="preserve">Discussion- why </w:t>
            </w:r>
            <w:r w:rsidR="001F4383">
              <w:rPr>
                <w:b w:val="0"/>
                <w:bCs w:val="0"/>
                <w:sz w:val="18"/>
                <w:szCs w:val="18"/>
              </w:rPr>
              <w:t>do endange</w:t>
            </w:r>
            <w:r w:rsidR="001F4383">
              <w:rPr>
                <w:sz w:val="18"/>
                <w:szCs w:val="18"/>
              </w:rPr>
              <w:t>red</w:t>
            </w:r>
            <w:r>
              <w:rPr>
                <w:b w:val="0"/>
                <w:bCs w:val="0"/>
                <w:sz w:val="18"/>
                <w:szCs w:val="18"/>
              </w:rPr>
              <w:t xml:space="preserve"> species need help?</w:t>
            </w:r>
          </w:p>
          <w:p w14:paraId="4272BEDE" w14:textId="42A5594D" w:rsidR="00264CFE" w:rsidRDefault="00264CFE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Practise persuasive speeches</w:t>
            </w:r>
          </w:p>
          <w:p w14:paraId="65681F77" w14:textId="427A4476" w:rsidR="001E4F28" w:rsidRDefault="001E4F28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Ranger/Scientist role play</w:t>
            </w:r>
          </w:p>
          <w:p w14:paraId="29424E97" w14:textId="77777777" w:rsidR="0058450D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</w:p>
          <w:p w14:paraId="6FCDBC3D" w14:textId="33470B3E" w:rsidR="0058450D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Creative</w:t>
            </w:r>
          </w:p>
          <w:p w14:paraId="14E724B1" w14:textId="20EA4949" w:rsidR="00023C5A" w:rsidRDefault="00264CFE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Design animal habitats</w:t>
            </w:r>
            <w:r w:rsidR="001E4F28">
              <w:rPr>
                <w:b w:val="0"/>
                <w:bCs w:val="0"/>
                <w:sz w:val="18"/>
                <w:szCs w:val="18"/>
              </w:rPr>
              <w:t xml:space="preserve"> e.g. junk modelling</w:t>
            </w:r>
          </w:p>
          <w:p w14:paraId="3475962A" w14:textId="2E41B75B" w:rsidR="00264CFE" w:rsidRDefault="00E95FAB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Design posters/slogans/logos</w:t>
            </w:r>
          </w:p>
          <w:p w14:paraId="38A73DAB" w14:textId="1C0C0995" w:rsidR="00023C5A" w:rsidRDefault="00822322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Produce awareness videos or podcasts</w:t>
            </w:r>
          </w:p>
          <w:p w14:paraId="503627F0" w14:textId="23DB9F2C" w:rsidR="00B16BAB" w:rsidRDefault="00B16BAB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Create information leaflets</w:t>
            </w:r>
          </w:p>
          <w:p w14:paraId="42EB9B42" w14:textId="58E95387" w:rsidR="00C96FB8" w:rsidRDefault="00C96FB8" w:rsidP="0058450D">
            <w:pPr>
              <w:rPr>
                <w:sz w:val="18"/>
                <w:szCs w:val="18"/>
              </w:rPr>
            </w:pPr>
            <w:r w:rsidRPr="00C96FB8">
              <w:rPr>
                <w:b w:val="0"/>
                <w:bCs w:val="0"/>
                <w:sz w:val="18"/>
                <w:szCs w:val="18"/>
              </w:rPr>
              <w:t>Podcast</w:t>
            </w:r>
          </w:p>
          <w:p w14:paraId="5EDA90CE" w14:textId="48B41514" w:rsidR="00C96FB8" w:rsidRPr="00C96FB8" w:rsidRDefault="00C96FB8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Stop Motion conservation stories</w:t>
            </w:r>
          </w:p>
          <w:p w14:paraId="246E2090" w14:textId="77777777" w:rsidR="00023C5A" w:rsidRDefault="00023C5A" w:rsidP="0058450D">
            <w:pPr>
              <w:rPr>
                <w:b w:val="0"/>
                <w:bCs w:val="0"/>
                <w:sz w:val="18"/>
                <w:szCs w:val="18"/>
              </w:rPr>
            </w:pPr>
          </w:p>
          <w:p w14:paraId="2737E68F" w14:textId="370C841F" w:rsidR="0058450D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Outdoor</w:t>
            </w:r>
          </w:p>
          <w:p w14:paraId="1264630A" w14:textId="0B6E1234" w:rsidR="0058450D" w:rsidRPr="00E95FAB" w:rsidRDefault="00E95FAB" w:rsidP="00682611">
            <w:pPr>
              <w:rPr>
                <w:b w:val="0"/>
                <w:bCs w:val="0"/>
                <w:sz w:val="18"/>
                <w:szCs w:val="18"/>
              </w:rPr>
            </w:pPr>
            <w:r w:rsidRPr="00E95FAB">
              <w:rPr>
                <w:b w:val="0"/>
                <w:bCs w:val="0"/>
                <w:sz w:val="18"/>
                <w:szCs w:val="18"/>
              </w:rPr>
              <w:t>Visitors</w:t>
            </w:r>
          </w:p>
          <w:p w14:paraId="24EBA75C" w14:textId="5D85E88F" w:rsidR="00E95FAB" w:rsidRPr="00E95FAB" w:rsidRDefault="00E95FAB" w:rsidP="00682611">
            <w:pPr>
              <w:rPr>
                <w:b w:val="0"/>
                <w:bCs w:val="0"/>
                <w:sz w:val="18"/>
                <w:szCs w:val="18"/>
              </w:rPr>
            </w:pPr>
            <w:r w:rsidRPr="00E95FAB">
              <w:rPr>
                <w:b w:val="0"/>
                <w:bCs w:val="0"/>
                <w:sz w:val="18"/>
                <w:szCs w:val="18"/>
              </w:rPr>
              <w:t>Wildlife survey</w:t>
            </w:r>
            <w:r w:rsidR="00422E9C">
              <w:rPr>
                <w:b w:val="0"/>
                <w:bCs w:val="0"/>
                <w:sz w:val="18"/>
                <w:szCs w:val="18"/>
              </w:rPr>
              <w:t>, biodiversity audit in school grounds</w:t>
            </w:r>
          </w:p>
          <w:p w14:paraId="31309A45" w14:textId="77777777" w:rsidR="00FC3DE5" w:rsidRPr="00FC3DE5" w:rsidRDefault="00FC3DE5" w:rsidP="00FC3DE5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FC3DE5">
              <w:rPr>
                <w:b w:val="0"/>
                <w:bCs w:val="0"/>
                <w:sz w:val="18"/>
                <w:szCs w:val="18"/>
                <w:lang w:val="en-GB"/>
              </w:rPr>
              <w:t>Create and maintain a wildlife-friendly area to support local biodiversity</w:t>
            </w:r>
          </w:p>
          <w:p w14:paraId="67F94AEF" w14:textId="57351348" w:rsidR="00E95FAB" w:rsidRDefault="00E95FAB" w:rsidP="00682611">
            <w:pPr>
              <w:rPr>
                <w:sz w:val="18"/>
                <w:szCs w:val="18"/>
              </w:rPr>
            </w:pPr>
            <w:r w:rsidRPr="00E95FAB">
              <w:rPr>
                <w:b w:val="0"/>
                <w:bCs w:val="0"/>
                <w:sz w:val="18"/>
                <w:szCs w:val="18"/>
              </w:rPr>
              <w:t>Present completed habitats</w:t>
            </w:r>
          </w:p>
          <w:p w14:paraId="77CAEDC9" w14:textId="1705F918" w:rsidR="00682611" w:rsidRPr="00FC3DE5" w:rsidRDefault="00FC3DE5" w:rsidP="00682611">
            <w:pPr>
              <w:rPr>
                <w:b w:val="0"/>
                <w:bCs w:val="0"/>
                <w:sz w:val="18"/>
                <w:szCs w:val="18"/>
              </w:rPr>
            </w:pPr>
            <w:r w:rsidRPr="00FC3DE5">
              <w:rPr>
                <w:b w:val="0"/>
                <w:bCs w:val="0"/>
                <w:sz w:val="18"/>
                <w:szCs w:val="18"/>
              </w:rPr>
              <w:t>Habitat hunts</w:t>
            </w:r>
          </w:p>
          <w:p w14:paraId="1E579224" w14:textId="70CDC335" w:rsidR="00FC3DE5" w:rsidRPr="00FC3DE5" w:rsidRDefault="00FC3DE5" w:rsidP="00682611">
            <w:pPr>
              <w:rPr>
                <w:b w:val="0"/>
                <w:bCs w:val="0"/>
                <w:sz w:val="18"/>
                <w:szCs w:val="18"/>
              </w:rPr>
            </w:pPr>
            <w:r w:rsidRPr="00FC3DE5">
              <w:rPr>
                <w:b w:val="0"/>
                <w:bCs w:val="0"/>
                <w:sz w:val="18"/>
                <w:szCs w:val="18"/>
              </w:rPr>
              <w:t>Minibeast surveys</w:t>
            </w:r>
          </w:p>
          <w:p w14:paraId="4D0672B9" w14:textId="77777777" w:rsidR="00682611" w:rsidRDefault="00682611" w:rsidP="00682611">
            <w:pPr>
              <w:rPr>
                <w:sz w:val="18"/>
                <w:szCs w:val="18"/>
              </w:rPr>
            </w:pPr>
          </w:p>
        </w:tc>
        <w:tc>
          <w:tcPr>
            <w:tcW w:w="4310" w:type="dxa"/>
            <w:shd w:val="clear" w:color="auto" w:fill="FFFFFF" w:themeFill="background1"/>
          </w:tcPr>
          <w:p w14:paraId="453252A8" w14:textId="7286106D" w:rsidR="0095285E" w:rsidRDefault="00585696" w:rsidP="0080126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Non-fiction texts e.g. Tilly and the Badgers</w:t>
            </w:r>
          </w:p>
          <w:p w14:paraId="594601A9" w14:textId="440292E4" w:rsidR="005960A4" w:rsidRDefault="005960A4" w:rsidP="0080126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Examples of campaigns</w:t>
            </w:r>
          </w:p>
          <w:p w14:paraId="308E4575" w14:textId="77777777" w:rsidR="0022236F" w:rsidRDefault="005960A4" w:rsidP="009523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Digital devices</w:t>
            </w:r>
          </w:p>
          <w:p w14:paraId="3A60BFCA" w14:textId="77777777" w:rsidR="009523CB" w:rsidRDefault="009523CB" w:rsidP="009523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Construction</w:t>
            </w:r>
          </w:p>
          <w:p w14:paraId="3D6D0B6E" w14:textId="77777777" w:rsidR="009523CB" w:rsidRDefault="009523CB" w:rsidP="009523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Cardboard boxes</w:t>
            </w:r>
          </w:p>
          <w:p w14:paraId="1D262151" w14:textId="1158CFDE" w:rsidR="00422E9C" w:rsidRPr="00422E9C" w:rsidRDefault="00422E9C" w:rsidP="00422E9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422E9C">
              <w:rPr>
                <w:sz w:val="18"/>
                <w:szCs w:val="18"/>
                <w:lang w:val="en-GB"/>
              </w:rPr>
              <w:t xml:space="preserve">WWF resources </w:t>
            </w:r>
          </w:p>
          <w:p w14:paraId="5AD8DF11" w14:textId="1EB071B9" w:rsidR="00422E9C" w:rsidRPr="00422E9C" w:rsidRDefault="00422E9C" w:rsidP="00422E9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422E9C">
              <w:rPr>
                <w:sz w:val="18"/>
                <w:szCs w:val="18"/>
                <w:lang w:val="en-GB"/>
              </w:rPr>
              <w:t xml:space="preserve">RSPB resources </w:t>
            </w:r>
          </w:p>
          <w:p w14:paraId="4CF26352" w14:textId="5E00A2DD" w:rsidR="00422E9C" w:rsidRPr="00422E9C" w:rsidRDefault="00422E9C" w:rsidP="00422E9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422E9C">
              <w:rPr>
                <w:sz w:val="18"/>
                <w:szCs w:val="18"/>
                <w:lang w:val="en-GB"/>
              </w:rPr>
              <w:t xml:space="preserve">Scottish Wildlife Trust materials </w:t>
            </w:r>
          </w:p>
          <w:p w14:paraId="4B23FA70" w14:textId="77777777" w:rsidR="00422E9C" w:rsidRDefault="00422E9C" w:rsidP="00422E9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422E9C">
              <w:rPr>
                <w:sz w:val="18"/>
                <w:szCs w:val="18"/>
                <w:lang w:val="en-GB"/>
              </w:rPr>
              <w:t xml:space="preserve">National Geographic Kids  </w:t>
            </w:r>
          </w:p>
          <w:p w14:paraId="68C58552" w14:textId="418CA1B2" w:rsidR="00422E9C" w:rsidRPr="00422E9C" w:rsidRDefault="00422E9C" w:rsidP="00422E9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422E9C">
              <w:rPr>
                <w:sz w:val="18"/>
                <w:szCs w:val="18"/>
                <w:lang w:val="en-GB"/>
              </w:rPr>
              <w:t xml:space="preserve">BBC Earth clips </w:t>
            </w:r>
          </w:p>
          <w:p w14:paraId="7C989944" w14:textId="50DF2C96" w:rsidR="00422E9C" w:rsidRPr="00422E9C" w:rsidRDefault="00422E9C" w:rsidP="00422E9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422E9C">
              <w:rPr>
                <w:sz w:val="18"/>
                <w:szCs w:val="18"/>
                <w:lang w:val="en-GB"/>
              </w:rPr>
              <w:t xml:space="preserve">Species fact files </w:t>
            </w:r>
          </w:p>
          <w:p w14:paraId="0B6C04D8" w14:textId="7A9E5FA9" w:rsidR="009523CB" w:rsidRPr="009523CB" w:rsidRDefault="009523CB" w:rsidP="009523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</w:p>
        </w:tc>
      </w:tr>
    </w:tbl>
    <w:p w14:paraId="1F59AFAD" w14:textId="74C541B3" w:rsidR="0072186B" w:rsidRDefault="00221E0B">
      <w:pPr>
        <w:pStyle w:val="Heading2"/>
      </w:pPr>
      <w:r>
        <w:t xml:space="preserve">Responsive Planning: </w:t>
      </w:r>
      <w:r w:rsidR="6B6046C2">
        <w:t>Reflecting, Responding and Extending</w:t>
      </w:r>
    </w:p>
    <w:tbl>
      <w:tblPr>
        <w:tblStyle w:val="LightGrid"/>
        <w:tblW w:w="0" w:type="auto"/>
        <w:tblLook w:val="04A0" w:firstRow="1" w:lastRow="0" w:firstColumn="1" w:lastColumn="0" w:noHBand="0" w:noVBand="1"/>
      </w:tblPr>
      <w:tblGrid>
        <w:gridCol w:w="4310"/>
        <w:gridCol w:w="4310"/>
      </w:tblGrid>
      <w:tr w:rsidR="0072186B" w14:paraId="4C7B7E7A" w14:textId="77777777" w:rsidTr="000A3A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EAF1DD" w:themeFill="accent3" w:themeFillTint="33"/>
          </w:tcPr>
          <w:p w14:paraId="555868CD" w14:textId="62C0F854" w:rsidR="0072186B" w:rsidRDefault="00F8138A">
            <w:r>
              <w:t xml:space="preserve">Emerging Pupil Questions / </w:t>
            </w:r>
            <w:r w:rsidR="00765C77">
              <w:t>Challenges</w:t>
            </w:r>
          </w:p>
        </w:tc>
        <w:tc>
          <w:tcPr>
            <w:tcW w:w="4320" w:type="dxa"/>
            <w:shd w:val="clear" w:color="auto" w:fill="EAF1DD" w:themeFill="accent3" w:themeFillTint="33"/>
          </w:tcPr>
          <w:p w14:paraId="495BAE6E" w14:textId="24791B40" w:rsidR="0072186B" w:rsidRDefault="6B6046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Next Steps</w:t>
            </w:r>
          </w:p>
        </w:tc>
      </w:tr>
      <w:tr w:rsidR="0072186B" w14:paraId="60061E4C" w14:textId="77777777" w:rsidTr="007218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FFFFF" w:themeFill="background1"/>
          </w:tcPr>
          <w:p w14:paraId="50E23820" w14:textId="698A0CCA" w:rsidR="00BA59BD" w:rsidRDefault="004652B1">
            <w:r>
              <w:rPr>
                <w:b w:val="0"/>
                <w:bCs w:val="0"/>
              </w:rPr>
              <w:t>Why do animals become endangered?</w:t>
            </w:r>
          </w:p>
          <w:p w14:paraId="4606791C" w14:textId="77777777" w:rsidR="004652B1" w:rsidRDefault="004652B1"/>
          <w:p w14:paraId="7F401AFA" w14:textId="6B0096FF" w:rsidR="004652B1" w:rsidRDefault="004652B1">
            <w:r>
              <w:rPr>
                <w:b w:val="0"/>
                <w:bCs w:val="0"/>
              </w:rPr>
              <w:t>Why do habitats disappear</w:t>
            </w:r>
          </w:p>
          <w:p w14:paraId="36F14EA8" w14:textId="77777777" w:rsidR="00172036" w:rsidRDefault="00172036"/>
          <w:p w14:paraId="14E6CE1E" w14:textId="6B856D2B" w:rsidR="00172036" w:rsidRDefault="00172036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Are there endangered species in Scotland?</w:t>
            </w:r>
          </w:p>
          <w:p w14:paraId="5A4C634D" w14:textId="77777777" w:rsidR="00BA59BD" w:rsidRDefault="00BA59BD">
            <w:pPr>
              <w:rPr>
                <w:b w:val="0"/>
                <w:bCs w:val="0"/>
              </w:rPr>
            </w:pPr>
          </w:p>
          <w:p w14:paraId="3A602883" w14:textId="77777777" w:rsidR="00BA59BD" w:rsidRDefault="00BA59BD">
            <w:pPr>
              <w:rPr>
                <w:b w:val="0"/>
                <w:bCs w:val="0"/>
              </w:rPr>
            </w:pPr>
          </w:p>
          <w:p w14:paraId="0A61CBD7" w14:textId="77777777" w:rsidR="00BA59BD" w:rsidRDefault="00BA59BD">
            <w:pPr>
              <w:rPr>
                <w:b w:val="0"/>
                <w:bCs w:val="0"/>
              </w:rPr>
            </w:pPr>
          </w:p>
          <w:p w14:paraId="44EAFD9C" w14:textId="77777777" w:rsidR="00682611" w:rsidRDefault="00682611"/>
        </w:tc>
        <w:tc>
          <w:tcPr>
            <w:tcW w:w="4320" w:type="dxa"/>
            <w:shd w:val="clear" w:color="auto" w:fill="FFFFFF" w:themeFill="background1"/>
          </w:tcPr>
          <w:p w14:paraId="4C968E0F" w14:textId="5FE9DDE2" w:rsidR="0072186B" w:rsidRDefault="004652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Investigate threats to species and habitats</w:t>
            </w:r>
          </w:p>
          <w:p w14:paraId="72FF6DD9" w14:textId="77777777" w:rsidR="0072186B" w:rsidRDefault="0072186B" w:rsidP="004652B1">
            <w:pPr>
              <w:ind w:firstLine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0A07C0C" w14:textId="77777777" w:rsidR="004652B1" w:rsidRDefault="004652B1" w:rsidP="004652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Investigate human impact</w:t>
            </w:r>
          </w:p>
          <w:p w14:paraId="2279B232" w14:textId="77777777" w:rsidR="00172036" w:rsidRDefault="00172036" w:rsidP="004652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EC009D9" w14:textId="77777777" w:rsidR="00D3799F" w:rsidRPr="00D3799F" w:rsidRDefault="00D3799F" w:rsidP="00D379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D3799F">
              <w:rPr>
                <w:lang w:val="en-GB"/>
              </w:rPr>
              <w:t>Research local wildlife and conservation projects</w:t>
            </w:r>
          </w:p>
          <w:p w14:paraId="4B94D5A5" w14:textId="7BA6BA18" w:rsidR="00172036" w:rsidRDefault="00172036" w:rsidP="004652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4D8BD00" w14:textId="77777777" w:rsidR="00F8138A" w:rsidRDefault="00F8138A"/>
    <w:sectPr w:rsidR="00F8138A" w:rsidSect="00034616">
      <w:headerReference w:type="default" r:id="rId23"/>
      <w:footerReference w:type="default" r:id="rId2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E1780" w14:textId="77777777" w:rsidR="00C47CAA" w:rsidRDefault="00C47CAA" w:rsidP="00886041">
      <w:pPr>
        <w:spacing w:after="0" w:line="240" w:lineRule="auto"/>
      </w:pPr>
      <w:r>
        <w:separator/>
      </w:r>
    </w:p>
  </w:endnote>
  <w:endnote w:type="continuationSeparator" w:id="0">
    <w:p w14:paraId="4776E412" w14:textId="77777777" w:rsidR="00C47CAA" w:rsidRDefault="00C47CAA" w:rsidP="00886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3832" w14:textId="70BE59FA" w:rsidR="00A236E4" w:rsidRDefault="00A236E4">
    <w:pPr>
      <w:pStyle w:val="Footer"/>
    </w:pPr>
  </w:p>
  <w:p w14:paraId="3BC9BBFB" w14:textId="77231752" w:rsidR="00A236E4" w:rsidRPr="00A236E4" w:rsidRDefault="00A236E4">
    <w:pPr>
      <w:pStyle w:val="Footer"/>
      <w:rPr>
        <w:i/>
        <w:iCs/>
      </w:rPr>
    </w:pPr>
    <w:r>
      <w:rPr>
        <w:i/>
        <w:iCs/>
      </w:rPr>
      <w:t>Planner</w:t>
    </w:r>
    <w:r w:rsidR="00616BCA">
      <w:rPr>
        <w:i/>
        <w:iCs/>
      </w:rPr>
      <w:t xml:space="preserve"> </w:t>
    </w:r>
    <w:r>
      <w:rPr>
        <w:i/>
        <w:iCs/>
      </w:rPr>
      <w:t xml:space="preserve">adapted from STEM Nation </w:t>
    </w:r>
    <w:r w:rsidR="00616BCA">
      <w:rPr>
        <w:i/>
        <w:iCs/>
      </w:rPr>
      <w:t>STEM Context Planners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3C7AC" w14:textId="77777777" w:rsidR="00C47CAA" w:rsidRDefault="00C47CAA" w:rsidP="00886041">
      <w:pPr>
        <w:spacing w:after="0" w:line="240" w:lineRule="auto"/>
      </w:pPr>
      <w:r>
        <w:separator/>
      </w:r>
    </w:p>
  </w:footnote>
  <w:footnote w:type="continuationSeparator" w:id="0">
    <w:p w14:paraId="21A313E5" w14:textId="77777777" w:rsidR="00C47CAA" w:rsidRDefault="00C47CAA" w:rsidP="008860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C2C3B" w14:textId="34775532" w:rsidR="00886041" w:rsidRDefault="000C1D55" w:rsidP="00413D0C">
    <w:pPr>
      <w:pStyle w:val="Heading1"/>
    </w:pPr>
    <w:r w:rsidRPr="000C1D55">
      <w:rPr>
        <w:rFonts w:ascii="Calibri" w:hAnsi="Calibri" w:cstheme="minorBidi"/>
        <w:noProof/>
        <w:sz w:val="22"/>
        <w:szCs w:val="22"/>
        <w:lang w:val="en-GB"/>
      </w:rPr>
      <w:drawing>
        <wp:inline distT="0" distB="0" distL="0" distR="0" wp14:anchorId="49769714" wp14:editId="658EC171">
          <wp:extent cx="474133" cy="474133"/>
          <wp:effectExtent l="0" t="0" r="2540" b="2540"/>
          <wp:docPr id="206280316" name="Picture 2">
            <a:extLst xmlns:a="http://schemas.openxmlformats.org/drawingml/2006/main">
              <a:ext uri="{FF2B5EF4-FFF2-40B4-BE49-F238E27FC236}">
                <a16:creationId xmlns:a16="http://schemas.microsoft.com/office/drawing/2014/main" id="{DF4EAD3F-8E6C-4663-B332-8DEE8B081C0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8112" cy="4881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</w:t>
    </w:r>
    <w:r w:rsidR="00E04A2C">
      <w:t>Project Based Learning</w:t>
    </w:r>
    <w:r>
      <w:t xml:space="preserve"> Planning</w:t>
    </w:r>
    <w:r w:rsidR="0080126E">
      <w:t xml:space="preserve">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6408D5"/>
    <w:multiLevelType w:val="multilevel"/>
    <w:tmpl w:val="F02A3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134088"/>
    <w:multiLevelType w:val="hybridMultilevel"/>
    <w:tmpl w:val="4D96CDF6"/>
    <w:lvl w:ilvl="0" w:tplc="C45C753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3E140C"/>
    <w:multiLevelType w:val="hybridMultilevel"/>
    <w:tmpl w:val="223CCE52"/>
    <w:lvl w:ilvl="0" w:tplc="6C4E538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DB036D"/>
    <w:multiLevelType w:val="hybridMultilevel"/>
    <w:tmpl w:val="E1F64194"/>
    <w:lvl w:ilvl="0" w:tplc="D11C9E1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44603C"/>
    <w:multiLevelType w:val="hybridMultilevel"/>
    <w:tmpl w:val="0E68117A"/>
    <w:lvl w:ilvl="0" w:tplc="DC64733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4A4B38"/>
    <w:multiLevelType w:val="hybridMultilevel"/>
    <w:tmpl w:val="01F0A170"/>
    <w:lvl w:ilvl="0" w:tplc="CDE6903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3D778D"/>
    <w:multiLevelType w:val="hybridMultilevel"/>
    <w:tmpl w:val="6C9880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2E29E0"/>
    <w:multiLevelType w:val="multilevel"/>
    <w:tmpl w:val="7F288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655868"/>
    <w:multiLevelType w:val="hybridMultilevel"/>
    <w:tmpl w:val="43EE8EA2"/>
    <w:lvl w:ilvl="0" w:tplc="08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8754F0"/>
    <w:multiLevelType w:val="hybridMultilevel"/>
    <w:tmpl w:val="4A5E8E24"/>
    <w:lvl w:ilvl="0" w:tplc="BDD8A02C">
      <w:numFmt w:val="bullet"/>
      <w:lvlText w:val="-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4815062">
    <w:abstractNumId w:val="7"/>
  </w:num>
  <w:num w:numId="2" w16cid:durableId="1083719715">
    <w:abstractNumId w:val="6"/>
  </w:num>
  <w:num w:numId="3" w16cid:durableId="1268535957">
    <w:abstractNumId w:val="18"/>
  </w:num>
  <w:num w:numId="4" w16cid:durableId="1519738130">
    <w:abstractNumId w:val="15"/>
  </w:num>
  <w:num w:numId="5" w16cid:durableId="1614556465">
    <w:abstractNumId w:val="13"/>
  </w:num>
  <w:num w:numId="6" w16cid:durableId="1637367140">
    <w:abstractNumId w:val="8"/>
  </w:num>
  <w:num w:numId="7" w16cid:durableId="1706131200">
    <w:abstractNumId w:val="12"/>
  </w:num>
  <w:num w:numId="8" w16cid:durableId="176770922">
    <w:abstractNumId w:val="10"/>
  </w:num>
  <w:num w:numId="9" w16cid:durableId="1827820527">
    <w:abstractNumId w:val="0"/>
  </w:num>
  <w:num w:numId="10" w16cid:durableId="379786555">
    <w:abstractNumId w:val="11"/>
  </w:num>
  <w:num w:numId="11" w16cid:durableId="415630990">
    <w:abstractNumId w:val="3"/>
  </w:num>
  <w:num w:numId="12" w16cid:durableId="436294117">
    <w:abstractNumId w:val="17"/>
  </w:num>
  <w:num w:numId="13" w16cid:durableId="462425056">
    <w:abstractNumId w:val="1"/>
  </w:num>
  <w:num w:numId="14" w16cid:durableId="473723455">
    <w:abstractNumId w:val="4"/>
  </w:num>
  <w:num w:numId="15" w16cid:durableId="678508920">
    <w:abstractNumId w:val="16"/>
  </w:num>
  <w:num w:numId="16" w16cid:durableId="747075841">
    <w:abstractNumId w:val="5"/>
  </w:num>
  <w:num w:numId="17" w16cid:durableId="927734142">
    <w:abstractNumId w:val="2"/>
  </w:num>
  <w:num w:numId="18" w16cid:durableId="1700085946">
    <w:abstractNumId w:val="14"/>
  </w:num>
  <w:num w:numId="19" w16cid:durableId="8733432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3F2"/>
    <w:rsid w:val="00013DB2"/>
    <w:rsid w:val="00015C3B"/>
    <w:rsid w:val="00023C5A"/>
    <w:rsid w:val="00034616"/>
    <w:rsid w:val="000402C7"/>
    <w:rsid w:val="00044B1C"/>
    <w:rsid w:val="0006063C"/>
    <w:rsid w:val="000674A4"/>
    <w:rsid w:val="0007096C"/>
    <w:rsid w:val="000745A2"/>
    <w:rsid w:val="00093416"/>
    <w:rsid w:val="00096133"/>
    <w:rsid w:val="000A1662"/>
    <w:rsid w:val="000A3A40"/>
    <w:rsid w:val="000A3B56"/>
    <w:rsid w:val="000C08C8"/>
    <w:rsid w:val="000C16E3"/>
    <w:rsid w:val="000C1D55"/>
    <w:rsid w:val="000C3381"/>
    <w:rsid w:val="000E090A"/>
    <w:rsid w:val="000E24F3"/>
    <w:rsid w:val="000E7B3D"/>
    <w:rsid w:val="000F1303"/>
    <w:rsid w:val="0015074B"/>
    <w:rsid w:val="001679B3"/>
    <w:rsid w:val="00171237"/>
    <w:rsid w:val="00172036"/>
    <w:rsid w:val="00172F4E"/>
    <w:rsid w:val="001756BB"/>
    <w:rsid w:val="0019357D"/>
    <w:rsid w:val="00196770"/>
    <w:rsid w:val="001A31AC"/>
    <w:rsid w:val="001A56A9"/>
    <w:rsid w:val="001B2933"/>
    <w:rsid w:val="001B608F"/>
    <w:rsid w:val="001C7172"/>
    <w:rsid w:val="001D5C10"/>
    <w:rsid w:val="001D6EE5"/>
    <w:rsid w:val="001E4F28"/>
    <w:rsid w:val="001F4383"/>
    <w:rsid w:val="0020256D"/>
    <w:rsid w:val="00205AEA"/>
    <w:rsid w:val="00221E0B"/>
    <w:rsid w:val="0022236F"/>
    <w:rsid w:val="002518EF"/>
    <w:rsid w:val="00256C85"/>
    <w:rsid w:val="00264CFE"/>
    <w:rsid w:val="00275280"/>
    <w:rsid w:val="0029639D"/>
    <w:rsid w:val="00297698"/>
    <w:rsid w:val="002A14B2"/>
    <w:rsid w:val="002B51A3"/>
    <w:rsid w:val="002E0CCE"/>
    <w:rsid w:val="002E1AE7"/>
    <w:rsid w:val="002E740F"/>
    <w:rsid w:val="002E7C50"/>
    <w:rsid w:val="002F34D8"/>
    <w:rsid w:val="002F5B73"/>
    <w:rsid w:val="00302DE4"/>
    <w:rsid w:val="00326F90"/>
    <w:rsid w:val="0034192C"/>
    <w:rsid w:val="00350A8E"/>
    <w:rsid w:val="0035644D"/>
    <w:rsid w:val="003612DC"/>
    <w:rsid w:val="00367DAA"/>
    <w:rsid w:val="003744E4"/>
    <w:rsid w:val="003B587F"/>
    <w:rsid w:val="003C413D"/>
    <w:rsid w:val="003D20FC"/>
    <w:rsid w:val="003E2DFB"/>
    <w:rsid w:val="003E2F05"/>
    <w:rsid w:val="003E6BC2"/>
    <w:rsid w:val="003E6FEC"/>
    <w:rsid w:val="003E7478"/>
    <w:rsid w:val="00404106"/>
    <w:rsid w:val="00404E13"/>
    <w:rsid w:val="004115A7"/>
    <w:rsid w:val="00412384"/>
    <w:rsid w:val="00413D0C"/>
    <w:rsid w:val="00422E9C"/>
    <w:rsid w:val="00427A23"/>
    <w:rsid w:val="00432370"/>
    <w:rsid w:val="00435893"/>
    <w:rsid w:val="00440714"/>
    <w:rsid w:val="00440F8D"/>
    <w:rsid w:val="00445426"/>
    <w:rsid w:val="00454772"/>
    <w:rsid w:val="00454BF3"/>
    <w:rsid w:val="004601D4"/>
    <w:rsid w:val="00462368"/>
    <w:rsid w:val="004646D0"/>
    <w:rsid w:val="004652B1"/>
    <w:rsid w:val="00466F85"/>
    <w:rsid w:val="00467235"/>
    <w:rsid w:val="004729D6"/>
    <w:rsid w:val="00482CF9"/>
    <w:rsid w:val="00491CDD"/>
    <w:rsid w:val="0049496E"/>
    <w:rsid w:val="00497A56"/>
    <w:rsid w:val="004B00FE"/>
    <w:rsid w:val="004E612D"/>
    <w:rsid w:val="004F29C4"/>
    <w:rsid w:val="004F6488"/>
    <w:rsid w:val="00505750"/>
    <w:rsid w:val="0050725A"/>
    <w:rsid w:val="00513300"/>
    <w:rsid w:val="00513A2D"/>
    <w:rsid w:val="00516E60"/>
    <w:rsid w:val="00530C17"/>
    <w:rsid w:val="00556184"/>
    <w:rsid w:val="0056174B"/>
    <w:rsid w:val="00563EE1"/>
    <w:rsid w:val="00564347"/>
    <w:rsid w:val="0058450D"/>
    <w:rsid w:val="00585696"/>
    <w:rsid w:val="00593B1F"/>
    <w:rsid w:val="005960A4"/>
    <w:rsid w:val="005A4230"/>
    <w:rsid w:val="005A5863"/>
    <w:rsid w:val="005B647D"/>
    <w:rsid w:val="005C6808"/>
    <w:rsid w:val="005F4776"/>
    <w:rsid w:val="00600220"/>
    <w:rsid w:val="0060115D"/>
    <w:rsid w:val="006100C1"/>
    <w:rsid w:val="00616BCA"/>
    <w:rsid w:val="006208C2"/>
    <w:rsid w:val="00670BC6"/>
    <w:rsid w:val="00677FDF"/>
    <w:rsid w:val="00680786"/>
    <w:rsid w:val="006814EB"/>
    <w:rsid w:val="00682611"/>
    <w:rsid w:val="0068415E"/>
    <w:rsid w:val="006B51F8"/>
    <w:rsid w:val="006D61DD"/>
    <w:rsid w:val="006E6F78"/>
    <w:rsid w:val="006F03AB"/>
    <w:rsid w:val="006F3B3D"/>
    <w:rsid w:val="006F50D8"/>
    <w:rsid w:val="007129B7"/>
    <w:rsid w:val="0072186B"/>
    <w:rsid w:val="00721D6B"/>
    <w:rsid w:val="00722A4B"/>
    <w:rsid w:val="00727042"/>
    <w:rsid w:val="00764AD8"/>
    <w:rsid w:val="00765C77"/>
    <w:rsid w:val="00767AC2"/>
    <w:rsid w:val="00775ECD"/>
    <w:rsid w:val="00783671"/>
    <w:rsid w:val="00784DEB"/>
    <w:rsid w:val="00786D3D"/>
    <w:rsid w:val="0079717A"/>
    <w:rsid w:val="007A284E"/>
    <w:rsid w:val="007A5016"/>
    <w:rsid w:val="007B0204"/>
    <w:rsid w:val="007B7073"/>
    <w:rsid w:val="007C1B81"/>
    <w:rsid w:val="007C4C24"/>
    <w:rsid w:val="007C5316"/>
    <w:rsid w:val="007E175B"/>
    <w:rsid w:val="007E22BE"/>
    <w:rsid w:val="007F3CB5"/>
    <w:rsid w:val="007F552B"/>
    <w:rsid w:val="007F5DFF"/>
    <w:rsid w:val="007F78C7"/>
    <w:rsid w:val="0080126E"/>
    <w:rsid w:val="0080316C"/>
    <w:rsid w:val="00822322"/>
    <w:rsid w:val="00823C04"/>
    <w:rsid w:val="00842652"/>
    <w:rsid w:val="00872473"/>
    <w:rsid w:val="00886041"/>
    <w:rsid w:val="008973DB"/>
    <w:rsid w:val="008A5B29"/>
    <w:rsid w:val="008A739B"/>
    <w:rsid w:val="008B0AA3"/>
    <w:rsid w:val="008C3E37"/>
    <w:rsid w:val="008E1880"/>
    <w:rsid w:val="008E7F2F"/>
    <w:rsid w:val="008F7F5B"/>
    <w:rsid w:val="009153FA"/>
    <w:rsid w:val="009349DD"/>
    <w:rsid w:val="00935C8E"/>
    <w:rsid w:val="00936165"/>
    <w:rsid w:val="00936D97"/>
    <w:rsid w:val="009459F2"/>
    <w:rsid w:val="009478DD"/>
    <w:rsid w:val="00951120"/>
    <w:rsid w:val="009523CB"/>
    <w:rsid w:val="0095285E"/>
    <w:rsid w:val="00963627"/>
    <w:rsid w:val="009736DB"/>
    <w:rsid w:val="00981D0F"/>
    <w:rsid w:val="00990251"/>
    <w:rsid w:val="00992862"/>
    <w:rsid w:val="009B14EC"/>
    <w:rsid w:val="009B72FF"/>
    <w:rsid w:val="009D67C5"/>
    <w:rsid w:val="00A00AE7"/>
    <w:rsid w:val="00A236E4"/>
    <w:rsid w:val="00A31BA4"/>
    <w:rsid w:val="00A549CB"/>
    <w:rsid w:val="00A613CF"/>
    <w:rsid w:val="00A62D62"/>
    <w:rsid w:val="00A70F4C"/>
    <w:rsid w:val="00AA1D8D"/>
    <w:rsid w:val="00AB12B6"/>
    <w:rsid w:val="00AC2A53"/>
    <w:rsid w:val="00AC2ABB"/>
    <w:rsid w:val="00AC2EA7"/>
    <w:rsid w:val="00AD37F9"/>
    <w:rsid w:val="00AD381C"/>
    <w:rsid w:val="00AE1622"/>
    <w:rsid w:val="00B04451"/>
    <w:rsid w:val="00B06117"/>
    <w:rsid w:val="00B06F5D"/>
    <w:rsid w:val="00B16BAB"/>
    <w:rsid w:val="00B369D0"/>
    <w:rsid w:val="00B43857"/>
    <w:rsid w:val="00B46272"/>
    <w:rsid w:val="00B46598"/>
    <w:rsid w:val="00B47730"/>
    <w:rsid w:val="00B66C63"/>
    <w:rsid w:val="00B75C1E"/>
    <w:rsid w:val="00B9746F"/>
    <w:rsid w:val="00BA59BD"/>
    <w:rsid w:val="00BA6D0B"/>
    <w:rsid w:val="00BA7CF0"/>
    <w:rsid w:val="00BB2286"/>
    <w:rsid w:val="00BC0423"/>
    <w:rsid w:val="00BD3859"/>
    <w:rsid w:val="00BE3575"/>
    <w:rsid w:val="00BE5F5B"/>
    <w:rsid w:val="00C053AD"/>
    <w:rsid w:val="00C14B2B"/>
    <w:rsid w:val="00C27E30"/>
    <w:rsid w:val="00C34C2B"/>
    <w:rsid w:val="00C47CAA"/>
    <w:rsid w:val="00C56714"/>
    <w:rsid w:val="00C56F50"/>
    <w:rsid w:val="00C86B71"/>
    <w:rsid w:val="00C96FB8"/>
    <w:rsid w:val="00C9759F"/>
    <w:rsid w:val="00CA229B"/>
    <w:rsid w:val="00CA31E9"/>
    <w:rsid w:val="00CA60C7"/>
    <w:rsid w:val="00CB0664"/>
    <w:rsid w:val="00CC218E"/>
    <w:rsid w:val="00CC7EE6"/>
    <w:rsid w:val="00CD296B"/>
    <w:rsid w:val="00CD44E1"/>
    <w:rsid w:val="00CE63FC"/>
    <w:rsid w:val="00CF2FFA"/>
    <w:rsid w:val="00D0540A"/>
    <w:rsid w:val="00D26632"/>
    <w:rsid w:val="00D3799F"/>
    <w:rsid w:val="00D41F2C"/>
    <w:rsid w:val="00D605B6"/>
    <w:rsid w:val="00D61E7B"/>
    <w:rsid w:val="00D97061"/>
    <w:rsid w:val="00D97E02"/>
    <w:rsid w:val="00DA3781"/>
    <w:rsid w:val="00DA449A"/>
    <w:rsid w:val="00DA599E"/>
    <w:rsid w:val="00DB3D0D"/>
    <w:rsid w:val="00DB6CC7"/>
    <w:rsid w:val="00DB7515"/>
    <w:rsid w:val="00DE1B95"/>
    <w:rsid w:val="00E03043"/>
    <w:rsid w:val="00E04A2C"/>
    <w:rsid w:val="00E04FEF"/>
    <w:rsid w:val="00E15CD9"/>
    <w:rsid w:val="00E20A93"/>
    <w:rsid w:val="00E212C9"/>
    <w:rsid w:val="00E2169B"/>
    <w:rsid w:val="00E30676"/>
    <w:rsid w:val="00E51888"/>
    <w:rsid w:val="00E81F41"/>
    <w:rsid w:val="00E82178"/>
    <w:rsid w:val="00E8604F"/>
    <w:rsid w:val="00E95FAB"/>
    <w:rsid w:val="00EA64D6"/>
    <w:rsid w:val="00EB0BEE"/>
    <w:rsid w:val="00EC1A98"/>
    <w:rsid w:val="00EC2BBC"/>
    <w:rsid w:val="00EE5533"/>
    <w:rsid w:val="00EE7107"/>
    <w:rsid w:val="00EF64BA"/>
    <w:rsid w:val="00F14733"/>
    <w:rsid w:val="00F26B3C"/>
    <w:rsid w:val="00F4042D"/>
    <w:rsid w:val="00F43B1B"/>
    <w:rsid w:val="00F50EE6"/>
    <w:rsid w:val="00F616F5"/>
    <w:rsid w:val="00F624B0"/>
    <w:rsid w:val="00F64486"/>
    <w:rsid w:val="00F6591F"/>
    <w:rsid w:val="00F70822"/>
    <w:rsid w:val="00F8138A"/>
    <w:rsid w:val="00F915E1"/>
    <w:rsid w:val="00F95081"/>
    <w:rsid w:val="00FA61D8"/>
    <w:rsid w:val="00FB0DD2"/>
    <w:rsid w:val="00FB2F3D"/>
    <w:rsid w:val="00FC3DE5"/>
    <w:rsid w:val="00FC693F"/>
    <w:rsid w:val="00FF78E9"/>
    <w:rsid w:val="088164F9"/>
    <w:rsid w:val="255D8227"/>
    <w:rsid w:val="2C5FE234"/>
    <w:rsid w:val="32F0CE94"/>
    <w:rsid w:val="35C8AC6D"/>
    <w:rsid w:val="468200EC"/>
    <w:rsid w:val="51AE51D0"/>
    <w:rsid w:val="56B384FB"/>
    <w:rsid w:val="6B6046C2"/>
    <w:rsid w:val="7A64B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580B275F-8502-47AF-BF89-907FA486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16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1">
    <w:name w:val="Colorful Shading -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2">
    <w:name w:val="Colorful Shading -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3">
    <w:name w:val="Colorful Shading -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-Accent4">
    <w:name w:val="Colorful Shading -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5">
    <w:name w:val="Colorful Shading -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6">
    <w:name w:val="Colorful Shading -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-Accent1">
    <w:name w:val="Colorful List -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-Accent2">
    <w:name w:val="Colorful List -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-Accent3">
    <w:name w:val="Colorful List -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-Accent4">
    <w:name w:val="Colorful List -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-Accent5">
    <w:name w:val="Colorful List -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-Accent6">
    <w:name w:val="Colorful List -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-Accent1">
    <w:name w:val="Colorful Grid -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-Accent2">
    <w:name w:val="Colorful Grid -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-Accent3">
    <w:name w:val="Colorful Grid -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-Accent4">
    <w:name w:val="Colorful Grid -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-Accent5">
    <w:name w:val="Colorful Grid -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-Accent6">
    <w:name w:val="Colorful Grid -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0C1D5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D5F1FB52D2D04AA1AFD55021251060" ma:contentTypeVersion="14" ma:contentTypeDescription="Create a new document." ma:contentTypeScope="" ma:versionID="5ad499bc8385d2592b178c9c424b764d">
  <xsd:schema xmlns:xsd="http://www.w3.org/2001/XMLSchema" xmlns:xs="http://www.w3.org/2001/XMLSchema" xmlns:p="http://schemas.microsoft.com/office/2006/metadata/properties" xmlns:ns2="1ce72ac1-2dff-4e06-a751-20dc2bc26b88" xmlns:ns3="c85f8ed6-da34-46ef-82c4-42fdeec9abaf" targetNamespace="http://schemas.microsoft.com/office/2006/metadata/properties" ma:root="true" ma:fieldsID="9c8d3061074f4323a4e205c075397973" ns2:_="" ns3:_="">
    <xsd:import namespace="1ce72ac1-2dff-4e06-a751-20dc2bc26b88"/>
    <xsd:import namespace="c85f8ed6-da34-46ef-82c4-42fdeec9ab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e72ac1-2dff-4e06-a751-20dc2bc26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5f8ed6-da34-46ef-82c4-42fdeec9ab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649391-529e-4a3b-967f-dbf2e540223f}" ma:internalName="TaxCatchAll" ma:showField="CatchAllData" ma:web="c85f8ed6-da34-46ef-82c4-42fdeec9ab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e72ac1-2dff-4e06-a751-20dc2bc26b88">
      <Terms xmlns="http://schemas.microsoft.com/office/infopath/2007/PartnerControls"/>
    </lcf76f155ced4ddcb4097134ff3c332f>
    <TaxCatchAll xmlns="c85f8ed6-da34-46ef-82c4-42fdeec9aba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F3D2AC-1781-463D-9159-F9697C92D5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e72ac1-2dff-4e06-a751-20dc2bc26b88"/>
    <ds:schemaRef ds:uri="c85f8ed6-da34-46ef-82c4-42fdeec9ab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16C85A-D3EB-4B45-9C79-CBEA16F4027A}">
  <ds:schemaRefs>
    <ds:schemaRef ds:uri="http://schemas.microsoft.com/office/2006/metadata/properties"/>
    <ds:schemaRef ds:uri="http://schemas.microsoft.com/office/infopath/2007/PartnerControls"/>
    <ds:schemaRef ds:uri="1ce72ac1-2dff-4e06-a751-20dc2bc26b88"/>
    <ds:schemaRef ds:uri="c85f8ed6-da34-46ef-82c4-42fdeec9abaf"/>
  </ds:schemaRefs>
</ds:datastoreItem>
</file>

<file path=customXml/itemProps4.xml><?xml version="1.0" encoding="utf-8"?>
<ds:datastoreItem xmlns:ds="http://schemas.openxmlformats.org/officeDocument/2006/customXml" ds:itemID="{0E162EAE-59B3-4728-B574-C8332E390B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758</Words>
  <Characters>4321</Characters>
  <Application>Microsoft Office Word</Application>
  <DocSecurity>0</DocSecurity>
  <Lines>36</Lines>
  <Paragraphs>10</Paragraphs>
  <ScaleCrop>false</ScaleCrop>
  <Manager/>
  <Company/>
  <LinksUpToDate>false</LinksUpToDate>
  <CharactersWithSpaces>5069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Lettis</dc:creator>
  <cp:keywords/>
  <dc:description>generated by python-docx</dc:description>
  <cp:lastModifiedBy>Lisa Lettis</cp:lastModifiedBy>
  <cp:revision>64</cp:revision>
  <dcterms:created xsi:type="dcterms:W3CDTF">2026-10-08T15:01:00Z</dcterms:created>
  <dcterms:modified xsi:type="dcterms:W3CDTF">2026-10-13T08:45:00Z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381991-eab8-4fff-8f2f-4f88109aa1cd_Enabled">
    <vt:lpwstr>true</vt:lpwstr>
  </property>
  <property fmtid="{D5CDD505-2E9C-101B-9397-08002B2CF9AE}" pid="3" name="MSIP_Label_3c381991-eab8-4fff-8f2f-4f88109aa1cd_SetDate">
    <vt:lpwstr>2026-04-14T15:29:33Z</vt:lpwstr>
  </property>
  <property fmtid="{D5CDD505-2E9C-101B-9397-08002B2CF9AE}" pid="4" name="MSIP_Label_3c381991-eab8-4fff-8f2f-4f88109aa1cd_Method">
    <vt:lpwstr>Standard</vt:lpwstr>
  </property>
  <property fmtid="{D5CDD505-2E9C-101B-9397-08002B2CF9AE}" pid="5" name="MSIP_Label_3c381991-eab8-4fff-8f2f-4f88109aa1cd_Name">
    <vt:lpwstr>Official</vt:lpwstr>
  </property>
  <property fmtid="{D5CDD505-2E9C-101B-9397-08002B2CF9AE}" pid="6" name="MSIP_Label_3c381991-eab8-4fff-8f2f-4f88109aa1cd_SiteId">
    <vt:lpwstr>a98f953b-d618-4b43-8a65-0382681bd283</vt:lpwstr>
  </property>
  <property fmtid="{D5CDD505-2E9C-101B-9397-08002B2CF9AE}" pid="7" name="MSIP_Label_3c381991-eab8-4fff-8f2f-4f88109aa1cd_ActionId">
    <vt:lpwstr>cc7d63c2-caee-4710-8f7d-b5e90a9c3fbb</vt:lpwstr>
  </property>
  <property fmtid="{D5CDD505-2E9C-101B-9397-08002B2CF9AE}" pid="8" name="MSIP_Label_3c381991-eab8-4fff-8f2f-4f88109aa1cd_ContentBits">
    <vt:lpwstr>0</vt:lpwstr>
  </property>
  <property fmtid="{D5CDD505-2E9C-101B-9397-08002B2CF9AE}" pid="9" name="MSIP_Label_3c381991-eab8-4fff-8f2f-4f88109aa1cd_Tag">
    <vt:lpwstr>10, 3, 0, 1</vt:lpwstr>
  </property>
  <property fmtid="{D5CDD505-2E9C-101B-9397-08002B2CF9AE}" pid="10" name="ContentTypeId">
    <vt:lpwstr>0x010100EAD5F1FB52D2D04AA1AFD55021251060</vt:lpwstr>
  </property>
  <property fmtid="{D5CDD505-2E9C-101B-9397-08002B2CF9AE}" pid="11" name="MediaServiceImageTags">
    <vt:lpwstr/>
  </property>
</Properties>
</file>