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542FA" w14:textId="712773DB" w:rsidR="0072186B" w:rsidRDefault="4B006283">
      <w:pPr>
        <w:pStyle w:val="Heading2"/>
      </w:pPr>
      <w:r>
        <w:t xml:space="preserve">Overarching </w:t>
      </w:r>
      <w:r w:rsidR="6D04D48B">
        <w:t>Context</w:t>
      </w:r>
      <w:r>
        <w:t>:</w:t>
      </w:r>
      <w:r w:rsidR="34D12D78">
        <w:t xml:space="preserve"> Chocolate</w:t>
      </w:r>
      <w:r w:rsidR="000C2A5D">
        <w:t xml:space="preserve">- Sustainability </w:t>
      </w:r>
      <w:r w:rsidR="007E4571">
        <w:t>(First Level)</w:t>
      </w:r>
    </w:p>
    <w:tbl>
      <w:tblPr>
        <w:tblStyle w:val="LightGrid"/>
        <w:tblW w:w="9875" w:type="dxa"/>
        <w:tblLook w:val="04A0" w:firstRow="1" w:lastRow="0" w:firstColumn="1" w:lastColumn="0" w:noHBand="0" w:noVBand="1"/>
      </w:tblPr>
      <w:tblGrid>
        <w:gridCol w:w="2918"/>
        <w:gridCol w:w="3818"/>
        <w:gridCol w:w="3139"/>
      </w:tblGrid>
      <w:tr w:rsidR="00BD74C2" w14:paraId="03C8FEFB" w14:textId="28F448A6" w:rsidTr="00BD74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8" w:type="dxa"/>
            <w:shd w:val="clear" w:color="auto" w:fill="D9D9D9" w:themeFill="background1" w:themeFillShade="D9"/>
          </w:tcPr>
          <w:p w14:paraId="2A4F94AD" w14:textId="054791F1" w:rsidR="00BD74C2" w:rsidRDefault="00BD74C2">
            <w:r>
              <w:t>Project Challenge</w:t>
            </w:r>
          </w:p>
        </w:tc>
        <w:tc>
          <w:tcPr>
            <w:tcW w:w="3818" w:type="dxa"/>
            <w:shd w:val="clear" w:color="auto" w:fill="D9D9D9" w:themeFill="background1" w:themeFillShade="D9"/>
          </w:tcPr>
          <w:p w14:paraId="5C546DB9" w14:textId="4C28314B" w:rsidR="00BD74C2" w:rsidRDefault="00BD74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Outcome</w:t>
            </w:r>
          </w:p>
        </w:tc>
        <w:tc>
          <w:tcPr>
            <w:tcW w:w="3139" w:type="dxa"/>
            <w:shd w:val="clear" w:color="auto" w:fill="D9D9D9" w:themeFill="background1" w:themeFillShade="D9"/>
          </w:tcPr>
          <w:p w14:paraId="3E93C7FF" w14:textId="03ABCE75" w:rsidR="00BD74C2" w:rsidRDefault="00FB0B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Possible </w:t>
            </w:r>
            <w:r w:rsidR="00EC7C9F">
              <w:t>H</w:t>
            </w:r>
            <w:r>
              <w:t>ook/Provocation</w:t>
            </w:r>
          </w:p>
        </w:tc>
      </w:tr>
      <w:tr w:rsidR="00BD74C2" w14:paraId="672A6659" w14:textId="3933378F" w:rsidTr="00BD74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8" w:type="dxa"/>
            <w:shd w:val="clear" w:color="auto" w:fill="FFFFFF" w:themeFill="background1"/>
          </w:tcPr>
          <w:p w14:paraId="608AD0A4" w14:textId="77777777" w:rsidR="00CC4869" w:rsidRPr="00CC4869" w:rsidRDefault="00CC4869" w:rsidP="00CC4869">
            <w:pPr>
              <w:rPr>
                <w:sz w:val="20"/>
                <w:szCs w:val="20"/>
                <w:lang w:val="en-GB"/>
              </w:rPr>
            </w:pPr>
            <w:r w:rsidRPr="00CC4869">
              <w:rPr>
                <w:sz w:val="20"/>
                <w:szCs w:val="20"/>
                <w:lang w:val="en-GB"/>
              </w:rPr>
              <w:t>Our school Fairtrade group needs help encouraging people to make sustainable chocolate choices</w:t>
            </w:r>
          </w:p>
          <w:p w14:paraId="1DF8F116" w14:textId="77777777" w:rsidR="00BD74C2" w:rsidRDefault="00BD74C2" w:rsidP="00AC2A53">
            <w:pPr>
              <w:rPr>
                <w:b w:val="0"/>
                <w:bCs w:val="0"/>
                <w:sz w:val="20"/>
                <w:szCs w:val="20"/>
              </w:rPr>
            </w:pPr>
          </w:p>
          <w:p w14:paraId="724DD374" w14:textId="77777777" w:rsidR="00CC4869" w:rsidRDefault="00CC4869" w:rsidP="00AC2A53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OR</w:t>
            </w:r>
          </w:p>
          <w:p w14:paraId="1DDAF28B" w14:textId="77777777" w:rsidR="007A709C" w:rsidRPr="007A709C" w:rsidRDefault="007A709C" w:rsidP="007A709C">
            <w:pPr>
              <w:rPr>
                <w:sz w:val="20"/>
                <w:szCs w:val="20"/>
                <w:lang w:val="en-GB"/>
              </w:rPr>
            </w:pPr>
            <w:r w:rsidRPr="007A709C">
              <w:rPr>
                <w:sz w:val="20"/>
                <w:szCs w:val="20"/>
                <w:lang w:val="en-GB"/>
              </w:rPr>
              <w:t>A local shop wants advice on how to sell chocolate more sustainably</w:t>
            </w:r>
          </w:p>
          <w:p w14:paraId="5B2375B3" w14:textId="77777777" w:rsidR="00CC4869" w:rsidRDefault="00CC4869" w:rsidP="00AC2A53">
            <w:pPr>
              <w:rPr>
                <w:b w:val="0"/>
                <w:bCs w:val="0"/>
                <w:sz w:val="20"/>
                <w:szCs w:val="20"/>
              </w:rPr>
            </w:pPr>
          </w:p>
          <w:p w14:paraId="4E6EB41B" w14:textId="77777777" w:rsidR="007A709C" w:rsidRDefault="007A709C" w:rsidP="00AC2A53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OR</w:t>
            </w:r>
          </w:p>
          <w:p w14:paraId="70EB06E4" w14:textId="77777777" w:rsidR="007A709C" w:rsidRPr="007A709C" w:rsidRDefault="007A709C" w:rsidP="007A709C">
            <w:pPr>
              <w:rPr>
                <w:sz w:val="20"/>
                <w:szCs w:val="20"/>
                <w:lang w:val="en-GB"/>
              </w:rPr>
            </w:pPr>
            <w:r w:rsidRPr="007A709C">
              <w:rPr>
                <w:sz w:val="20"/>
                <w:szCs w:val="20"/>
                <w:lang w:val="en-GB"/>
              </w:rPr>
              <w:t>We have been asked to create ideas for a school Fairtrade event</w:t>
            </w:r>
          </w:p>
          <w:p w14:paraId="50E6849C" w14:textId="662EAE99" w:rsidR="007A709C" w:rsidRPr="00DB6CC7" w:rsidRDefault="007A709C" w:rsidP="00AC2A53">
            <w:pPr>
              <w:rPr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FFFFFF" w:themeFill="background1"/>
          </w:tcPr>
          <w:p w14:paraId="5D5D48A0" w14:textId="57336526" w:rsidR="00BD74C2" w:rsidRDefault="00922CBB" w:rsidP="00BD74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</w:t>
            </w:r>
            <w:r w:rsidRPr="00922CBB">
              <w:rPr>
                <w:sz w:val="20"/>
                <w:szCs w:val="20"/>
                <w:lang w:val="en-GB"/>
              </w:rPr>
              <w:t>reate a solution that promotes ethical sourcing and responsible packaging within the chocolate industry</w:t>
            </w:r>
          </w:p>
          <w:p w14:paraId="6515B47B" w14:textId="77777777" w:rsidR="00D52251" w:rsidRDefault="00D52251" w:rsidP="00BD74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  <w:p w14:paraId="4DF3761F" w14:textId="133916B1" w:rsidR="00D52251" w:rsidRDefault="00D52251" w:rsidP="00BD74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Learners may choose to:</w:t>
            </w:r>
          </w:p>
          <w:p w14:paraId="75043B87" w14:textId="75FE5466" w:rsidR="00D52251" w:rsidRDefault="00D52251" w:rsidP="00D52251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Create a chocolate </w:t>
            </w:r>
            <w:r w:rsidR="000B4764">
              <w:rPr>
                <w:sz w:val="20"/>
                <w:szCs w:val="20"/>
                <w:lang w:val="en-GB"/>
              </w:rPr>
              <w:t>product</w:t>
            </w:r>
          </w:p>
          <w:p w14:paraId="3BD5EF80" w14:textId="4FBAA64E" w:rsidR="000B4764" w:rsidRDefault="000B4764" w:rsidP="00D52251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Create a marketing campaign</w:t>
            </w:r>
          </w:p>
          <w:p w14:paraId="595FF353" w14:textId="366C63AE" w:rsidR="000B4764" w:rsidRDefault="008834A5" w:rsidP="00D52251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Design</w:t>
            </w:r>
            <w:r w:rsidR="000B4764">
              <w:rPr>
                <w:sz w:val="20"/>
                <w:szCs w:val="20"/>
                <w:lang w:val="en-GB"/>
              </w:rPr>
              <w:t xml:space="preserve"> sustainable packaging</w:t>
            </w:r>
          </w:p>
          <w:p w14:paraId="720C140E" w14:textId="5F0C6D3F" w:rsidR="000B4764" w:rsidRDefault="00BA7E94" w:rsidP="00D52251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Conduct consumer </w:t>
            </w:r>
            <w:r w:rsidR="0048768A">
              <w:rPr>
                <w:sz w:val="20"/>
                <w:szCs w:val="20"/>
                <w:lang w:val="en-GB"/>
              </w:rPr>
              <w:t>research and present findings</w:t>
            </w:r>
          </w:p>
          <w:p w14:paraId="62979B4F" w14:textId="77777777" w:rsidR="00BD74C2" w:rsidRDefault="00BA7E94" w:rsidP="00675E69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Create a fairtrade awareness campaign</w:t>
            </w:r>
          </w:p>
          <w:p w14:paraId="3C790280" w14:textId="77777777" w:rsidR="0048768A" w:rsidRDefault="0048768A" w:rsidP="00675E69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Design a model chocolate factory</w:t>
            </w:r>
          </w:p>
          <w:p w14:paraId="5DAB6C7B" w14:textId="43332D32" w:rsidR="0048768A" w:rsidRPr="00BA7E94" w:rsidRDefault="0048768A" w:rsidP="00675E69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Create an advertisement </w:t>
            </w:r>
            <w:r w:rsidR="00E87712">
              <w:rPr>
                <w:sz w:val="20"/>
                <w:szCs w:val="20"/>
                <w:lang w:val="en-GB"/>
              </w:rPr>
              <w:t>or promotional video</w:t>
            </w:r>
          </w:p>
        </w:tc>
        <w:tc>
          <w:tcPr>
            <w:tcW w:w="3139" w:type="dxa"/>
            <w:shd w:val="clear" w:color="auto" w:fill="FFFFFF" w:themeFill="background1"/>
          </w:tcPr>
          <w:p w14:paraId="6EE5EA93" w14:textId="4622C944" w:rsidR="00767B1F" w:rsidRPr="00767B1F" w:rsidRDefault="00767B1F" w:rsidP="00767B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67B1F">
              <w:rPr>
                <w:sz w:val="20"/>
                <w:szCs w:val="20"/>
                <w:lang w:val="en-GB"/>
              </w:rPr>
              <w:t xml:space="preserve">Mystery chocolate box containing different chocolates and packaging </w:t>
            </w:r>
          </w:p>
          <w:p w14:paraId="056501F7" w14:textId="70F92A7A" w:rsidR="00767B1F" w:rsidRPr="00767B1F" w:rsidRDefault="00767B1F" w:rsidP="00767B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67B1F">
              <w:rPr>
                <w:sz w:val="20"/>
                <w:szCs w:val="20"/>
                <w:lang w:val="en-GB"/>
              </w:rPr>
              <w:t xml:space="preserve">Pictures of cacao farms and chocolate production </w:t>
            </w:r>
          </w:p>
          <w:p w14:paraId="0F091E40" w14:textId="523BD51E" w:rsidR="00767B1F" w:rsidRPr="00767B1F" w:rsidRDefault="00767B1F" w:rsidP="00767B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67B1F">
              <w:rPr>
                <w:sz w:val="20"/>
                <w:szCs w:val="20"/>
                <w:lang w:val="en-GB"/>
              </w:rPr>
              <w:t xml:space="preserve">Fairtrade vs non-Fairtrade chocolate comparison </w:t>
            </w:r>
          </w:p>
          <w:p w14:paraId="6BDA3598" w14:textId="136B12C1" w:rsidR="00767B1F" w:rsidRPr="00767B1F" w:rsidRDefault="00767B1F" w:rsidP="00767B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67B1F">
              <w:rPr>
                <w:sz w:val="20"/>
                <w:szCs w:val="20"/>
                <w:lang w:val="en-GB"/>
              </w:rPr>
              <w:t xml:space="preserve">Video showing the journey from bean to bar </w:t>
            </w:r>
          </w:p>
          <w:p w14:paraId="2D46F8D6" w14:textId="3A5EFFBB" w:rsidR="00767B1F" w:rsidRPr="00767B1F" w:rsidRDefault="00767B1F" w:rsidP="00767B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67B1F">
              <w:rPr>
                <w:sz w:val="20"/>
                <w:szCs w:val="20"/>
                <w:lang w:val="en-GB"/>
              </w:rPr>
              <w:t xml:space="preserve">Chocolate packaging sorting challenge: Which is most sustainable? </w:t>
            </w:r>
          </w:p>
          <w:p w14:paraId="7CE7361F" w14:textId="0099CB89" w:rsidR="00DE49AA" w:rsidRPr="00951080" w:rsidRDefault="00767B1F" w:rsidP="00767B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67B1F">
              <w:rPr>
                <w:sz w:val="20"/>
                <w:szCs w:val="20"/>
                <w:lang w:val="en-GB"/>
              </w:rPr>
              <w:t xml:space="preserve">"Chocolate Detective" challenge: Can you work out which chocolate is best for people and the planet? </w:t>
            </w:r>
          </w:p>
        </w:tc>
      </w:tr>
    </w:tbl>
    <w:p w14:paraId="7E30A2DF" w14:textId="517E9A10" w:rsidR="0072186B" w:rsidRDefault="6B6046C2">
      <w:pPr>
        <w:pStyle w:val="Heading2"/>
      </w:pPr>
      <w:r>
        <w:t>Intentional Planning</w:t>
      </w:r>
    </w:p>
    <w:p w14:paraId="2682E3CF" w14:textId="77777777" w:rsidR="0072186B" w:rsidRDefault="00F8138A">
      <w:r>
        <w:t>Selected Experiences and Outcomes identify intended learning. Additional Es and Os may be addressed through responsive planning.</w:t>
      </w:r>
    </w:p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2856"/>
        <w:gridCol w:w="2867"/>
        <w:gridCol w:w="2897"/>
      </w:tblGrid>
      <w:tr w:rsidR="0072186B" w14:paraId="783A2C57" w14:textId="77777777" w:rsidTr="000A3A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2DBDB" w:themeFill="accent2" w:themeFillTint="33"/>
          </w:tcPr>
          <w:p w14:paraId="03C44051" w14:textId="77777777" w:rsidR="0072186B" w:rsidRDefault="00F8138A">
            <w:r>
              <w:t>Experiences &amp; Outcomes</w:t>
            </w:r>
          </w:p>
        </w:tc>
        <w:tc>
          <w:tcPr>
            <w:tcW w:w="2880" w:type="dxa"/>
            <w:shd w:val="clear" w:color="auto" w:fill="F2DBDB" w:themeFill="accent2" w:themeFillTint="33"/>
          </w:tcPr>
          <w:p w14:paraId="2F2852D5" w14:textId="77777777" w:rsidR="0072186B" w:rsidRDefault="00F813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Benchmarks / Assessment Evidence</w:t>
            </w:r>
          </w:p>
        </w:tc>
        <w:tc>
          <w:tcPr>
            <w:tcW w:w="2880" w:type="dxa"/>
            <w:shd w:val="clear" w:color="auto" w:fill="F2DBDB" w:themeFill="accent2" w:themeFillTint="33"/>
          </w:tcPr>
          <w:p w14:paraId="3F0E93F0" w14:textId="77777777" w:rsidR="0072186B" w:rsidRDefault="00F813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Meta Skills</w:t>
            </w:r>
            <w:r w:rsidR="00516E60">
              <w:t xml:space="preserve"> </w:t>
            </w:r>
            <w:r w:rsidR="00516E60">
              <w:rPr>
                <w:b w:val="0"/>
                <w:bCs w:val="0"/>
              </w:rPr>
              <w:t>(Highlight/Circle)</w:t>
            </w:r>
          </w:p>
          <w:p w14:paraId="5FD11ABF" w14:textId="4FB9DABD" w:rsidR="006F03AB" w:rsidRPr="00F6591F" w:rsidRDefault="00F659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Observed throughout Enquiry</w:t>
            </w:r>
          </w:p>
        </w:tc>
      </w:tr>
      <w:tr w:rsidR="0072186B" w14:paraId="02EB378F" w14:textId="77777777" w:rsidTr="007218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FFFFF" w:themeFill="background1"/>
          </w:tcPr>
          <w:p w14:paraId="6BE24780" w14:textId="500FA2A7" w:rsidR="002E7C50" w:rsidRPr="008075C7" w:rsidRDefault="002E7C50" w:rsidP="002E7C50">
            <w:pPr>
              <w:rPr>
                <w:sz w:val="18"/>
                <w:szCs w:val="18"/>
                <w:lang w:val="en-GB"/>
              </w:rPr>
            </w:pPr>
            <w:r w:rsidRPr="008075C7">
              <w:rPr>
                <w:b w:val="0"/>
                <w:bCs w:val="0"/>
                <w:sz w:val="18"/>
                <w:szCs w:val="18"/>
                <w:lang w:val="en-GB"/>
              </w:rPr>
              <w:t>Through investigation, I can explore and describe the properties and behaviour of materials</w:t>
            </w:r>
            <w:r w:rsidRPr="008075C7">
              <w:rPr>
                <w:b w:val="0"/>
                <w:bCs w:val="0"/>
                <w:sz w:val="18"/>
                <w:szCs w:val="18"/>
                <w:lang w:val="en-GB"/>
              </w:rPr>
              <w:br/>
              <w:t>(SCN 1</w:t>
            </w:r>
            <w:r w:rsidRPr="008075C7">
              <w:rPr>
                <w:b w:val="0"/>
                <w:bCs w:val="0"/>
                <w:sz w:val="18"/>
                <w:szCs w:val="18"/>
                <w:lang w:val="en-GB"/>
              </w:rPr>
              <w:noBreakHyphen/>
              <w:t>12b)</w:t>
            </w:r>
          </w:p>
          <w:p w14:paraId="2450DF1A" w14:textId="02DFBF75" w:rsidR="00AD381C" w:rsidRPr="008075C7" w:rsidRDefault="00AD381C" w:rsidP="00AD381C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8075C7">
              <w:rPr>
                <w:sz w:val="18"/>
                <w:szCs w:val="18"/>
                <w:lang w:val="en-GB"/>
              </w:rPr>
              <w:br/>
            </w:r>
            <w:r w:rsidRPr="008075C7">
              <w:rPr>
                <w:b w:val="0"/>
                <w:bCs w:val="0"/>
                <w:sz w:val="18"/>
                <w:szCs w:val="18"/>
                <w:lang w:val="en-GB"/>
              </w:rPr>
              <w:t>I can describe the main features of an environment and how they are shaped by climate and weather</w:t>
            </w:r>
          </w:p>
          <w:p w14:paraId="7D7A4B41" w14:textId="0BC0D8FB" w:rsidR="00AD381C" w:rsidRPr="008075C7" w:rsidRDefault="00AD381C" w:rsidP="00AD381C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8075C7">
              <w:rPr>
                <w:b w:val="0"/>
                <w:bCs w:val="0"/>
                <w:sz w:val="18"/>
                <w:szCs w:val="18"/>
                <w:lang w:val="en-GB"/>
              </w:rPr>
              <w:t>(SOC 1</w:t>
            </w:r>
            <w:r w:rsidRPr="008075C7">
              <w:rPr>
                <w:b w:val="0"/>
                <w:bCs w:val="0"/>
                <w:sz w:val="18"/>
                <w:szCs w:val="18"/>
                <w:lang w:val="en-GB"/>
              </w:rPr>
              <w:noBreakHyphen/>
              <w:t>02a)</w:t>
            </w:r>
          </w:p>
          <w:p w14:paraId="440CCB01" w14:textId="3EB4A028" w:rsidR="00D41F2C" w:rsidRPr="008075C7" w:rsidRDefault="00D41F2C" w:rsidP="00AD381C">
            <w:pPr>
              <w:rPr>
                <w:b w:val="0"/>
                <w:bCs w:val="0"/>
                <w:sz w:val="18"/>
                <w:szCs w:val="18"/>
                <w:lang w:val="en-GB"/>
              </w:rPr>
            </w:pPr>
          </w:p>
          <w:p w14:paraId="33F5859B" w14:textId="6401D4F3" w:rsidR="00454BF3" w:rsidRPr="008075C7" w:rsidRDefault="00454BF3" w:rsidP="00454BF3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8075C7">
              <w:rPr>
                <w:b w:val="0"/>
                <w:bCs w:val="0"/>
                <w:sz w:val="18"/>
                <w:szCs w:val="18"/>
                <w:lang w:val="en-GB"/>
              </w:rPr>
              <w:t xml:space="preserve">Using digital technologies and other methods, I can create, capture and manipulate images, sound and text to communicate </w:t>
            </w:r>
            <w:r w:rsidR="00A10100" w:rsidRPr="008075C7">
              <w:rPr>
                <w:b w:val="0"/>
                <w:bCs w:val="0"/>
                <w:sz w:val="18"/>
                <w:szCs w:val="18"/>
                <w:lang w:val="en-GB"/>
              </w:rPr>
              <w:t>e</w:t>
            </w:r>
            <w:r w:rsidRPr="008075C7">
              <w:rPr>
                <w:b w:val="0"/>
                <w:bCs w:val="0"/>
                <w:sz w:val="18"/>
                <w:szCs w:val="18"/>
                <w:lang w:val="en-GB"/>
              </w:rPr>
              <w:t>xperiences, ideas and information</w:t>
            </w:r>
          </w:p>
          <w:p w14:paraId="59E90C42" w14:textId="66F9BD63" w:rsidR="00E20A93" w:rsidRPr="008075C7" w:rsidRDefault="00E20A93" w:rsidP="00454BF3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8075C7">
              <w:rPr>
                <w:b w:val="0"/>
                <w:bCs w:val="0"/>
                <w:sz w:val="18"/>
                <w:szCs w:val="18"/>
                <w:lang w:val="en-GB"/>
              </w:rPr>
              <w:t>(TCH 1</w:t>
            </w:r>
            <w:r w:rsidRPr="008075C7">
              <w:rPr>
                <w:b w:val="0"/>
                <w:bCs w:val="0"/>
                <w:sz w:val="18"/>
                <w:szCs w:val="18"/>
                <w:lang w:val="en-GB"/>
              </w:rPr>
              <w:noBreakHyphen/>
              <w:t>02a)</w:t>
            </w:r>
          </w:p>
          <w:p w14:paraId="6D1368F7" w14:textId="35536869" w:rsidR="00454BF3" w:rsidRPr="008075C7" w:rsidRDefault="00454BF3" w:rsidP="00454BF3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8075C7">
              <w:rPr>
                <w:sz w:val="18"/>
                <w:szCs w:val="18"/>
                <w:lang w:val="en-GB"/>
              </w:rPr>
              <w:br/>
            </w:r>
            <w:r w:rsidRPr="008075C7">
              <w:rPr>
                <w:b w:val="0"/>
                <w:bCs w:val="0"/>
                <w:sz w:val="18"/>
                <w:szCs w:val="18"/>
                <w:lang w:val="en-GB"/>
              </w:rPr>
              <w:t>I can extend and enhance my design skills to solve problems and produce solutions</w:t>
            </w:r>
          </w:p>
          <w:p w14:paraId="5B083BDB" w14:textId="04894F0C" w:rsidR="007F552B" w:rsidRPr="008075C7" w:rsidRDefault="00E20A93" w:rsidP="00454BF3">
            <w:pPr>
              <w:rPr>
                <w:sz w:val="18"/>
                <w:szCs w:val="18"/>
                <w:lang w:val="en-GB"/>
              </w:rPr>
            </w:pPr>
            <w:r w:rsidRPr="008075C7">
              <w:rPr>
                <w:b w:val="0"/>
                <w:bCs w:val="0"/>
                <w:sz w:val="18"/>
                <w:szCs w:val="18"/>
                <w:lang w:val="en-GB"/>
              </w:rPr>
              <w:t>(TCH 1</w:t>
            </w:r>
            <w:r w:rsidRPr="008075C7">
              <w:rPr>
                <w:b w:val="0"/>
                <w:bCs w:val="0"/>
                <w:sz w:val="18"/>
                <w:szCs w:val="18"/>
                <w:lang w:val="en-GB"/>
              </w:rPr>
              <w:noBreakHyphen/>
              <w:t>09a)</w:t>
            </w:r>
          </w:p>
          <w:p w14:paraId="44E62D8A" w14:textId="352B504E" w:rsidR="00E20A93" w:rsidRPr="008075C7" w:rsidRDefault="007F552B" w:rsidP="007F552B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8075C7">
              <w:rPr>
                <w:sz w:val="18"/>
                <w:szCs w:val="18"/>
                <w:lang w:val="en-GB"/>
              </w:rPr>
              <w:br/>
            </w:r>
            <w:r w:rsidRPr="008075C7">
              <w:rPr>
                <w:b w:val="0"/>
                <w:bCs w:val="0"/>
                <w:sz w:val="18"/>
                <w:szCs w:val="18"/>
                <w:lang w:val="en-GB"/>
              </w:rPr>
              <w:t>I can create texts which show my developing ideas and which convey information</w:t>
            </w:r>
            <w:r w:rsidR="008075C7" w:rsidRPr="008075C7">
              <w:rPr>
                <w:b w:val="0"/>
                <w:bCs w:val="0"/>
                <w:sz w:val="18"/>
                <w:szCs w:val="18"/>
                <w:lang w:val="en-GB"/>
              </w:rPr>
              <w:t xml:space="preserve"> (</w:t>
            </w:r>
            <w:r w:rsidR="00E20A93" w:rsidRPr="008075C7">
              <w:rPr>
                <w:b w:val="0"/>
                <w:bCs w:val="0"/>
                <w:sz w:val="18"/>
                <w:szCs w:val="18"/>
                <w:lang w:val="en-GB"/>
              </w:rPr>
              <w:t>LIT 1</w:t>
            </w:r>
            <w:r w:rsidR="00E20A93" w:rsidRPr="008075C7">
              <w:rPr>
                <w:b w:val="0"/>
                <w:bCs w:val="0"/>
                <w:sz w:val="18"/>
                <w:szCs w:val="18"/>
                <w:lang w:val="en-GB"/>
              </w:rPr>
              <w:noBreakHyphen/>
              <w:t>24a</w:t>
            </w:r>
            <w:r w:rsidR="008075C7" w:rsidRPr="008075C7">
              <w:rPr>
                <w:b w:val="0"/>
                <w:bCs w:val="0"/>
                <w:sz w:val="18"/>
                <w:szCs w:val="18"/>
                <w:lang w:val="en-GB"/>
              </w:rPr>
              <w:t>)</w:t>
            </w:r>
          </w:p>
          <w:p w14:paraId="0726188B" w14:textId="4D46812F" w:rsidR="00783671" w:rsidRPr="008075C7" w:rsidRDefault="00783671" w:rsidP="00454BF3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8075C7">
              <w:rPr>
                <w:sz w:val="18"/>
                <w:szCs w:val="18"/>
                <w:lang w:val="en-GB"/>
              </w:rPr>
              <w:lastRenderedPageBreak/>
              <w:t>LfS</w:t>
            </w:r>
          </w:p>
          <w:p w14:paraId="3A90DA0B" w14:textId="77777777" w:rsidR="00783671" w:rsidRPr="008075C7" w:rsidRDefault="00783671" w:rsidP="00783671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8075C7">
              <w:rPr>
                <w:b w:val="0"/>
                <w:bCs w:val="0"/>
                <w:sz w:val="18"/>
                <w:szCs w:val="18"/>
                <w:lang w:val="en-GB"/>
              </w:rPr>
              <w:t>Links to: ethical sourcing, fairness, waste, packaging breakdown, and global connections.</w:t>
            </w:r>
          </w:p>
          <w:p w14:paraId="612CD966" w14:textId="77777777" w:rsidR="00783671" w:rsidRPr="008075C7" w:rsidRDefault="00783671" w:rsidP="00454BF3">
            <w:pPr>
              <w:rPr>
                <w:sz w:val="18"/>
                <w:szCs w:val="18"/>
                <w:lang w:val="en-GB"/>
              </w:rPr>
            </w:pPr>
          </w:p>
          <w:p w14:paraId="53D33A56" w14:textId="77777777" w:rsidR="00C14B2B" w:rsidRPr="008075C7" w:rsidRDefault="00C14B2B" w:rsidP="00C14B2B">
            <w:pPr>
              <w:rPr>
                <w:sz w:val="18"/>
                <w:szCs w:val="18"/>
                <w:lang w:val="en-GB"/>
              </w:rPr>
            </w:pPr>
          </w:p>
          <w:p w14:paraId="506C8FEB" w14:textId="77777777" w:rsidR="00C14B2B" w:rsidRPr="008075C7" w:rsidRDefault="00C14B2B" w:rsidP="00C14B2B">
            <w:pPr>
              <w:rPr>
                <w:b w:val="0"/>
                <w:bCs w:val="0"/>
                <w:sz w:val="18"/>
                <w:szCs w:val="18"/>
                <w:lang w:val="en-GB"/>
              </w:rPr>
            </w:pPr>
          </w:p>
          <w:p w14:paraId="7DC580A6" w14:textId="77777777" w:rsidR="002E7C50" w:rsidRPr="008075C7" w:rsidRDefault="002E7C50" w:rsidP="002E7C50">
            <w:pPr>
              <w:rPr>
                <w:b w:val="0"/>
                <w:bCs w:val="0"/>
                <w:sz w:val="18"/>
                <w:szCs w:val="18"/>
                <w:lang w:val="en-GB"/>
              </w:rPr>
            </w:pPr>
          </w:p>
          <w:p w14:paraId="7F0D6234" w14:textId="77777777" w:rsidR="0072186B" w:rsidRPr="008075C7" w:rsidRDefault="0072186B">
            <w:pPr>
              <w:rPr>
                <w:sz w:val="20"/>
                <w:szCs w:val="20"/>
                <w:lang w:val="en-GB"/>
              </w:rPr>
            </w:pPr>
          </w:p>
          <w:p w14:paraId="6A05A809" w14:textId="58AA5105" w:rsidR="00BD3859" w:rsidRPr="008075C7" w:rsidRDefault="00BD3859">
            <w:pPr>
              <w:rPr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2880" w:type="dxa"/>
            <w:shd w:val="clear" w:color="auto" w:fill="FFFFFF" w:themeFill="background1"/>
          </w:tcPr>
          <w:p w14:paraId="546BF99E" w14:textId="77777777" w:rsidR="00692BC6" w:rsidRDefault="00692BC6" w:rsidP="00692B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lastRenderedPageBreak/>
              <w:t>Learners can:</w:t>
            </w:r>
          </w:p>
          <w:p w14:paraId="13A4BA53" w14:textId="77777777" w:rsidR="000D19E2" w:rsidRDefault="00692BC6" w:rsidP="00692BC6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0D19E2">
              <w:rPr>
                <w:sz w:val="18"/>
                <w:szCs w:val="18"/>
                <w:lang w:val="en-GB"/>
              </w:rPr>
              <w:t>Investigate the properties of chocolate and explain what happens when it is heated and cooled</w:t>
            </w:r>
          </w:p>
          <w:p w14:paraId="0BDA0C15" w14:textId="77777777" w:rsidR="000D19E2" w:rsidRDefault="00692BC6" w:rsidP="00692BC6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0D19E2">
              <w:rPr>
                <w:sz w:val="18"/>
                <w:szCs w:val="18"/>
                <w:lang w:val="en-GB"/>
              </w:rPr>
              <w:t>Describe where chocolate comes from and the journey from bean to bar</w:t>
            </w:r>
          </w:p>
          <w:p w14:paraId="37BF26EB" w14:textId="77777777" w:rsidR="000D19E2" w:rsidRDefault="00692BC6" w:rsidP="00692BC6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0D19E2">
              <w:rPr>
                <w:sz w:val="18"/>
                <w:szCs w:val="18"/>
                <w:lang w:val="en-GB"/>
              </w:rPr>
              <w:t>Explain why cacao grows in particular climates</w:t>
            </w:r>
          </w:p>
          <w:p w14:paraId="5CCBB344" w14:textId="77777777" w:rsidR="000D19E2" w:rsidRDefault="00692BC6" w:rsidP="00692BC6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0D19E2">
              <w:rPr>
                <w:sz w:val="18"/>
                <w:szCs w:val="18"/>
                <w:lang w:val="en-GB"/>
              </w:rPr>
              <w:t>Gather information from different sources</w:t>
            </w:r>
          </w:p>
          <w:p w14:paraId="0B0E37F6" w14:textId="77777777" w:rsidR="000D19E2" w:rsidRDefault="00692BC6" w:rsidP="00692BC6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0D19E2">
              <w:rPr>
                <w:sz w:val="18"/>
                <w:szCs w:val="18"/>
                <w:lang w:val="en-GB"/>
              </w:rPr>
              <w:t>Compare ethical and non-ethical chocolate production</w:t>
            </w:r>
          </w:p>
          <w:p w14:paraId="6D9677A2" w14:textId="77777777" w:rsidR="000D19E2" w:rsidRDefault="00692BC6" w:rsidP="00692BC6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0D19E2">
              <w:rPr>
                <w:sz w:val="18"/>
                <w:szCs w:val="18"/>
                <w:lang w:val="en-GB"/>
              </w:rPr>
              <w:t>Consider how packaging impacts the environment</w:t>
            </w:r>
          </w:p>
          <w:p w14:paraId="70DBBB55" w14:textId="77777777" w:rsidR="000D19E2" w:rsidRDefault="00692BC6" w:rsidP="00692BC6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0D19E2">
              <w:rPr>
                <w:sz w:val="18"/>
                <w:szCs w:val="18"/>
                <w:lang w:val="en-GB"/>
              </w:rPr>
              <w:t>Design a chocolate product which meets a purpose</w:t>
            </w:r>
          </w:p>
          <w:p w14:paraId="0E94AC66" w14:textId="77777777" w:rsidR="000D19E2" w:rsidRDefault="00692BC6" w:rsidP="00692BC6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0D19E2">
              <w:rPr>
                <w:sz w:val="18"/>
                <w:szCs w:val="18"/>
                <w:lang w:val="en-GB"/>
              </w:rPr>
              <w:t>Present ideas clearly to an audience</w:t>
            </w:r>
          </w:p>
          <w:p w14:paraId="03BE2C00" w14:textId="309CE89D" w:rsidR="00692BC6" w:rsidRPr="000D19E2" w:rsidRDefault="00692BC6" w:rsidP="00692BC6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0D19E2">
              <w:rPr>
                <w:sz w:val="18"/>
                <w:szCs w:val="18"/>
                <w:lang w:val="en-GB"/>
              </w:rPr>
              <w:t>Justify choices made in product and packaging desig</w:t>
            </w:r>
            <w:r w:rsidR="008075C7" w:rsidRPr="000D19E2">
              <w:rPr>
                <w:sz w:val="18"/>
                <w:szCs w:val="18"/>
                <w:lang w:val="en-GB"/>
              </w:rPr>
              <w:t>n</w:t>
            </w:r>
          </w:p>
          <w:p w14:paraId="59E91071" w14:textId="77777777" w:rsidR="00563EE1" w:rsidRDefault="005B4A44" w:rsidP="003D20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GB"/>
              </w:rPr>
            </w:pPr>
            <w:r w:rsidRPr="008F08A1">
              <w:rPr>
                <w:b/>
                <w:bCs/>
                <w:sz w:val="18"/>
                <w:szCs w:val="18"/>
                <w:lang w:val="en-GB"/>
              </w:rPr>
              <w:lastRenderedPageBreak/>
              <w:t>Possible evidence</w:t>
            </w:r>
            <w:r>
              <w:rPr>
                <w:b/>
                <w:bCs/>
                <w:sz w:val="18"/>
                <w:szCs w:val="18"/>
                <w:lang w:val="en-GB"/>
              </w:rPr>
              <w:t>:</w:t>
            </w:r>
          </w:p>
          <w:p w14:paraId="12C17E61" w14:textId="77777777" w:rsidR="006C0D32" w:rsidRDefault="006C0D32" w:rsidP="006C0D32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C0D32">
              <w:rPr>
                <w:sz w:val="18"/>
                <w:szCs w:val="18"/>
                <w:lang w:val="en-GB"/>
              </w:rPr>
              <w:t xml:space="preserve">Chocolate investigations and fair tests </w:t>
            </w:r>
          </w:p>
          <w:p w14:paraId="1D8B1825" w14:textId="77777777" w:rsidR="006C0D32" w:rsidRDefault="006C0D32" w:rsidP="006C0D32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C0D32">
              <w:rPr>
                <w:sz w:val="18"/>
                <w:szCs w:val="18"/>
                <w:lang w:val="en-GB"/>
              </w:rPr>
              <w:t xml:space="preserve">Packaging designs and prototypes </w:t>
            </w:r>
          </w:p>
          <w:p w14:paraId="1747D14D" w14:textId="77777777" w:rsidR="006C0D32" w:rsidRDefault="006C0D32" w:rsidP="006C0D32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C0D32">
              <w:rPr>
                <w:sz w:val="18"/>
                <w:szCs w:val="18"/>
                <w:lang w:val="en-GB"/>
              </w:rPr>
              <w:t xml:space="preserve">Consumer survey results </w:t>
            </w:r>
          </w:p>
          <w:p w14:paraId="1CB8416A" w14:textId="77777777" w:rsidR="006C0D32" w:rsidRDefault="006C0D32" w:rsidP="006C0D32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C0D32">
              <w:rPr>
                <w:sz w:val="18"/>
                <w:szCs w:val="18"/>
                <w:lang w:val="en-GB"/>
              </w:rPr>
              <w:t xml:space="preserve">Marketing materials and advertisements </w:t>
            </w:r>
          </w:p>
          <w:p w14:paraId="3003A460" w14:textId="77777777" w:rsidR="006C0D32" w:rsidRDefault="006C0D32" w:rsidP="006C0D32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C0D32">
              <w:rPr>
                <w:sz w:val="18"/>
                <w:szCs w:val="18"/>
                <w:lang w:val="en-GB"/>
              </w:rPr>
              <w:t xml:space="preserve">Fairtrade awareness campaigns </w:t>
            </w:r>
          </w:p>
          <w:p w14:paraId="5046F056" w14:textId="77777777" w:rsidR="006C0D32" w:rsidRDefault="006C0D32" w:rsidP="006C0D32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C0D32">
              <w:rPr>
                <w:sz w:val="18"/>
                <w:szCs w:val="18"/>
                <w:lang w:val="en-GB"/>
              </w:rPr>
              <w:t xml:space="preserve">Digital presentations </w:t>
            </w:r>
          </w:p>
          <w:p w14:paraId="44118D88" w14:textId="77777777" w:rsidR="006C0D32" w:rsidRDefault="006C0D32" w:rsidP="006C0D32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C0D32">
              <w:rPr>
                <w:sz w:val="18"/>
                <w:szCs w:val="18"/>
                <w:lang w:val="en-GB"/>
              </w:rPr>
              <w:t xml:space="preserve">Research notes </w:t>
            </w:r>
          </w:p>
          <w:p w14:paraId="6122A132" w14:textId="77777777" w:rsidR="006C0D32" w:rsidRDefault="006C0D32" w:rsidP="006C0D32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C0D32">
              <w:rPr>
                <w:sz w:val="18"/>
                <w:szCs w:val="18"/>
                <w:lang w:val="en-GB"/>
              </w:rPr>
              <w:t>Learning conversations</w:t>
            </w:r>
          </w:p>
          <w:p w14:paraId="5B6AF938" w14:textId="77777777" w:rsidR="006C0D32" w:rsidRDefault="006C0D32" w:rsidP="006C0D32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C0D32">
              <w:rPr>
                <w:sz w:val="18"/>
                <w:szCs w:val="18"/>
                <w:lang w:val="en-GB"/>
              </w:rPr>
              <w:t xml:space="preserve">Floor books </w:t>
            </w:r>
          </w:p>
          <w:p w14:paraId="5A39BBE3" w14:textId="7AF2743C" w:rsidR="005B4A44" w:rsidRPr="006C0D32" w:rsidRDefault="006C0D32" w:rsidP="003D20FC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C0D32">
              <w:rPr>
                <w:sz w:val="18"/>
                <w:szCs w:val="18"/>
                <w:lang w:val="en-GB"/>
              </w:rPr>
              <w:t>Peer and self-assessments</w:t>
            </w:r>
          </w:p>
        </w:tc>
        <w:tc>
          <w:tcPr>
            <w:tcW w:w="2880" w:type="dxa"/>
            <w:shd w:val="clear" w:color="auto" w:fill="FFFFFF" w:themeFill="background1"/>
          </w:tcPr>
          <w:tbl>
            <w:tblPr>
              <w:tblStyle w:val="TableGrid"/>
              <w:tblW w:w="2671" w:type="dxa"/>
              <w:tblLook w:val="04A0" w:firstRow="1" w:lastRow="0" w:firstColumn="1" w:lastColumn="0" w:noHBand="0" w:noVBand="1"/>
            </w:tblPr>
            <w:tblGrid>
              <w:gridCol w:w="1335"/>
              <w:gridCol w:w="1336"/>
            </w:tblGrid>
            <w:tr w:rsidR="007E175B" w14:paraId="053EE1CD" w14:textId="77777777" w:rsidTr="004F2C34">
              <w:trPr>
                <w:trHeight w:val="715"/>
              </w:trPr>
              <w:tc>
                <w:tcPr>
                  <w:tcW w:w="1335" w:type="dxa"/>
                </w:tcPr>
                <w:p w14:paraId="413C4D59" w14:textId="4B09F335" w:rsidR="007E175B" w:rsidRDefault="00513300" w:rsidP="00513300">
                  <w:pPr>
                    <w:jc w:val="center"/>
                    <w:rPr>
                      <w:sz w:val="18"/>
                      <w:szCs w:val="18"/>
                    </w:rPr>
                  </w:pPr>
                  <w:r w:rsidRPr="00513300">
                    <w:rPr>
                      <w:noProof/>
                      <w:sz w:val="18"/>
                      <w:szCs w:val="18"/>
                    </w:rPr>
                    <w:lastRenderedPageBreak/>
                    <w:drawing>
                      <wp:inline distT="0" distB="0" distL="0" distR="0" wp14:anchorId="57C42011" wp14:editId="4297F226">
                        <wp:extent cx="423333" cy="455198"/>
                        <wp:effectExtent l="0" t="0" r="0" b="2540"/>
                        <wp:docPr id="836900404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561D1BB0-2F7E-40A7-8F01-67DBFCEC6825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6900404" name="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7159" cy="4593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6" w:type="dxa"/>
                  <w:shd w:val="clear" w:color="auto" w:fill="FFFF00"/>
                </w:tcPr>
                <w:p w14:paraId="41701E15" w14:textId="2FC963E4" w:rsidR="007E175B" w:rsidRDefault="002E740F" w:rsidP="00513300">
                  <w:pPr>
                    <w:jc w:val="center"/>
                    <w:rPr>
                      <w:sz w:val="18"/>
                      <w:szCs w:val="18"/>
                    </w:rPr>
                  </w:pPr>
                  <w:r w:rsidRPr="002E740F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5C09EE7A" wp14:editId="038D8E66">
                        <wp:extent cx="436033" cy="414659"/>
                        <wp:effectExtent l="0" t="0" r="2540" b="4445"/>
                        <wp:docPr id="159560523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29800C44-C627-48F0-9166-E3B26955EFB9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9560523" name="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0041" cy="418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33FA1D02" w14:textId="77777777" w:rsidTr="00CC7EE6">
              <w:trPr>
                <w:trHeight w:val="715"/>
              </w:trPr>
              <w:tc>
                <w:tcPr>
                  <w:tcW w:w="1335" w:type="dxa"/>
                </w:tcPr>
                <w:p w14:paraId="5869249A" w14:textId="73143958" w:rsidR="007E175B" w:rsidRDefault="008B0AA3" w:rsidP="008B0AA3">
                  <w:pPr>
                    <w:tabs>
                      <w:tab w:val="center" w:pos="559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ab/>
                  </w:r>
                  <w:r w:rsidR="00FF78E9" w:rsidRPr="00FF78E9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1D96522" wp14:editId="661639A0">
                        <wp:extent cx="364067" cy="400074"/>
                        <wp:effectExtent l="0" t="0" r="0" b="0"/>
                        <wp:docPr id="784116845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F7AADF42-12B0-4D32-A32E-109403B1CA53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4116845" name="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8675" cy="4051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6" w:type="dxa"/>
                </w:tcPr>
                <w:p w14:paraId="54AE0B73" w14:textId="12CE27FC" w:rsidR="007E175B" w:rsidRDefault="000A3B56" w:rsidP="000A3B56">
                  <w:pPr>
                    <w:jc w:val="center"/>
                    <w:rPr>
                      <w:sz w:val="18"/>
                      <w:szCs w:val="18"/>
                    </w:rPr>
                  </w:pPr>
                  <w:r w:rsidRPr="000A3B56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09E09C42" wp14:editId="11AEFAEB">
                        <wp:extent cx="414867" cy="389724"/>
                        <wp:effectExtent l="0" t="0" r="4445" b="0"/>
                        <wp:docPr id="342234002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855302BA-7EAD-4A83-BF8E-F5AD75D68435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2234002" name="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8890" cy="393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11C82966" w14:textId="77777777" w:rsidTr="004F2C34">
              <w:trPr>
                <w:trHeight w:val="762"/>
              </w:trPr>
              <w:tc>
                <w:tcPr>
                  <w:tcW w:w="1335" w:type="dxa"/>
                  <w:shd w:val="clear" w:color="auto" w:fill="FFFF00"/>
                </w:tcPr>
                <w:p w14:paraId="1D37B497" w14:textId="4F92E38E" w:rsidR="007E175B" w:rsidRDefault="00CC7EE6" w:rsidP="00CC7EE6">
                  <w:pPr>
                    <w:tabs>
                      <w:tab w:val="center" w:pos="559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ab/>
                  </w:r>
                  <w:r w:rsidR="00990251" w:rsidRPr="00990251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3F41E5A" wp14:editId="3D661839">
                        <wp:extent cx="575522" cy="438493"/>
                        <wp:effectExtent l="0" t="0" r="0" b="0"/>
                        <wp:docPr id="977009112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229607F1-9215-448F-9CD8-E72ECF0A449A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77009112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1204" cy="4504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6" w:type="dxa"/>
                </w:tcPr>
                <w:p w14:paraId="7D17B6AE" w14:textId="50E5E9B7" w:rsidR="007E175B" w:rsidRDefault="004115A7" w:rsidP="004115A7">
                  <w:pPr>
                    <w:jc w:val="center"/>
                    <w:rPr>
                      <w:sz w:val="18"/>
                      <w:szCs w:val="18"/>
                    </w:rPr>
                  </w:pPr>
                  <w:r w:rsidRPr="004115A7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F44010D" wp14:editId="38D2B91F">
                        <wp:extent cx="294217" cy="403037"/>
                        <wp:effectExtent l="0" t="0" r="0" b="0"/>
                        <wp:docPr id="1448691377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56E0771C-D785-4F10-AA53-CEB8AEE5179F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48691377" name="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246" cy="4085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67297CF9" w14:textId="77777777" w:rsidTr="004F2C34">
              <w:trPr>
                <w:trHeight w:val="715"/>
              </w:trPr>
              <w:tc>
                <w:tcPr>
                  <w:tcW w:w="1335" w:type="dxa"/>
                  <w:shd w:val="clear" w:color="auto" w:fill="FFFF00"/>
                </w:tcPr>
                <w:p w14:paraId="46E8EF04" w14:textId="21ADCAE1" w:rsidR="007E175B" w:rsidRDefault="006208C2" w:rsidP="004115A7">
                  <w:pPr>
                    <w:jc w:val="center"/>
                    <w:rPr>
                      <w:sz w:val="18"/>
                      <w:szCs w:val="18"/>
                    </w:rPr>
                  </w:pPr>
                  <w:r w:rsidRPr="006208C2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234CE651" wp14:editId="6B73149B">
                        <wp:extent cx="481814" cy="406400"/>
                        <wp:effectExtent l="0" t="0" r="0" b="0"/>
                        <wp:docPr id="1750787204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AA670DA6-2D26-463E-B3C9-FCBC1114999E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50787204" name="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1891" cy="41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6" w:type="dxa"/>
                </w:tcPr>
                <w:p w14:paraId="712658CC" w14:textId="09BEF69E" w:rsidR="007E175B" w:rsidRDefault="00E8604F" w:rsidP="00E8604F">
                  <w:pPr>
                    <w:jc w:val="center"/>
                    <w:rPr>
                      <w:sz w:val="18"/>
                      <w:szCs w:val="18"/>
                    </w:rPr>
                  </w:pPr>
                  <w:r w:rsidRPr="00E8604F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7E07C889" wp14:editId="38EA6376">
                        <wp:extent cx="508000" cy="426357"/>
                        <wp:effectExtent l="0" t="0" r="6350" b="0"/>
                        <wp:docPr id="839050988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782CFD7F-5599-4C16-AEAC-B7D0BF048BE3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9050988" name="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4879" cy="4321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313214F6" w14:textId="77777777" w:rsidTr="00BB3E89">
              <w:trPr>
                <w:trHeight w:val="715"/>
              </w:trPr>
              <w:tc>
                <w:tcPr>
                  <w:tcW w:w="1335" w:type="dxa"/>
                  <w:shd w:val="clear" w:color="auto" w:fill="FFFF00"/>
                </w:tcPr>
                <w:p w14:paraId="3DAC47D4" w14:textId="0DA86693" w:rsidR="007E175B" w:rsidRDefault="008A739B" w:rsidP="008A739B">
                  <w:pPr>
                    <w:tabs>
                      <w:tab w:val="center" w:pos="559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ab/>
                  </w:r>
                  <w:r w:rsidR="00015C3B" w:rsidRPr="00015C3B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E63375E" wp14:editId="1D192AD6">
                        <wp:extent cx="389467" cy="414327"/>
                        <wp:effectExtent l="0" t="0" r="0" b="5080"/>
                        <wp:docPr id="353563663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B6DAB294-2D3C-4A1C-AC1A-8E42DDB1A876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3563663" name="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0697" cy="4262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6" w:type="dxa"/>
                  <w:shd w:val="clear" w:color="auto" w:fill="FFFF00"/>
                </w:tcPr>
                <w:p w14:paraId="154C7506" w14:textId="1F87941B" w:rsidR="007E175B" w:rsidRDefault="00B9746F" w:rsidP="00B9746F">
                  <w:pPr>
                    <w:jc w:val="center"/>
                    <w:rPr>
                      <w:sz w:val="18"/>
                      <w:szCs w:val="18"/>
                    </w:rPr>
                  </w:pPr>
                  <w:r w:rsidRPr="00B9746F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2F498DA0" wp14:editId="57B827F2">
                        <wp:extent cx="433549" cy="414020"/>
                        <wp:effectExtent l="0" t="0" r="5080" b="5080"/>
                        <wp:docPr id="1429828695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E5188DD7-64AB-4B96-9135-694C993C26C7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29828695" name="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4496" cy="4244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4ECB3178" w14:textId="77777777" w:rsidTr="004F2C34">
              <w:trPr>
                <w:trHeight w:val="715"/>
              </w:trPr>
              <w:tc>
                <w:tcPr>
                  <w:tcW w:w="1335" w:type="dxa"/>
                  <w:shd w:val="clear" w:color="auto" w:fill="FFFF00"/>
                </w:tcPr>
                <w:p w14:paraId="695AFA88" w14:textId="5E28D18A" w:rsidR="007E175B" w:rsidRDefault="00727042" w:rsidP="00727042">
                  <w:pPr>
                    <w:jc w:val="center"/>
                    <w:rPr>
                      <w:sz w:val="18"/>
                      <w:szCs w:val="18"/>
                    </w:rPr>
                  </w:pPr>
                  <w:r w:rsidRPr="00727042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5EFB7113" wp14:editId="758FBA3C">
                        <wp:extent cx="491067" cy="416158"/>
                        <wp:effectExtent l="0" t="0" r="4445" b="3175"/>
                        <wp:docPr id="1466763306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14B1A417-D0B5-4B7A-B501-18F190213997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66763306" name="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269" cy="4180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6" w:type="dxa"/>
                  <w:shd w:val="clear" w:color="auto" w:fill="FFFF00"/>
                </w:tcPr>
                <w:p w14:paraId="624A1317" w14:textId="13BF5439" w:rsidR="007E175B" w:rsidRDefault="00BA6D0B" w:rsidP="00BA6D0B">
                  <w:pPr>
                    <w:jc w:val="center"/>
                    <w:rPr>
                      <w:sz w:val="18"/>
                      <w:szCs w:val="18"/>
                    </w:rPr>
                  </w:pPr>
                  <w:r w:rsidRPr="00BA6D0B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2E0EBE4A" wp14:editId="2D2BE8B2">
                        <wp:extent cx="564938" cy="440823"/>
                        <wp:effectExtent l="0" t="0" r="6985" b="0"/>
                        <wp:docPr id="304312351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5D32173C-A60A-4E5E-BD1E-4D89073D05C9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4312351" name="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69" cy="4429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0F419DD" w14:textId="2473877C" w:rsidR="00F616F5" w:rsidRDefault="00F616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1C8F396" w14:textId="7F9DA493" w:rsidR="00F616F5" w:rsidRDefault="00F616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E9D4787" w14:textId="1AF5787B" w:rsidR="0072186B" w:rsidRDefault="35C8AC6D">
      <w:pPr>
        <w:pStyle w:val="Heading2"/>
      </w:pPr>
      <w:r>
        <w:t>Learning Experiences</w:t>
      </w:r>
    </w:p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4310"/>
        <w:gridCol w:w="4310"/>
      </w:tblGrid>
      <w:tr w:rsidR="0072186B" w14:paraId="756890C7" w14:textId="77777777" w:rsidTr="008426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0" w:type="dxa"/>
            <w:shd w:val="clear" w:color="auto" w:fill="C6D9F1" w:themeFill="text2" w:themeFillTint="33"/>
          </w:tcPr>
          <w:p w14:paraId="18531322" w14:textId="40F13BBB" w:rsidR="0072186B" w:rsidRDefault="00F8138A">
            <w:r>
              <w:t>Possible Learning Experiences / Provocations (may be linked to zones)</w:t>
            </w:r>
          </w:p>
        </w:tc>
        <w:tc>
          <w:tcPr>
            <w:tcW w:w="4310" w:type="dxa"/>
            <w:shd w:val="clear" w:color="auto" w:fill="C6D9F1" w:themeFill="text2" w:themeFillTint="33"/>
          </w:tcPr>
          <w:p w14:paraId="1494E2EA" w14:textId="77777777" w:rsidR="0072186B" w:rsidRDefault="00F813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Resources</w:t>
            </w:r>
          </w:p>
        </w:tc>
      </w:tr>
      <w:tr w:rsidR="00842652" w14:paraId="72A3D3EC" w14:textId="77777777" w:rsidTr="00842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2"/>
            <w:shd w:val="clear" w:color="auto" w:fill="FFFFFF" w:themeFill="background1"/>
          </w:tcPr>
          <w:p w14:paraId="0E27B00A" w14:textId="3BE8B9A6" w:rsidR="00842652" w:rsidRPr="00842652" w:rsidRDefault="00842652" w:rsidP="00BC0423">
            <w:pPr>
              <w:jc w:val="center"/>
              <w:rPr>
                <w:b w:val="0"/>
                <w:bCs w:val="0"/>
                <w:sz w:val="18"/>
                <w:szCs w:val="18"/>
              </w:rPr>
            </w:pPr>
            <w:r w:rsidRPr="00482CF9">
              <w:rPr>
                <w:sz w:val="18"/>
                <w:szCs w:val="18"/>
              </w:rPr>
              <w:t>Teacher-</w:t>
            </w:r>
            <w:r w:rsidR="00BC0423">
              <w:rPr>
                <w:sz w:val="18"/>
                <w:szCs w:val="18"/>
              </w:rPr>
              <w:t>L</w:t>
            </w:r>
            <w:r w:rsidRPr="00482CF9">
              <w:rPr>
                <w:sz w:val="18"/>
                <w:szCs w:val="18"/>
              </w:rPr>
              <w:t>ed</w:t>
            </w:r>
          </w:p>
        </w:tc>
      </w:tr>
      <w:tr w:rsidR="00AA390C" w14:paraId="390E8E05" w14:textId="77777777" w:rsidTr="009A34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2"/>
            <w:shd w:val="clear" w:color="auto" w:fill="FFFFFF" w:themeFill="background1"/>
          </w:tcPr>
          <w:p w14:paraId="12A129FC" w14:textId="4754355D" w:rsidR="00AA390C" w:rsidRPr="004B2E56" w:rsidRDefault="00AA390C" w:rsidP="004B2E56">
            <w:pPr>
              <w:rPr>
                <w:sz w:val="18"/>
                <w:szCs w:val="18"/>
                <w:lang w:val="en-GB"/>
              </w:rPr>
            </w:pPr>
            <w:r w:rsidRPr="004B2E56">
              <w:rPr>
                <w:sz w:val="18"/>
                <w:szCs w:val="18"/>
                <w:lang w:val="en-GB"/>
              </w:rPr>
              <w:t>Generate and record enquiry questions to guide the project- revis</w:t>
            </w:r>
            <w:r w:rsidR="006963A3" w:rsidRPr="004B2E56">
              <w:rPr>
                <w:sz w:val="18"/>
                <w:szCs w:val="18"/>
                <w:lang w:val="en-GB"/>
              </w:rPr>
              <w:t>it these throughout the projec</w:t>
            </w:r>
            <w:r w:rsidR="004B2E56" w:rsidRPr="004B2E56">
              <w:rPr>
                <w:sz w:val="18"/>
                <w:szCs w:val="18"/>
                <w:lang w:val="en-GB"/>
              </w:rPr>
              <w:t>t</w:t>
            </w:r>
          </w:p>
          <w:p w14:paraId="76E42E97" w14:textId="644AFA43" w:rsidR="00AA390C" w:rsidRPr="004B2E56" w:rsidRDefault="00AA390C" w:rsidP="007361B1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4B2E56">
              <w:rPr>
                <w:b w:val="0"/>
                <w:bCs w:val="0"/>
                <w:sz w:val="18"/>
                <w:szCs w:val="18"/>
                <w:lang w:val="en-GB"/>
              </w:rPr>
              <w:t>Investigate the science of chocolate</w:t>
            </w:r>
          </w:p>
          <w:p w14:paraId="2ADC405B" w14:textId="2B6FDBCB" w:rsidR="00AA390C" w:rsidRPr="004B2E56" w:rsidRDefault="00AA390C" w:rsidP="007361B1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4B2E56">
              <w:rPr>
                <w:b w:val="0"/>
                <w:bCs w:val="0"/>
                <w:sz w:val="18"/>
                <w:szCs w:val="18"/>
                <w:lang w:val="en-GB"/>
              </w:rPr>
              <w:t>Explore the journey from bean to bar</w:t>
            </w:r>
          </w:p>
          <w:p w14:paraId="5E9DB34E" w14:textId="7D4FD375" w:rsidR="00AA390C" w:rsidRPr="004B2E56" w:rsidRDefault="00AA390C" w:rsidP="007361B1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4B2E56">
              <w:rPr>
                <w:b w:val="0"/>
                <w:bCs w:val="0"/>
                <w:sz w:val="18"/>
                <w:szCs w:val="18"/>
                <w:lang w:val="en-GB"/>
              </w:rPr>
              <w:t>Investigate where cacao is grown and why</w:t>
            </w:r>
          </w:p>
          <w:p w14:paraId="62F4A5C7" w14:textId="7A70321A" w:rsidR="00AA390C" w:rsidRPr="004B2E56" w:rsidRDefault="00AA390C" w:rsidP="007361B1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4B2E56">
              <w:rPr>
                <w:b w:val="0"/>
                <w:bCs w:val="0"/>
                <w:sz w:val="18"/>
                <w:szCs w:val="18"/>
                <w:lang w:val="en-GB"/>
              </w:rPr>
              <w:t>Compare Fairtrade and non-Fairtrade chocolate</w:t>
            </w:r>
          </w:p>
          <w:p w14:paraId="5E88B974" w14:textId="3D3F005D" w:rsidR="00AA390C" w:rsidRPr="004B2E56" w:rsidRDefault="00AA390C" w:rsidP="007361B1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4B2E56">
              <w:rPr>
                <w:b w:val="0"/>
                <w:bCs w:val="0"/>
                <w:sz w:val="18"/>
                <w:szCs w:val="18"/>
                <w:lang w:val="en-GB"/>
              </w:rPr>
              <w:t>Explore packaging and environmental impact</w:t>
            </w:r>
          </w:p>
          <w:p w14:paraId="3E3F8223" w14:textId="34FDBF6F" w:rsidR="00AA390C" w:rsidRPr="004B2E56" w:rsidRDefault="00AA390C" w:rsidP="007361B1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4B2E56">
              <w:rPr>
                <w:b w:val="0"/>
                <w:bCs w:val="0"/>
                <w:sz w:val="18"/>
                <w:szCs w:val="18"/>
                <w:lang w:val="en-GB"/>
              </w:rPr>
              <w:t>Develop product design and marketing skills</w:t>
            </w:r>
          </w:p>
          <w:p w14:paraId="2570613E" w14:textId="39590A29" w:rsidR="00AA390C" w:rsidRPr="004B2E56" w:rsidRDefault="00AA390C" w:rsidP="007361B1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4B2E56">
              <w:rPr>
                <w:b w:val="0"/>
                <w:bCs w:val="0"/>
                <w:sz w:val="18"/>
                <w:szCs w:val="18"/>
                <w:lang w:val="en-GB"/>
              </w:rPr>
              <w:t>Investigate how businesses persuade consumer</w:t>
            </w:r>
            <w:r w:rsidR="004B2E56" w:rsidRPr="004B2E56">
              <w:rPr>
                <w:b w:val="0"/>
                <w:bCs w:val="0"/>
                <w:sz w:val="18"/>
                <w:szCs w:val="18"/>
                <w:lang w:val="en-GB"/>
              </w:rPr>
              <w:t>s</w:t>
            </w:r>
          </w:p>
          <w:p w14:paraId="4DA7CA73" w14:textId="70D953C1" w:rsidR="00AA390C" w:rsidRPr="004B2E56" w:rsidRDefault="00AA390C" w:rsidP="000A2488">
            <w:pPr>
              <w:pStyle w:val="ListParagraph"/>
              <w:numPr>
                <w:ilvl w:val="0"/>
                <w:numId w:val="19"/>
              </w:numPr>
              <w:rPr>
                <w:sz w:val="18"/>
                <w:szCs w:val="18"/>
                <w:lang w:val="en-GB"/>
              </w:rPr>
            </w:pPr>
            <w:r w:rsidRPr="004B2E56">
              <w:rPr>
                <w:b w:val="0"/>
                <w:bCs w:val="0"/>
                <w:sz w:val="18"/>
                <w:szCs w:val="18"/>
                <w:lang w:val="en-GB"/>
              </w:rPr>
              <w:t>Develop research and presentation skills</w:t>
            </w:r>
          </w:p>
        </w:tc>
      </w:tr>
      <w:tr w:rsidR="0058450D" w14:paraId="015183E7" w14:textId="77777777" w:rsidTr="005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2"/>
            <w:shd w:val="clear" w:color="auto" w:fill="FFFFFF" w:themeFill="background1"/>
          </w:tcPr>
          <w:p w14:paraId="679871BE" w14:textId="61A7501F" w:rsidR="0058450D" w:rsidRDefault="001B608F" w:rsidP="0058450D">
            <w:pPr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Teacher-Initiated/</w:t>
            </w:r>
            <w:r w:rsidR="0058450D">
              <w:rPr>
                <w:sz w:val="18"/>
                <w:szCs w:val="18"/>
              </w:rPr>
              <w:t>Child-</w:t>
            </w:r>
            <w:r>
              <w:rPr>
                <w:sz w:val="18"/>
                <w:szCs w:val="18"/>
              </w:rPr>
              <w:t>L</w:t>
            </w:r>
            <w:r w:rsidR="0058450D">
              <w:rPr>
                <w:sz w:val="18"/>
                <w:szCs w:val="18"/>
              </w:rPr>
              <w:t>ed (Provocations in Zones)</w:t>
            </w:r>
            <w:r w:rsidR="000F1303">
              <w:rPr>
                <w:sz w:val="18"/>
                <w:szCs w:val="18"/>
              </w:rPr>
              <w:t xml:space="preserve">- </w:t>
            </w:r>
            <w:r w:rsidR="00CE63FC" w:rsidRPr="00CE63FC">
              <w:rPr>
                <w:i/>
                <w:iCs/>
                <w:sz w:val="18"/>
                <w:szCs w:val="18"/>
              </w:rPr>
              <w:t>adapt</w:t>
            </w:r>
            <w:r w:rsidR="00CE63FC">
              <w:rPr>
                <w:i/>
                <w:iCs/>
                <w:sz w:val="18"/>
                <w:szCs w:val="18"/>
              </w:rPr>
              <w:t xml:space="preserve">ed </w:t>
            </w:r>
            <w:r w:rsidR="00CE63FC" w:rsidRPr="00CE63FC">
              <w:rPr>
                <w:i/>
                <w:iCs/>
                <w:sz w:val="18"/>
                <w:szCs w:val="18"/>
              </w:rPr>
              <w:t>throughout the Enquiry</w:t>
            </w:r>
            <w:r w:rsidR="002518EF">
              <w:rPr>
                <w:i/>
                <w:iCs/>
                <w:sz w:val="18"/>
                <w:szCs w:val="18"/>
              </w:rPr>
              <w:t xml:space="preserve"> and opportunities for product refinement and peer feedback</w:t>
            </w:r>
          </w:p>
          <w:p w14:paraId="684384FB" w14:textId="77777777" w:rsidR="0058450D" w:rsidRDefault="0058450D" w:rsidP="0058450D">
            <w:pPr>
              <w:pStyle w:val="ListParagraph"/>
              <w:ind w:left="1494"/>
              <w:jc w:val="center"/>
              <w:rPr>
                <w:sz w:val="18"/>
                <w:szCs w:val="18"/>
              </w:rPr>
            </w:pPr>
          </w:p>
        </w:tc>
      </w:tr>
      <w:tr w:rsidR="0058450D" w14:paraId="4A027995" w14:textId="77777777" w:rsidTr="0058450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0" w:type="dxa"/>
            <w:shd w:val="clear" w:color="auto" w:fill="FFFFFF" w:themeFill="background1"/>
          </w:tcPr>
          <w:p w14:paraId="7309DC17" w14:textId="77777777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Discovery</w:t>
            </w:r>
          </w:p>
          <w:p w14:paraId="5C4D4288" w14:textId="77777777" w:rsidR="0058450D" w:rsidRDefault="0058450D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Chocolate discovery table- children may explore:</w:t>
            </w:r>
          </w:p>
          <w:p w14:paraId="3779CBF2" w14:textId="77777777" w:rsidR="0049496E" w:rsidRPr="0049496E" w:rsidRDefault="0058450D" w:rsidP="0058450D">
            <w:pPr>
              <w:pStyle w:val="ListParagraph"/>
              <w:numPr>
                <w:ilvl w:val="0"/>
                <w:numId w:val="3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49496E">
              <w:rPr>
                <w:b w:val="0"/>
                <w:bCs w:val="0"/>
                <w:sz w:val="18"/>
                <w:szCs w:val="18"/>
                <w:lang w:val="en-GB"/>
              </w:rPr>
              <w:t>Changes of state</w:t>
            </w:r>
          </w:p>
          <w:p w14:paraId="03259B7B" w14:textId="77777777" w:rsidR="0049496E" w:rsidRPr="0049496E" w:rsidRDefault="0058450D" w:rsidP="0058450D">
            <w:pPr>
              <w:pStyle w:val="ListParagraph"/>
              <w:numPr>
                <w:ilvl w:val="0"/>
                <w:numId w:val="3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49496E">
              <w:rPr>
                <w:b w:val="0"/>
                <w:bCs w:val="0"/>
                <w:sz w:val="18"/>
                <w:szCs w:val="18"/>
                <w:lang w:val="en-GB"/>
              </w:rPr>
              <w:t xml:space="preserve">Measurement  </w:t>
            </w:r>
          </w:p>
          <w:p w14:paraId="2DBF38B3" w14:textId="77777777" w:rsidR="0049496E" w:rsidRPr="0049496E" w:rsidRDefault="0058450D" w:rsidP="0058450D">
            <w:pPr>
              <w:pStyle w:val="ListParagraph"/>
              <w:numPr>
                <w:ilvl w:val="0"/>
                <w:numId w:val="3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49496E">
              <w:rPr>
                <w:b w:val="0"/>
                <w:bCs w:val="0"/>
                <w:sz w:val="18"/>
                <w:szCs w:val="18"/>
                <w:lang w:val="en-GB"/>
              </w:rPr>
              <w:t xml:space="preserve">Sensory properties </w:t>
            </w:r>
          </w:p>
          <w:p w14:paraId="723BB6A4" w14:textId="27D83D95" w:rsidR="0058450D" w:rsidRPr="0095285E" w:rsidRDefault="0058450D" w:rsidP="0058450D">
            <w:pPr>
              <w:pStyle w:val="ListParagraph"/>
              <w:numPr>
                <w:ilvl w:val="0"/>
                <w:numId w:val="3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49496E">
              <w:rPr>
                <w:b w:val="0"/>
                <w:bCs w:val="0"/>
                <w:sz w:val="18"/>
                <w:szCs w:val="18"/>
                <w:lang w:val="en-GB"/>
              </w:rPr>
              <w:t>Storage, packaging or temperature</w:t>
            </w:r>
          </w:p>
          <w:p w14:paraId="63024140" w14:textId="48A17D13" w:rsidR="0095285E" w:rsidRPr="0095285E" w:rsidRDefault="0095285E" w:rsidP="0095285E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>
              <w:rPr>
                <w:b w:val="0"/>
                <w:bCs w:val="0"/>
                <w:sz w:val="18"/>
                <w:szCs w:val="18"/>
                <w:lang w:val="en-GB"/>
              </w:rPr>
              <w:t>Construction resources</w:t>
            </w:r>
          </w:p>
          <w:p w14:paraId="77DA9BC0" w14:textId="2D10098B" w:rsidR="0058450D" w:rsidRDefault="00EE7E8F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Research cacao-growing countries</w:t>
            </w:r>
          </w:p>
          <w:p w14:paraId="575C060E" w14:textId="037B28BC" w:rsidR="00EE7E8F" w:rsidRDefault="009C590B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Chocolate tasting surveys</w:t>
            </w:r>
          </w:p>
          <w:p w14:paraId="4A57B3E6" w14:textId="14D45273" w:rsidR="00D91D67" w:rsidRDefault="00D91D67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Sustainable vs unsustainable packaging investigation</w:t>
            </w:r>
          </w:p>
          <w:p w14:paraId="1399CF9D" w14:textId="651FB13B" w:rsidR="00740B2E" w:rsidRPr="00D91D67" w:rsidRDefault="00740B2E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Chocolate ingredient investigation</w:t>
            </w:r>
          </w:p>
          <w:p w14:paraId="0A4C691F" w14:textId="77777777" w:rsidR="009C590B" w:rsidRPr="001679B3" w:rsidRDefault="009C590B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1895FD6D" w14:textId="0F569AC5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Social</w:t>
            </w:r>
          </w:p>
          <w:p w14:paraId="14D422A8" w14:textId="3941AB74" w:rsidR="0058450D" w:rsidRDefault="009C590B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Consumer surveys</w:t>
            </w:r>
          </w:p>
          <w:p w14:paraId="7351684C" w14:textId="1FC6DB05" w:rsidR="009C590B" w:rsidRDefault="009C590B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Fairtrade debates</w:t>
            </w:r>
          </w:p>
          <w:p w14:paraId="4DA90E2F" w14:textId="25201C16" w:rsidR="009C590B" w:rsidRDefault="00537A2A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Present pitches to others</w:t>
            </w:r>
          </w:p>
          <w:p w14:paraId="128CFF86" w14:textId="779E7C67" w:rsidR="00537A2A" w:rsidRDefault="00537A2A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Texts</w:t>
            </w:r>
          </w:p>
          <w:p w14:paraId="07B053DE" w14:textId="450697D3" w:rsidR="00740B2E" w:rsidRDefault="00740B2E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Role Play- shop</w:t>
            </w:r>
            <w:r w:rsidR="00A141E1">
              <w:rPr>
                <w:b w:val="0"/>
                <w:bCs w:val="0"/>
                <w:sz w:val="18"/>
                <w:szCs w:val="18"/>
              </w:rPr>
              <w:t>, farmer/customer/manufacturer</w:t>
            </w:r>
          </w:p>
          <w:p w14:paraId="29424E97" w14:textId="77777777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6FCDBC3D" w14:textId="33470B3E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Creative</w:t>
            </w:r>
          </w:p>
          <w:p w14:paraId="42BB51A4" w14:textId="115A758D" w:rsidR="0058450D" w:rsidRDefault="00537A2A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lastRenderedPageBreak/>
              <w:t>Design chocolate bars</w:t>
            </w:r>
          </w:p>
          <w:p w14:paraId="30395B3A" w14:textId="7AB9050B" w:rsidR="00537A2A" w:rsidRDefault="00537A2A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Create packaging</w:t>
            </w:r>
          </w:p>
          <w:p w14:paraId="47465C36" w14:textId="1D818052" w:rsidR="00537A2A" w:rsidRDefault="0024643C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Develop logos and branding</w:t>
            </w:r>
          </w:p>
          <w:p w14:paraId="7172EE04" w14:textId="417E7CA9" w:rsidR="0024643C" w:rsidRDefault="0024643C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Create adverts</w:t>
            </w:r>
          </w:p>
          <w:p w14:paraId="761B71D8" w14:textId="4B4F9AF2" w:rsidR="0024643C" w:rsidRDefault="0024643C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Design a suitable chocolate factory</w:t>
            </w:r>
          </w:p>
          <w:p w14:paraId="4BB66658" w14:textId="5CE96118" w:rsidR="00A141E1" w:rsidRDefault="00A141E1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Junk modelling</w:t>
            </w:r>
          </w:p>
          <w:p w14:paraId="10FA4260" w14:textId="59E9619F" w:rsidR="0024643C" w:rsidRDefault="00271D49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Create awareness campaigns </w:t>
            </w:r>
          </w:p>
          <w:p w14:paraId="14E724B1" w14:textId="77777777" w:rsidR="00023C5A" w:rsidRDefault="00023C5A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2737E68F" w14:textId="370C841F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Outdoor</w:t>
            </w:r>
          </w:p>
          <w:p w14:paraId="79A244E2" w14:textId="77777777" w:rsidR="0058450D" w:rsidRDefault="00271D49" w:rsidP="00271D49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Local shop chocolate survey</w:t>
            </w:r>
          </w:p>
          <w:p w14:paraId="7320788F" w14:textId="77777777" w:rsidR="00271D49" w:rsidRDefault="00C715A6" w:rsidP="00271D49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Visitor from local shop</w:t>
            </w:r>
          </w:p>
          <w:p w14:paraId="4D0672B9" w14:textId="7527194B" w:rsidR="00C715A6" w:rsidRDefault="00D92783" w:rsidP="00271D49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Packaging litter audit</w:t>
            </w:r>
          </w:p>
        </w:tc>
        <w:tc>
          <w:tcPr>
            <w:tcW w:w="4310" w:type="dxa"/>
            <w:shd w:val="clear" w:color="auto" w:fill="FFFFFF" w:themeFill="background1"/>
          </w:tcPr>
          <w:p w14:paraId="7820640A" w14:textId="4AC42DE8" w:rsidR="000A0B5B" w:rsidRPr="000A0B5B" w:rsidRDefault="000A0B5B" w:rsidP="000A0B5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0A0B5B">
              <w:rPr>
                <w:sz w:val="18"/>
                <w:szCs w:val="18"/>
                <w:lang w:val="en-GB"/>
              </w:rPr>
              <w:lastRenderedPageBreak/>
              <w:t xml:space="preserve">Variety of chocolate products </w:t>
            </w:r>
          </w:p>
          <w:p w14:paraId="26B0C986" w14:textId="77777777" w:rsidR="000A0B5B" w:rsidRDefault="000A0B5B" w:rsidP="000A0B5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0A0B5B">
              <w:rPr>
                <w:sz w:val="18"/>
                <w:szCs w:val="18"/>
                <w:lang w:val="en-GB"/>
              </w:rPr>
              <w:t xml:space="preserve">Wrappers and packaging samples </w:t>
            </w:r>
          </w:p>
          <w:p w14:paraId="6F2B77DD" w14:textId="1C2DDE2B" w:rsidR="000A0B5B" w:rsidRPr="000A0B5B" w:rsidRDefault="000A0B5B" w:rsidP="000A0B5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0A0B5B">
              <w:rPr>
                <w:sz w:val="18"/>
                <w:szCs w:val="18"/>
                <w:lang w:val="en-GB"/>
              </w:rPr>
              <w:t xml:space="preserve">Maps and globes </w:t>
            </w:r>
          </w:p>
          <w:p w14:paraId="26A221A0" w14:textId="77777777" w:rsidR="000A0B5B" w:rsidRDefault="000A0B5B" w:rsidP="000A0B5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0A0B5B">
              <w:rPr>
                <w:sz w:val="18"/>
                <w:szCs w:val="18"/>
                <w:lang w:val="en-GB"/>
              </w:rPr>
              <w:t xml:space="preserve">Fairtrade resources </w:t>
            </w:r>
          </w:p>
          <w:p w14:paraId="7CE778C3" w14:textId="77777777" w:rsidR="000A0B5B" w:rsidRDefault="000A0B5B" w:rsidP="000A0B5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0A0B5B">
              <w:rPr>
                <w:sz w:val="18"/>
                <w:szCs w:val="18"/>
                <w:lang w:val="en-GB"/>
              </w:rPr>
              <w:t xml:space="preserve">Digital devices </w:t>
            </w:r>
          </w:p>
          <w:p w14:paraId="37918F90" w14:textId="775B1953" w:rsidR="000A0B5B" w:rsidRPr="000A0B5B" w:rsidRDefault="000A0B5B" w:rsidP="000A0B5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0A0B5B">
              <w:rPr>
                <w:sz w:val="18"/>
                <w:szCs w:val="18"/>
                <w:lang w:val="en-GB"/>
              </w:rPr>
              <w:t xml:space="preserve">Thermometers and measuring equipment </w:t>
            </w:r>
          </w:p>
          <w:p w14:paraId="663D67BE" w14:textId="19179614" w:rsidR="000A0B5B" w:rsidRPr="000A0B5B" w:rsidRDefault="000A0B5B" w:rsidP="000A0B5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0A0B5B">
              <w:rPr>
                <w:sz w:val="18"/>
                <w:szCs w:val="18"/>
                <w:lang w:val="en-GB"/>
              </w:rPr>
              <w:t xml:space="preserve">Survey materials </w:t>
            </w:r>
          </w:p>
          <w:p w14:paraId="5CC1DB75" w14:textId="340060E2" w:rsidR="000A0B5B" w:rsidRPr="000A0B5B" w:rsidRDefault="000A0B5B" w:rsidP="000A0B5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0A0B5B">
              <w:rPr>
                <w:sz w:val="18"/>
                <w:szCs w:val="18"/>
                <w:lang w:val="en-GB"/>
              </w:rPr>
              <w:t xml:space="preserve">Craft and modelling materials </w:t>
            </w:r>
          </w:p>
          <w:p w14:paraId="140D05E0" w14:textId="76D1FD37" w:rsidR="000A0B5B" w:rsidRPr="000A0B5B" w:rsidRDefault="000A0B5B" w:rsidP="000A0B5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0A0B5B">
              <w:rPr>
                <w:sz w:val="18"/>
                <w:szCs w:val="18"/>
                <w:lang w:val="en-GB"/>
              </w:rPr>
              <w:t xml:space="preserve">QR codes/videos </w:t>
            </w:r>
          </w:p>
          <w:p w14:paraId="52A72B34" w14:textId="78DA1402" w:rsidR="000A0B5B" w:rsidRPr="000A0B5B" w:rsidRDefault="000A0B5B" w:rsidP="000A0B5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0A0B5B">
              <w:rPr>
                <w:sz w:val="18"/>
                <w:szCs w:val="18"/>
                <w:lang w:val="en-GB"/>
              </w:rPr>
              <w:t xml:space="preserve">Packaging samples (recyclable and non-recyclable) </w:t>
            </w:r>
          </w:p>
          <w:p w14:paraId="23B278EA" w14:textId="77777777" w:rsidR="000A0B5B" w:rsidRDefault="000A0B5B" w:rsidP="000A0B5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0A0B5B">
              <w:rPr>
                <w:sz w:val="18"/>
                <w:szCs w:val="18"/>
                <w:lang w:val="en-GB"/>
              </w:rPr>
              <w:t xml:space="preserve">Community visitors </w:t>
            </w:r>
          </w:p>
          <w:p w14:paraId="6A3089E0" w14:textId="45031E69" w:rsidR="000A0B5B" w:rsidRPr="000A0B5B" w:rsidRDefault="000A0B5B" w:rsidP="000A0B5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0A0B5B">
              <w:rPr>
                <w:sz w:val="18"/>
                <w:szCs w:val="18"/>
                <w:lang w:val="en-GB"/>
              </w:rPr>
              <w:t>Enterprise resources</w:t>
            </w:r>
          </w:p>
          <w:p w14:paraId="0B6C04D8" w14:textId="49AEAF34" w:rsidR="0022236F" w:rsidRPr="0022236F" w:rsidRDefault="0022236F" w:rsidP="0022236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</w:tc>
      </w:tr>
    </w:tbl>
    <w:p w14:paraId="1F59AFAD" w14:textId="74C541B3" w:rsidR="0072186B" w:rsidRDefault="00221E0B">
      <w:pPr>
        <w:pStyle w:val="Heading2"/>
      </w:pPr>
      <w:r>
        <w:t xml:space="preserve">Responsive Planning: </w:t>
      </w:r>
      <w:r w:rsidR="6B6046C2">
        <w:t>Reflecting, Responding and Extending</w:t>
      </w:r>
    </w:p>
    <w:p w14:paraId="33BEE8A0" w14:textId="3D9F7543" w:rsidR="00FF31A1" w:rsidRPr="00A74186" w:rsidRDefault="00A74186" w:rsidP="00FF31A1">
      <w:pPr>
        <w:rPr>
          <w:b/>
          <w:bCs/>
          <w:lang w:val="en-GB"/>
        </w:rPr>
      </w:pPr>
      <w:r w:rsidRPr="00A74186">
        <w:rPr>
          <w:b/>
          <w:bCs/>
          <w:lang w:val="en-GB"/>
        </w:rPr>
        <w:t>Emerging learner questions will shape future learning, direct teaching, provocations and zone enhancements.</w:t>
      </w:r>
    </w:p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4310"/>
        <w:gridCol w:w="4310"/>
      </w:tblGrid>
      <w:tr w:rsidR="0072186B" w14:paraId="4C7B7E7A" w14:textId="77777777" w:rsidTr="000A3A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EAF1DD" w:themeFill="accent3" w:themeFillTint="33"/>
          </w:tcPr>
          <w:p w14:paraId="555868CD" w14:textId="3414F4A3" w:rsidR="0072186B" w:rsidRDefault="00F8138A">
            <w:r>
              <w:t xml:space="preserve">Emerging Pupil Questions / </w:t>
            </w:r>
            <w:r w:rsidR="00CD522F">
              <w:t>Challenges</w:t>
            </w:r>
          </w:p>
        </w:tc>
        <w:tc>
          <w:tcPr>
            <w:tcW w:w="4320" w:type="dxa"/>
            <w:shd w:val="clear" w:color="auto" w:fill="EAF1DD" w:themeFill="accent3" w:themeFillTint="33"/>
          </w:tcPr>
          <w:p w14:paraId="495BAE6E" w14:textId="24791B40" w:rsidR="0072186B" w:rsidRDefault="6B6046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Next Steps</w:t>
            </w:r>
          </w:p>
        </w:tc>
      </w:tr>
      <w:tr w:rsidR="0072186B" w14:paraId="60061E4C" w14:textId="77777777" w:rsidTr="007218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FFFFF" w:themeFill="background1"/>
          </w:tcPr>
          <w:p w14:paraId="49632719" w14:textId="6A1A6752" w:rsidR="00BA59BD" w:rsidRDefault="00297698">
            <w:pPr>
              <w:rPr>
                <w:sz w:val="18"/>
                <w:szCs w:val="18"/>
              </w:rPr>
            </w:pPr>
            <w:r w:rsidRPr="00297698">
              <w:rPr>
                <w:b w:val="0"/>
                <w:bCs w:val="0"/>
                <w:sz w:val="18"/>
                <w:szCs w:val="18"/>
              </w:rPr>
              <w:t>Does all chocolate melt at the same speed?</w:t>
            </w:r>
          </w:p>
          <w:p w14:paraId="229A9109" w14:textId="77777777" w:rsidR="00E03043" w:rsidRDefault="00E03043">
            <w:pPr>
              <w:rPr>
                <w:sz w:val="18"/>
                <w:szCs w:val="18"/>
              </w:rPr>
            </w:pPr>
          </w:p>
          <w:p w14:paraId="5A0BE137" w14:textId="77777777" w:rsidR="00260A54" w:rsidRDefault="00260A54">
            <w:pPr>
              <w:rPr>
                <w:sz w:val="18"/>
                <w:szCs w:val="18"/>
              </w:rPr>
            </w:pPr>
          </w:p>
          <w:p w14:paraId="6ED4FE3D" w14:textId="77777777" w:rsidR="00260A54" w:rsidRDefault="00260A54">
            <w:pPr>
              <w:rPr>
                <w:sz w:val="18"/>
                <w:szCs w:val="18"/>
              </w:rPr>
            </w:pPr>
          </w:p>
          <w:p w14:paraId="7E820EAB" w14:textId="77777777" w:rsidR="00260A54" w:rsidRDefault="00260A54">
            <w:pPr>
              <w:rPr>
                <w:sz w:val="18"/>
                <w:szCs w:val="18"/>
              </w:rPr>
            </w:pPr>
          </w:p>
          <w:p w14:paraId="7CC24290" w14:textId="7C2A5168" w:rsidR="00E03043" w:rsidRDefault="00E03043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Do people who grow cacao get paid a lot?</w:t>
            </w:r>
          </w:p>
          <w:p w14:paraId="6775AE67" w14:textId="77777777" w:rsidR="00096133" w:rsidRDefault="00096133">
            <w:pPr>
              <w:rPr>
                <w:sz w:val="18"/>
                <w:szCs w:val="18"/>
              </w:rPr>
            </w:pPr>
          </w:p>
          <w:p w14:paraId="6037073B" w14:textId="77777777" w:rsidR="000A2EFD" w:rsidRDefault="000A2EFD">
            <w:pPr>
              <w:rPr>
                <w:sz w:val="18"/>
                <w:szCs w:val="18"/>
              </w:rPr>
            </w:pPr>
          </w:p>
          <w:p w14:paraId="0FFA0276" w14:textId="77777777" w:rsidR="000A2EFD" w:rsidRDefault="000A2EFD">
            <w:pPr>
              <w:rPr>
                <w:sz w:val="18"/>
                <w:szCs w:val="18"/>
              </w:rPr>
            </w:pPr>
          </w:p>
          <w:p w14:paraId="130AFDF0" w14:textId="77777777" w:rsidR="000A2EFD" w:rsidRDefault="000A2EFD">
            <w:pPr>
              <w:rPr>
                <w:sz w:val="18"/>
                <w:szCs w:val="18"/>
              </w:rPr>
            </w:pPr>
          </w:p>
          <w:p w14:paraId="1781A7F8" w14:textId="053D12E8" w:rsidR="00096133" w:rsidRPr="00297698" w:rsidRDefault="00466F85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Wh</w:t>
            </w:r>
            <w:r w:rsidR="00680786">
              <w:rPr>
                <w:b w:val="0"/>
                <w:bCs w:val="0"/>
                <w:sz w:val="18"/>
                <w:szCs w:val="18"/>
              </w:rPr>
              <w:t>y</w:t>
            </w:r>
            <w:r>
              <w:rPr>
                <w:b w:val="0"/>
                <w:bCs w:val="0"/>
                <w:sz w:val="18"/>
                <w:szCs w:val="18"/>
              </w:rPr>
              <w:t xml:space="preserve"> is chocolate grown in hot counties?</w:t>
            </w:r>
          </w:p>
          <w:p w14:paraId="50E23820" w14:textId="77777777" w:rsidR="00BA59BD" w:rsidRDefault="00BA59BD">
            <w:pPr>
              <w:rPr>
                <w:b w:val="0"/>
                <w:bCs w:val="0"/>
              </w:rPr>
            </w:pPr>
          </w:p>
          <w:p w14:paraId="5A4C634D" w14:textId="77777777" w:rsidR="00BA59BD" w:rsidRDefault="00BA59BD">
            <w:pPr>
              <w:rPr>
                <w:b w:val="0"/>
                <w:bCs w:val="0"/>
              </w:rPr>
            </w:pPr>
          </w:p>
          <w:p w14:paraId="3A602883" w14:textId="77777777" w:rsidR="00BA59BD" w:rsidRDefault="00BA59BD">
            <w:pPr>
              <w:rPr>
                <w:b w:val="0"/>
                <w:bCs w:val="0"/>
              </w:rPr>
            </w:pPr>
          </w:p>
          <w:p w14:paraId="44EAFD9C" w14:textId="77777777" w:rsidR="00BA59BD" w:rsidRDefault="00BA59BD"/>
        </w:tc>
        <w:tc>
          <w:tcPr>
            <w:tcW w:w="4320" w:type="dxa"/>
            <w:shd w:val="clear" w:color="auto" w:fill="FFFFFF" w:themeFill="background1"/>
          </w:tcPr>
          <w:p w14:paraId="7482957A" w14:textId="1D829F23" w:rsidR="00260A54" w:rsidRPr="00260A54" w:rsidRDefault="00260A54" w:rsidP="00260A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Investigate</w:t>
            </w:r>
            <w:r w:rsidRPr="00260A54">
              <w:rPr>
                <w:lang w:val="en-GB"/>
              </w:rPr>
              <w:t xml:space="preserve"> comparing different types of chocolate. Measure temperature and melting times. Record and analyse findings.</w:t>
            </w:r>
          </w:p>
          <w:p w14:paraId="5921E23B" w14:textId="15282063" w:rsidR="0072186B" w:rsidRDefault="007218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26DAA36" w14:textId="77777777" w:rsidR="000A2EFD" w:rsidRPr="000A2EFD" w:rsidRDefault="000A2EFD" w:rsidP="000A2E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0A2EFD">
              <w:rPr>
                <w:lang w:val="en-GB"/>
              </w:rPr>
              <w:t>Explore Fairtrade and ethical sourcing. Compare how farmers are paid in different countries. Investigate how consumer choices can support producers.</w:t>
            </w:r>
          </w:p>
          <w:p w14:paraId="46273AD4" w14:textId="61663699" w:rsidR="000A2EFD" w:rsidRPr="000A2EFD" w:rsidRDefault="000A2EFD" w:rsidP="000A2E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Investigate</w:t>
            </w:r>
            <w:r w:rsidRPr="000A2EFD">
              <w:rPr>
                <w:lang w:val="en-GB"/>
              </w:rPr>
              <w:t xml:space="preserve"> the conditions needed for cacao trees to grow. Explore climate zones using maps and compare with Scotland's climate.</w:t>
            </w:r>
          </w:p>
          <w:p w14:paraId="4C968E0F" w14:textId="2F17635B" w:rsidR="0072186B" w:rsidRDefault="007218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B94D5A5" w14:textId="77777777" w:rsidR="0072186B" w:rsidRDefault="007218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4D8BD00" w14:textId="77777777" w:rsidR="00F8138A" w:rsidRDefault="00F8138A"/>
    <w:sectPr w:rsidR="00F8138A" w:rsidSect="00034616">
      <w:headerReference w:type="default" r:id="rId23"/>
      <w:footerReference w:type="default" r:id="rId2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800EA" w14:textId="77777777" w:rsidR="00343F0E" w:rsidRDefault="00343F0E" w:rsidP="00886041">
      <w:pPr>
        <w:spacing w:after="0" w:line="240" w:lineRule="auto"/>
      </w:pPr>
      <w:r>
        <w:separator/>
      </w:r>
    </w:p>
  </w:endnote>
  <w:endnote w:type="continuationSeparator" w:id="0">
    <w:p w14:paraId="5ED9AF86" w14:textId="77777777" w:rsidR="00343F0E" w:rsidRDefault="00343F0E" w:rsidP="00886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3832" w14:textId="70BE59FA" w:rsidR="00A236E4" w:rsidRDefault="00A236E4">
    <w:pPr>
      <w:pStyle w:val="Footer"/>
    </w:pPr>
  </w:p>
  <w:p w14:paraId="3BC9BBFB" w14:textId="77231752" w:rsidR="00A236E4" w:rsidRPr="00A236E4" w:rsidRDefault="00A236E4">
    <w:pPr>
      <w:pStyle w:val="Footer"/>
      <w:rPr>
        <w:i/>
        <w:iCs/>
      </w:rPr>
    </w:pPr>
    <w:r>
      <w:rPr>
        <w:i/>
        <w:iCs/>
      </w:rPr>
      <w:t>Planner</w:t>
    </w:r>
    <w:r w:rsidR="00616BCA">
      <w:rPr>
        <w:i/>
        <w:iCs/>
      </w:rPr>
      <w:t xml:space="preserve"> </w:t>
    </w:r>
    <w:r>
      <w:rPr>
        <w:i/>
        <w:iCs/>
      </w:rPr>
      <w:t xml:space="preserve">adapted from STEM Nation </w:t>
    </w:r>
    <w:r w:rsidR="00616BCA">
      <w:rPr>
        <w:i/>
        <w:iCs/>
      </w:rPr>
      <w:t>STEM Context Planners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28E0F" w14:textId="77777777" w:rsidR="00343F0E" w:rsidRDefault="00343F0E" w:rsidP="00886041">
      <w:pPr>
        <w:spacing w:after="0" w:line="240" w:lineRule="auto"/>
      </w:pPr>
      <w:r>
        <w:separator/>
      </w:r>
    </w:p>
  </w:footnote>
  <w:footnote w:type="continuationSeparator" w:id="0">
    <w:p w14:paraId="0156B485" w14:textId="77777777" w:rsidR="00343F0E" w:rsidRDefault="00343F0E" w:rsidP="00886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C2C3B" w14:textId="1FC99159" w:rsidR="00886041" w:rsidRDefault="000C1D55" w:rsidP="00413D0C">
    <w:pPr>
      <w:pStyle w:val="Heading1"/>
    </w:pPr>
    <w:r w:rsidRPr="000C1D55">
      <w:rPr>
        <w:rFonts w:ascii="Calibri" w:hAnsi="Calibri" w:cstheme="minorBidi"/>
        <w:noProof/>
        <w:sz w:val="22"/>
        <w:szCs w:val="22"/>
        <w:lang w:val="en-GB"/>
      </w:rPr>
      <w:drawing>
        <wp:inline distT="0" distB="0" distL="0" distR="0" wp14:anchorId="49769714" wp14:editId="658EC171">
          <wp:extent cx="474133" cy="474133"/>
          <wp:effectExtent l="0" t="0" r="2540" b="2540"/>
          <wp:docPr id="206280316" name="Picture 2">
            <a:extLst xmlns:a="http://schemas.openxmlformats.org/drawingml/2006/main">
              <a:ext uri="{FF2B5EF4-FFF2-40B4-BE49-F238E27FC236}">
                <a16:creationId xmlns:a16="http://schemas.microsoft.com/office/drawing/2014/main" id="{CA87F58C-4DA7-4391-AE1C-3DAF43EC401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112" cy="4881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</w:t>
    </w:r>
    <w:r w:rsidR="00E04A2C">
      <w:t>Project Based Learning</w:t>
    </w:r>
    <w:r>
      <w:t xml:space="preserve"> Planning</w:t>
    </w:r>
    <w:r w:rsidR="00600220">
      <w:t xml:space="preserve">- First Level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C134088"/>
    <w:multiLevelType w:val="hybridMultilevel"/>
    <w:tmpl w:val="4D96CDF6"/>
    <w:lvl w:ilvl="0" w:tplc="C45C753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3E140C"/>
    <w:multiLevelType w:val="hybridMultilevel"/>
    <w:tmpl w:val="223CCE52"/>
    <w:lvl w:ilvl="0" w:tplc="6C4E538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DB036D"/>
    <w:multiLevelType w:val="hybridMultilevel"/>
    <w:tmpl w:val="E1F64194"/>
    <w:lvl w:ilvl="0" w:tplc="D11C9E1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44603C"/>
    <w:multiLevelType w:val="hybridMultilevel"/>
    <w:tmpl w:val="0E68117A"/>
    <w:lvl w:ilvl="0" w:tplc="DC64733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3D778D"/>
    <w:multiLevelType w:val="hybridMultilevel"/>
    <w:tmpl w:val="6C9880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7A70EC"/>
    <w:multiLevelType w:val="multilevel"/>
    <w:tmpl w:val="C4BE4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293FBD"/>
    <w:multiLevelType w:val="hybridMultilevel"/>
    <w:tmpl w:val="615C9FA2"/>
    <w:lvl w:ilvl="0" w:tplc="E044535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2E29E0"/>
    <w:multiLevelType w:val="multilevel"/>
    <w:tmpl w:val="7F288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655868"/>
    <w:multiLevelType w:val="hybridMultilevel"/>
    <w:tmpl w:val="43EE8EA2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8754F0"/>
    <w:multiLevelType w:val="hybridMultilevel"/>
    <w:tmpl w:val="4A5E8E24"/>
    <w:lvl w:ilvl="0" w:tplc="BDD8A02C"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815062">
    <w:abstractNumId w:val="7"/>
  </w:num>
  <w:num w:numId="2" w16cid:durableId="1083719715">
    <w:abstractNumId w:val="6"/>
  </w:num>
  <w:num w:numId="3" w16cid:durableId="1268535957">
    <w:abstractNumId w:val="18"/>
  </w:num>
  <w:num w:numId="4" w16cid:durableId="1519738130">
    <w:abstractNumId w:val="13"/>
  </w:num>
  <w:num w:numId="5" w16cid:durableId="1614556465">
    <w:abstractNumId w:val="12"/>
  </w:num>
  <w:num w:numId="6" w16cid:durableId="1637367140">
    <w:abstractNumId w:val="8"/>
  </w:num>
  <w:num w:numId="7" w16cid:durableId="1706131200">
    <w:abstractNumId w:val="11"/>
  </w:num>
  <w:num w:numId="8" w16cid:durableId="176770922">
    <w:abstractNumId w:val="9"/>
  </w:num>
  <w:num w:numId="9" w16cid:durableId="1827820527">
    <w:abstractNumId w:val="0"/>
  </w:num>
  <w:num w:numId="10" w16cid:durableId="379786555">
    <w:abstractNumId w:val="10"/>
  </w:num>
  <w:num w:numId="11" w16cid:durableId="415630990">
    <w:abstractNumId w:val="3"/>
  </w:num>
  <w:num w:numId="12" w16cid:durableId="436294117">
    <w:abstractNumId w:val="17"/>
  </w:num>
  <w:num w:numId="13" w16cid:durableId="462425056">
    <w:abstractNumId w:val="1"/>
  </w:num>
  <w:num w:numId="14" w16cid:durableId="473723455">
    <w:abstractNumId w:val="4"/>
  </w:num>
  <w:num w:numId="15" w16cid:durableId="678508920">
    <w:abstractNumId w:val="16"/>
  </w:num>
  <w:num w:numId="16" w16cid:durableId="747075841">
    <w:abstractNumId w:val="5"/>
  </w:num>
  <w:num w:numId="17" w16cid:durableId="927734142">
    <w:abstractNumId w:val="2"/>
  </w:num>
  <w:num w:numId="18" w16cid:durableId="980310572">
    <w:abstractNumId w:val="14"/>
  </w:num>
  <w:num w:numId="19" w16cid:durableId="129972505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3F2"/>
    <w:rsid w:val="00013DB2"/>
    <w:rsid w:val="00015C3B"/>
    <w:rsid w:val="00023C5A"/>
    <w:rsid w:val="00034616"/>
    <w:rsid w:val="000402C7"/>
    <w:rsid w:val="00044B1C"/>
    <w:rsid w:val="0006063C"/>
    <w:rsid w:val="0007096C"/>
    <w:rsid w:val="000745A2"/>
    <w:rsid w:val="00093416"/>
    <w:rsid w:val="000939F0"/>
    <w:rsid w:val="00096133"/>
    <w:rsid w:val="000A0B5B"/>
    <w:rsid w:val="000A1662"/>
    <w:rsid w:val="000A2488"/>
    <w:rsid w:val="000A2EFD"/>
    <w:rsid w:val="000A3A40"/>
    <w:rsid w:val="000A3B56"/>
    <w:rsid w:val="000A7512"/>
    <w:rsid w:val="000B4764"/>
    <w:rsid w:val="000C08C8"/>
    <w:rsid w:val="000C16E3"/>
    <w:rsid w:val="000C1D55"/>
    <w:rsid w:val="000C2A5D"/>
    <w:rsid w:val="000D19E2"/>
    <w:rsid w:val="000E090A"/>
    <w:rsid w:val="000E24F3"/>
    <w:rsid w:val="000F1303"/>
    <w:rsid w:val="001050E5"/>
    <w:rsid w:val="0011599F"/>
    <w:rsid w:val="0015074B"/>
    <w:rsid w:val="00166E4C"/>
    <w:rsid w:val="001679B3"/>
    <w:rsid w:val="00171237"/>
    <w:rsid w:val="00172F4E"/>
    <w:rsid w:val="0019357D"/>
    <w:rsid w:val="00196770"/>
    <w:rsid w:val="001A31AC"/>
    <w:rsid w:val="001A4618"/>
    <w:rsid w:val="001A56A9"/>
    <w:rsid w:val="001B2933"/>
    <w:rsid w:val="001B608F"/>
    <w:rsid w:val="001B6C55"/>
    <w:rsid w:val="0020256D"/>
    <w:rsid w:val="00205AEA"/>
    <w:rsid w:val="00221E0B"/>
    <w:rsid w:val="0022236F"/>
    <w:rsid w:val="00225BDB"/>
    <w:rsid w:val="0024643C"/>
    <w:rsid w:val="002518EF"/>
    <w:rsid w:val="002535C7"/>
    <w:rsid w:val="00260A54"/>
    <w:rsid w:val="00271D49"/>
    <w:rsid w:val="00275280"/>
    <w:rsid w:val="0029639D"/>
    <w:rsid w:val="00297698"/>
    <w:rsid w:val="002A14B2"/>
    <w:rsid w:val="002B51A3"/>
    <w:rsid w:val="002E1AE7"/>
    <w:rsid w:val="002E740F"/>
    <w:rsid w:val="002E7C50"/>
    <w:rsid w:val="002F34D8"/>
    <w:rsid w:val="00302DE4"/>
    <w:rsid w:val="00326F90"/>
    <w:rsid w:val="0034192C"/>
    <w:rsid w:val="00343F0E"/>
    <w:rsid w:val="00367DAA"/>
    <w:rsid w:val="003C413D"/>
    <w:rsid w:val="003D20FC"/>
    <w:rsid w:val="003E2DFB"/>
    <w:rsid w:val="003E2F05"/>
    <w:rsid w:val="003E6BC2"/>
    <w:rsid w:val="003E6FEC"/>
    <w:rsid w:val="003E7478"/>
    <w:rsid w:val="00404106"/>
    <w:rsid w:val="00404E13"/>
    <w:rsid w:val="004115A7"/>
    <w:rsid w:val="00412384"/>
    <w:rsid w:val="00413D0C"/>
    <w:rsid w:val="00427A23"/>
    <w:rsid w:val="00432370"/>
    <w:rsid w:val="00435893"/>
    <w:rsid w:val="00440714"/>
    <w:rsid w:val="00440F8D"/>
    <w:rsid w:val="00445426"/>
    <w:rsid w:val="00454772"/>
    <w:rsid w:val="00454BF3"/>
    <w:rsid w:val="004601D4"/>
    <w:rsid w:val="00462368"/>
    <w:rsid w:val="00466F85"/>
    <w:rsid w:val="00467235"/>
    <w:rsid w:val="004729D6"/>
    <w:rsid w:val="00482CF9"/>
    <w:rsid w:val="0048768A"/>
    <w:rsid w:val="0049496E"/>
    <w:rsid w:val="00497A56"/>
    <w:rsid w:val="004B2E56"/>
    <w:rsid w:val="004E612D"/>
    <w:rsid w:val="004F29C4"/>
    <w:rsid w:val="004F2C34"/>
    <w:rsid w:val="004F6488"/>
    <w:rsid w:val="00505750"/>
    <w:rsid w:val="00513300"/>
    <w:rsid w:val="00513A2D"/>
    <w:rsid w:val="00516E60"/>
    <w:rsid w:val="00537A2A"/>
    <w:rsid w:val="00556184"/>
    <w:rsid w:val="0056174B"/>
    <w:rsid w:val="00563EE1"/>
    <w:rsid w:val="00564347"/>
    <w:rsid w:val="0058450D"/>
    <w:rsid w:val="00593B1F"/>
    <w:rsid w:val="005A4230"/>
    <w:rsid w:val="005A5863"/>
    <w:rsid w:val="005B4A44"/>
    <w:rsid w:val="005B647D"/>
    <w:rsid w:val="005C1047"/>
    <w:rsid w:val="005C6808"/>
    <w:rsid w:val="005F4776"/>
    <w:rsid w:val="00600220"/>
    <w:rsid w:val="0060115D"/>
    <w:rsid w:val="00616BCA"/>
    <w:rsid w:val="006208C2"/>
    <w:rsid w:val="00670BC6"/>
    <w:rsid w:val="0067254B"/>
    <w:rsid w:val="00675E69"/>
    <w:rsid w:val="00680786"/>
    <w:rsid w:val="006814EB"/>
    <w:rsid w:val="006910F8"/>
    <w:rsid w:val="00692BC6"/>
    <w:rsid w:val="006963A3"/>
    <w:rsid w:val="006B51F8"/>
    <w:rsid w:val="006C0D32"/>
    <w:rsid w:val="006C5295"/>
    <w:rsid w:val="006D61DD"/>
    <w:rsid w:val="006E6F78"/>
    <w:rsid w:val="006F03AB"/>
    <w:rsid w:val="006F361F"/>
    <w:rsid w:val="006F3B3D"/>
    <w:rsid w:val="006F50D8"/>
    <w:rsid w:val="006F5C64"/>
    <w:rsid w:val="0072186B"/>
    <w:rsid w:val="00727042"/>
    <w:rsid w:val="007361B1"/>
    <w:rsid w:val="00740B2E"/>
    <w:rsid w:val="00764AD8"/>
    <w:rsid w:val="00767AC2"/>
    <w:rsid w:val="00767B1F"/>
    <w:rsid w:val="00783671"/>
    <w:rsid w:val="00784DEB"/>
    <w:rsid w:val="007A284E"/>
    <w:rsid w:val="007A5016"/>
    <w:rsid w:val="007A709C"/>
    <w:rsid w:val="007B0204"/>
    <w:rsid w:val="007C1B81"/>
    <w:rsid w:val="007C4C24"/>
    <w:rsid w:val="007C5316"/>
    <w:rsid w:val="007E175B"/>
    <w:rsid w:val="007E22BE"/>
    <w:rsid w:val="007E4571"/>
    <w:rsid w:val="007F3CB5"/>
    <w:rsid w:val="007F552B"/>
    <w:rsid w:val="007F78C7"/>
    <w:rsid w:val="0080316C"/>
    <w:rsid w:val="008075C7"/>
    <w:rsid w:val="00842652"/>
    <w:rsid w:val="00845923"/>
    <w:rsid w:val="00872473"/>
    <w:rsid w:val="008834A5"/>
    <w:rsid w:val="00886041"/>
    <w:rsid w:val="008A5B29"/>
    <w:rsid w:val="008A739B"/>
    <w:rsid w:val="008B0AA3"/>
    <w:rsid w:val="008E1880"/>
    <w:rsid w:val="009053B9"/>
    <w:rsid w:val="00912758"/>
    <w:rsid w:val="00922CBB"/>
    <w:rsid w:val="00933CC7"/>
    <w:rsid w:val="00935C8E"/>
    <w:rsid w:val="00936165"/>
    <w:rsid w:val="00936D97"/>
    <w:rsid w:val="009459F2"/>
    <w:rsid w:val="00951080"/>
    <w:rsid w:val="00951120"/>
    <w:rsid w:val="0095285E"/>
    <w:rsid w:val="00963627"/>
    <w:rsid w:val="009736DB"/>
    <w:rsid w:val="00990251"/>
    <w:rsid w:val="009B14EC"/>
    <w:rsid w:val="009C590B"/>
    <w:rsid w:val="009D67C5"/>
    <w:rsid w:val="009F38B8"/>
    <w:rsid w:val="00A10100"/>
    <w:rsid w:val="00A141E1"/>
    <w:rsid w:val="00A236E4"/>
    <w:rsid w:val="00A31BA4"/>
    <w:rsid w:val="00A613CF"/>
    <w:rsid w:val="00A74186"/>
    <w:rsid w:val="00A7434F"/>
    <w:rsid w:val="00AA1D8D"/>
    <w:rsid w:val="00AA390C"/>
    <w:rsid w:val="00AB12B6"/>
    <w:rsid w:val="00AC2A53"/>
    <w:rsid w:val="00AC2ABB"/>
    <w:rsid w:val="00AD37F9"/>
    <w:rsid w:val="00AD381C"/>
    <w:rsid w:val="00AE1622"/>
    <w:rsid w:val="00B0271D"/>
    <w:rsid w:val="00B04451"/>
    <w:rsid w:val="00B06117"/>
    <w:rsid w:val="00B06F5D"/>
    <w:rsid w:val="00B369D0"/>
    <w:rsid w:val="00B43857"/>
    <w:rsid w:val="00B47730"/>
    <w:rsid w:val="00B9746F"/>
    <w:rsid w:val="00BA59BD"/>
    <w:rsid w:val="00BA6D0B"/>
    <w:rsid w:val="00BA7CF0"/>
    <w:rsid w:val="00BA7E94"/>
    <w:rsid w:val="00BB3E89"/>
    <w:rsid w:val="00BC0423"/>
    <w:rsid w:val="00BD3859"/>
    <w:rsid w:val="00BD74C2"/>
    <w:rsid w:val="00BE5F5B"/>
    <w:rsid w:val="00C14B2B"/>
    <w:rsid w:val="00C27E30"/>
    <w:rsid w:val="00C34C2B"/>
    <w:rsid w:val="00C56714"/>
    <w:rsid w:val="00C715A6"/>
    <w:rsid w:val="00C86B71"/>
    <w:rsid w:val="00C9759F"/>
    <w:rsid w:val="00CA229B"/>
    <w:rsid w:val="00CA60C7"/>
    <w:rsid w:val="00CB0664"/>
    <w:rsid w:val="00CC218E"/>
    <w:rsid w:val="00CC4869"/>
    <w:rsid w:val="00CC7EE6"/>
    <w:rsid w:val="00CD296B"/>
    <w:rsid w:val="00CD44E1"/>
    <w:rsid w:val="00CD522F"/>
    <w:rsid w:val="00CE63FC"/>
    <w:rsid w:val="00CF2FFA"/>
    <w:rsid w:val="00D266D3"/>
    <w:rsid w:val="00D41F2C"/>
    <w:rsid w:val="00D52251"/>
    <w:rsid w:val="00D605B6"/>
    <w:rsid w:val="00D91D67"/>
    <w:rsid w:val="00D92783"/>
    <w:rsid w:val="00D97061"/>
    <w:rsid w:val="00D97E02"/>
    <w:rsid w:val="00DA3781"/>
    <w:rsid w:val="00DA449A"/>
    <w:rsid w:val="00DA599E"/>
    <w:rsid w:val="00DB3D0D"/>
    <w:rsid w:val="00DB6CC7"/>
    <w:rsid w:val="00DB7515"/>
    <w:rsid w:val="00DE1B95"/>
    <w:rsid w:val="00DE49AA"/>
    <w:rsid w:val="00DE608A"/>
    <w:rsid w:val="00E03043"/>
    <w:rsid w:val="00E04A2C"/>
    <w:rsid w:val="00E04FEF"/>
    <w:rsid w:val="00E15CD9"/>
    <w:rsid w:val="00E20A93"/>
    <w:rsid w:val="00E2169B"/>
    <w:rsid w:val="00E30676"/>
    <w:rsid w:val="00E51888"/>
    <w:rsid w:val="00E8604F"/>
    <w:rsid w:val="00E87712"/>
    <w:rsid w:val="00EA64D6"/>
    <w:rsid w:val="00EB0BEE"/>
    <w:rsid w:val="00EC1A98"/>
    <w:rsid w:val="00EC2BBC"/>
    <w:rsid w:val="00EC7C9F"/>
    <w:rsid w:val="00EE5533"/>
    <w:rsid w:val="00EE7107"/>
    <w:rsid w:val="00EE7E8F"/>
    <w:rsid w:val="00EF64BA"/>
    <w:rsid w:val="00F0388D"/>
    <w:rsid w:val="00F26B3C"/>
    <w:rsid w:val="00F4042D"/>
    <w:rsid w:val="00F616F5"/>
    <w:rsid w:val="00F624B0"/>
    <w:rsid w:val="00F6591F"/>
    <w:rsid w:val="00F67C7A"/>
    <w:rsid w:val="00F8138A"/>
    <w:rsid w:val="00F915E1"/>
    <w:rsid w:val="00FB0B1E"/>
    <w:rsid w:val="00FB0DD2"/>
    <w:rsid w:val="00FC693F"/>
    <w:rsid w:val="00FF31A1"/>
    <w:rsid w:val="00FF78E9"/>
    <w:rsid w:val="0F82334B"/>
    <w:rsid w:val="255D8227"/>
    <w:rsid w:val="2C5FE234"/>
    <w:rsid w:val="34D12D78"/>
    <w:rsid w:val="35C8AC6D"/>
    <w:rsid w:val="468200EC"/>
    <w:rsid w:val="4AAE1DAF"/>
    <w:rsid w:val="4B006283"/>
    <w:rsid w:val="51AE51D0"/>
    <w:rsid w:val="56B384FB"/>
    <w:rsid w:val="6B6046C2"/>
    <w:rsid w:val="6D04D48B"/>
    <w:rsid w:val="78BA2FE4"/>
    <w:rsid w:val="7A64B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580B275F-8502-47AF-BF89-907FA486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6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1">
    <w:name w:val="Colorful Shading -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2">
    <w:name w:val="Colorful Shading -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3">
    <w:name w:val="Colorful Shading -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-Accent4">
    <w:name w:val="Colorful Shading -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5">
    <w:name w:val="Colorful Shading -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6">
    <w:name w:val="Colorful Shading -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-Accent1">
    <w:name w:val="Colorful List -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-Accent2">
    <w:name w:val="Colorful List -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-Accent3">
    <w:name w:val="Colorful List -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-Accent4">
    <w:name w:val="Colorful List -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-Accent5">
    <w:name w:val="Colorful List -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-Accent6">
    <w:name w:val="Colorful List -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-Accent1">
    <w:name w:val="Colorful Grid -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-Accent2">
    <w:name w:val="Colorful Grid -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-Accent3">
    <w:name w:val="Colorful Grid -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-Accent4">
    <w:name w:val="Colorful Grid -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-Accent5">
    <w:name w:val="Colorful Grid -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-Accent6">
    <w:name w:val="Colorful Grid -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0C1D5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e72ac1-2dff-4e06-a751-20dc2bc26b88">
      <Terms xmlns="http://schemas.microsoft.com/office/infopath/2007/PartnerControls"/>
    </lcf76f155ced4ddcb4097134ff3c332f>
    <TaxCatchAll xmlns="c85f8ed6-da34-46ef-82c4-42fdeec9aba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D5F1FB52D2D04AA1AFD55021251060" ma:contentTypeVersion="14" ma:contentTypeDescription="Create a new document." ma:contentTypeScope="" ma:versionID="5ad499bc8385d2592b178c9c424b764d">
  <xsd:schema xmlns:xsd="http://www.w3.org/2001/XMLSchema" xmlns:xs="http://www.w3.org/2001/XMLSchema" xmlns:p="http://schemas.microsoft.com/office/2006/metadata/properties" xmlns:ns2="1ce72ac1-2dff-4e06-a751-20dc2bc26b88" xmlns:ns3="c85f8ed6-da34-46ef-82c4-42fdeec9abaf" targetNamespace="http://schemas.microsoft.com/office/2006/metadata/properties" ma:root="true" ma:fieldsID="9c8d3061074f4323a4e205c075397973" ns2:_="" ns3:_="">
    <xsd:import namespace="1ce72ac1-2dff-4e06-a751-20dc2bc26b88"/>
    <xsd:import namespace="c85f8ed6-da34-46ef-82c4-42fdeec9ab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e72ac1-2dff-4e06-a751-20dc2bc26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5f8ed6-da34-46ef-82c4-42fdeec9ab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649391-529e-4a3b-967f-dbf2e540223f}" ma:internalName="TaxCatchAll" ma:showField="CatchAllData" ma:web="c85f8ed6-da34-46ef-82c4-42fdeec9ab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677300-0B88-4999-A01B-CCED78245F7F}">
  <ds:schemaRefs>
    <ds:schemaRef ds:uri="http://schemas.microsoft.com/office/2006/metadata/properties"/>
    <ds:schemaRef ds:uri="http://schemas.microsoft.com/office/infopath/2007/PartnerControls"/>
    <ds:schemaRef ds:uri="1ce72ac1-2dff-4e06-a751-20dc2bc26b88"/>
    <ds:schemaRef ds:uri="c85f8ed6-da34-46ef-82c4-42fdeec9abaf"/>
  </ds:schemaRefs>
</ds:datastoreItem>
</file>

<file path=customXml/itemProps2.xml><?xml version="1.0" encoding="utf-8"?>
<ds:datastoreItem xmlns:ds="http://schemas.openxmlformats.org/officeDocument/2006/customXml" ds:itemID="{72526DC7-DADD-4D97-AD1D-A8445E12AF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AB47F6-BEC7-4C78-BE8B-B2D51C9F0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e72ac1-2dff-4e06-a751-20dc2bc26b88"/>
    <ds:schemaRef ds:uri="c85f8ed6-da34-46ef-82c4-42fdeec9ab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796</Words>
  <Characters>4543</Characters>
  <Application>Microsoft Office Word</Application>
  <DocSecurity>0</DocSecurity>
  <Lines>37</Lines>
  <Paragraphs>10</Paragraphs>
  <ScaleCrop>false</ScaleCrop>
  <Manager/>
  <Company/>
  <LinksUpToDate>false</LinksUpToDate>
  <CharactersWithSpaces>5329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Lettis</dc:creator>
  <cp:keywords/>
  <dc:description>generated by python-docx</dc:description>
  <cp:lastModifiedBy>Lisa Lettis</cp:lastModifiedBy>
  <cp:revision>60</cp:revision>
  <dcterms:created xsi:type="dcterms:W3CDTF">2026-10-09T10:36:00Z</dcterms:created>
  <dcterms:modified xsi:type="dcterms:W3CDTF">2026-10-13T08:44:00Z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381991-eab8-4fff-8f2f-4f88109aa1cd_Enabled">
    <vt:lpwstr>true</vt:lpwstr>
  </property>
  <property fmtid="{D5CDD505-2E9C-101B-9397-08002B2CF9AE}" pid="3" name="MSIP_Label_3c381991-eab8-4fff-8f2f-4f88109aa1cd_SetDate">
    <vt:lpwstr>2026-04-14T15:29:33Z</vt:lpwstr>
  </property>
  <property fmtid="{D5CDD505-2E9C-101B-9397-08002B2CF9AE}" pid="4" name="MSIP_Label_3c381991-eab8-4fff-8f2f-4f88109aa1cd_Method">
    <vt:lpwstr>Standard</vt:lpwstr>
  </property>
  <property fmtid="{D5CDD505-2E9C-101B-9397-08002B2CF9AE}" pid="5" name="MSIP_Label_3c381991-eab8-4fff-8f2f-4f88109aa1cd_Name">
    <vt:lpwstr>Official</vt:lpwstr>
  </property>
  <property fmtid="{D5CDD505-2E9C-101B-9397-08002B2CF9AE}" pid="6" name="MSIP_Label_3c381991-eab8-4fff-8f2f-4f88109aa1cd_SiteId">
    <vt:lpwstr>a98f953b-d618-4b43-8a65-0382681bd283</vt:lpwstr>
  </property>
  <property fmtid="{D5CDD505-2E9C-101B-9397-08002B2CF9AE}" pid="7" name="MSIP_Label_3c381991-eab8-4fff-8f2f-4f88109aa1cd_ActionId">
    <vt:lpwstr>cc7d63c2-caee-4710-8f7d-b5e90a9c3fbb</vt:lpwstr>
  </property>
  <property fmtid="{D5CDD505-2E9C-101B-9397-08002B2CF9AE}" pid="8" name="MSIP_Label_3c381991-eab8-4fff-8f2f-4f88109aa1cd_ContentBits">
    <vt:lpwstr>0</vt:lpwstr>
  </property>
  <property fmtid="{D5CDD505-2E9C-101B-9397-08002B2CF9AE}" pid="9" name="MSIP_Label_3c381991-eab8-4fff-8f2f-4f88109aa1cd_Tag">
    <vt:lpwstr>10, 3, 0, 1</vt:lpwstr>
  </property>
  <property fmtid="{D5CDD505-2E9C-101B-9397-08002B2CF9AE}" pid="10" name="ContentTypeId">
    <vt:lpwstr>0x010100EAD5F1FB52D2D04AA1AFD55021251060</vt:lpwstr>
  </property>
  <property fmtid="{D5CDD505-2E9C-101B-9397-08002B2CF9AE}" pid="11" name="MediaServiceImageTags">
    <vt:lpwstr/>
  </property>
</Properties>
</file>