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42FA" w14:textId="610C22E6" w:rsidR="0072186B" w:rsidRDefault="00CD296B">
      <w:pPr>
        <w:pStyle w:val="Heading2"/>
      </w:pPr>
      <w:r>
        <w:t>Overarching Theme:</w:t>
      </w:r>
      <w:r w:rsidR="00600220">
        <w:t xml:space="preserve"> </w:t>
      </w:r>
    </w:p>
    <w:tbl>
      <w:tblPr>
        <w:tblStyle w:val="LightGrid"/>
        <w:tblW w:w="9541" w:type="dxa"/>
        <w:tblLook w:val="04A0" w:firstRow="1" w:lastRow="0" w:firstColumn="1" w:lastColumn="0" w:noHBand="0" w:noVBand="1"/>
      </w:tblPr>
      <w:tblGrid>
        <w:gridCol w:w="2874"/>
        <w:gridCol w:w="3425"/>
        <w:gridCol w:w="3242"/>
      </w:tblGrid>
      <w:tr w:rsidR="00D61E7B" w14:paraId="703E5FCF" w14:textId="77777777" w:rsidTr="002E73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shd w:val="clear" w:color="auto" w:fill="D9D9D9" w:themeFill="background1" w:themeFillShade="D9"/>
          </w:tcPr>
          <w:p w14:paraId="3F1319A9" w14:textId="77777777" w:rsidR="00D61E7B" w:rsidRDefault="00D61E7B" w:rsidP="002E738D">
            <w:r>
              <w:t>Project Challenge</w:t>
            </w:r>
          </w:p>
        </w:tc>
        <w:tc>
          <w:tcPr>
            <w:tcW w:w="3425" w:type="dxa"/>
            <w:shd w:val="clear" w:color="auto" w:fill="D9D9D9" w:themeFill="background1" w:themeFillShade="D9"/>
          </w:tcPr>
          <w:p w14:paraId="5ACC3F9C" w14:textId="77777777" w:rsidR="00D61E7B" w:rsidRDefault="00D61E7B" w:rsidP="002E73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Outcome</w:t>
            </w:r>
          </w:p>
        </w:tc>
        <w:tc>
          <w:tcPr>
            <w:tcW w:w="3242" w:type="dxa"/>
            <w:shd w:val="clear" w:color="auto" w:fill="D9D9D9" w:themeFill="background1" w:themeFillShade="D9"/>
          </w:tcPr>
          <w:p w14:paraId="68B12DFE" w14:textId="77777777" w:rsidR="00D61E7B" w:rsidRDefault="00D61E7B" w:rsidP="002E73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Possible hook/Provocation/Stimulus</w:t>
            </w:r>
          </w:p>
        </w:tc>
      </w:tr>
      <w:tr w:rsidR="00D61E7B" w14:paraId="0E1B9A3E" w14:textId="77777777" w:rsidTr="002E73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shd w:val="clear" w:color="auto" w:fill="FFFFFF" w:themeFill="background1"/>
          </w:tcPr>
          <w:p w14:paraId="0D3F13D8" w14:textId="77777777" w:rsidR="00D61E7B" w:rsidRDefault="00D61E7B" w:rsidP="002E738D">
            <w:pPr>
              <w:rPr>
                <w:sz w:val="20"/>
                <w:szCs w:val="20"/>
                <w:lang w:val="en-GB"/>
              </w:rPr>
            </w:pPr>
          </w:p>
          <w:p w14:paraId="0D8AA4D5" w14:textId="77777777" w:rsidR="00D61E7B" w:rsidRPr="00DB6CC7" w:rsidRDefault="00D61E7B" w:rsidP="002E738D">
            <w:pPr>
              <w:rPr>
                <w:sz w:val="20"/>
                <w:szCs w:val="20"/>
              </w:rPr>
            </w:pPr>
          </w:p>
          <w:p w14:paraId="47E910B2" w14:textId="77777777" w:rsidR="00D61E7B" w:rsidRPr="00DB6CC7" w:rsidRDefault="00D61E7B" w:rsidP="002E738D">
            <w:pPr>
              <w:rPr>
                <w:sz w:val="20"/>
                <w:szCs w:val="20"/>
              </w:rPr>
            </w:pPr>
          </w:p>
        </w:tc>
        <w:tc>
          <w:tcPr>
            <w:tcW w:w="3425" w:type="dxa"/>
            <w:shd w:val="clear" w:color="auto" w:fill="FFFFFF" w:themeFill="background1"/>
          </w:tcPr>
          <w:p w14:paraId="4F49CC39" w14:textId="77777777" w:rsidR="00D61E7B" w:rsidRPr="00F26B3C" w:rsidRDefault="00D61E7B" w:rsidP="00D6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242" w:type="dxa"/>
            <w:shd w:val="clear" w:color="auto" w:fill="FFFFFF" w:themeFill="background1"/>
          </w:tcPr>
          <w:p w14:paraId="5D2C789A" w14:textId="77777777" w:rsidR="00D61E7B" w:rsidRPr="00267A72" w:rsidRDefault="00D61E7B" w:rsidP="002E73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</w:tr>
    </w:tbl>
    <w:p w14:paraId="36C5030F" w14:textId="77777777" w:rsidR="00D61E7B" w:rsidRPr="00D61E7B" w:rsidRDefault="00D61E7B" w:rsidP="00D61E7B"/>
    <w:p w14:paraId="7E30A2DF" w14:textId="517E9A10" w:rsidR="0072186B" w:rsidRDefault="6B6046C2">
      <w:pPr>
        <w:pStyle w:val="Heading2"/>
      </w:pPr>
      <w:r>
        <w:t>Intentional Planning</w:t>
      </w:r>
    </w:p>
    <w:p w14:paraId="2682E3CF" w14:textId="77777777" w:rsidR="0072186B" w:rsidRDefault="00F8138A">
      <w:r>
        <w:t xml:space="preserve">Selected Experiences and Outcomes identify intended learning. Additional Es and </w:t>
      </w:r>
      <w:proofErr w:type="spellStart"/>
      <w:r>
        <w:t>Os</w:t>
      </w:r>
      <w:proofErr w:type="spellEnd"/>
      <w:r>
        <w:t xml:space="preserve"> may be addressed through responsive planning.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2871"/>
        <w:gridCol w:w="2871"/>
        <w:gridCol w:w="2878"/>
      </w:tblGrid>
      <w:tr w:rsidR="0072186B" w14:paraId="783A2C57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2DBDB" w:themeFill="accent2" w:themeFillTint="33"/>
          </w:tcPr>
          <w:p w14:paraId="03C44051" w14:textId="77777777" w:rsidR="0072186B" w:rsidRDefault="00F8138A">
            <w:r>
              <w:t>Experiences &amp; Outcomes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2F2852D5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Benchmarks / Assessment Evidence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3F0E93F0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Meta Skills</w:t>
            </w:r>
            <w:r w:rsidR="00516E60">
              <w:t xml:space="preserve"> </w:t>
            </w:r>
            <w:r w:rsidR="00516E60">
              <w:rPr>
                <w:b w:val="0"/>
                <w:bCs w:val="0"/>
              </w:rPr>
              <w:t>(Highlight/Circle)</w:t>
            </w:r>
          </w:p>
          <w:p w14:paraId="5FD11ABF" w14:textId="4FB9DABD" w:rsidR="006F03AB" w:rsidRPr="00F6591F" w:rsidRDefault="00F659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Observed throughout Enquiry</w:t>
            </w:r>
          </w:p>
        </w:tc>
      </w:tr>
      <w:tr w:rsidR="0072186B" w14:paraId="02EB378F" w14:textId="77777777" w:rsidTr="00F147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 w:themeFill="background1"/>
          </w:tcPr>
          <w:p w14:paraId="612CD966" w14:textId="77777777" w:rsidR="00783671" w:rsidRPr="00454BF3" w:rsidRDefault="00783671" w:rsidP="00454BF3">
            <w:pPr>
              <w:rPr>
                <w:i/>
                <w:iCs/>
                <w:sz w:val="18"/>
                <w:szCs w:val="18"/>
                <w:lang w:val="en-GB"/>
              </w:rPr>
            </w:pPr>
          </w:p>
          <w:p w14:paraId="53D33A56" w14:textId="77777777" w:rsidR="00C14B2B" w:rsidRDefault="00C14B2B" w:rsidP="00C14B2B">
            <w:pPr>
              <w:rPr>
                <w:i/>
                <w:iCs/>
                <w:sz w:val="18"/>
                <w:szCs w:val="18"/>
                <w:lang w:val="en-GB"/>
              </w:rPr>
            </w:pPr>
          </w:p>
          <w:p w14:paraId="506C8FEB" w14:textId="77777777" w:rsidR="00C14B2B" w:rsidRPr="00C14B2B" w:rsidRDefault="00C14B2B" w:rsidP="00C14B2B">
            <w:pPr>
              <w:rPr>
                <w:b w:val="0"/>
                <w:bCs w:val="0"/>
                <w:i/>
                <w:iCs/>
                <w:sz w:val="18"/>
                <w:szCs w:val="18"/>
                <w:lang w:val="en-GB"/>
              </w:rPr>
            </w:pPr>
          </w:p>
          <w:p w14:paraId="7DC580A6" w14:textId="77777777" w:rsidR="002E7C50" w:rsidRPr="002E7C50" w:rsidRDefault="002E7C50" w:rsidP="002E7C50">
            <w:pPr>
              <w:rPr>
                <w:b w:val="0"/>
                <w:bCs w:val="0"/>
                <w:i/>
                <w:iCs/>
                <w:sz w:val="18"/>
                <w:szCs w:val="18"/>
                <w:lang w:val="en-GB"/>
              </w:rPr>
            </w:pPr>
          </w:p>
          <w:p w14:paraId="7F0D6234" w14:textId="77777777" w:rsidR="0072186B" w:rsidRDefault="0072186B">
            <w:pPr>
              <w:rPr>
                <w:sz w:val="20"/>
                <w:szCs w:val="20"/>
                <w:lang w:val="en-GB"/>
              </w:rPr>
            </w:pPr>
          </w:p>
          <w:p w14:paraId="6A05A809" w14:textId="58AA5105" w:rsidR="00BD3859" w:rsidRPr="00DA449A" w:rsidRDefault="00BD3859">
            <w:pPr>
              <w:rPr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2880" w:type="dxa"/>
            <w:shd w:val="clear" w:color="auto" w:fill="FFFFFF" w:themeFill="background1"/>
          </w:tcPr>
          <w:p w14:paraId="5A39BBE3" w14:textId="305ABA0A" w:rsidR="00563EE1" w:rsidRPr="003D20FC" w:rsidRDefault="00563EE1" w:rsidP="0080126E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  <w:tc>
          <w:tcPr>
            <w:tcW w:w="2880" w:type="dxa"/>
            <w:shd w:val="clear" w:color="auto" w:fill="FFFFFF" w:themeFill="background1"/>
          </w:tcPr>
          <w:tbl>
            <w:tblPr>
              <w:tblStyle w:val="TableGrid"/>
              <w:tblW w:w="2057" w:type="dxa"/>
              <w:tblLook w:val="04A0" w:firstRow="1" w:lastRow="0" w:firstColumn="1" w:lastColumn="0" w:noHBand="0" w:noVBand="1"/>
            </w:tblPr>
            <w:tblGrid>
              <w:gridCol w:w="1228"/>
              <w:gridCol w:w="1116"/>
            </w:tblGrid>
            <w:tr w:rsidR="007E175B" w14:paraId="053EE1CD" w14:textId="77777777" w:rsidTr="00F14733">
              <w:trPr>
                <w:trHeight w:val="490"/>
              </w:trPr>
              <w:tc>
                <w:tcPr>
                  <w:tcW w:w="1078" w:type="dxa"/>
                </w:tcPr>
                <w:p w14:paraId="413C4D59" w14:textId="4B09F335" w:rsidR="007E175B" w:rsidRDefault="00513300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513300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7C42011" wp14:editId="4297F226">
                        <wp:extent cx="423333" cy="455198"/>
                        <wp:effectExtent l="0" t="0" r="0" b="2540"/>
                        <wp:docPr id="8369004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A1E9586-8F9A-45F5-B469-63AA8DAFB21B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6900404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7159" cy="459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41701E15" w14:textId="2FC963E4" w:rsidR="007E175B" w:rsidRDefault="002E740F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2E740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C09EE7A" wp14:editId="038D8E66">
                        <wp:extent cx="436033" cy="414659"/>
                        <wp:effectExtent l="0" t="0" r="2540" b="4445"/>
                        <wp:docPr id="15956052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BE48D1C1-47AF-47F0-B645-36F13EF4526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560523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0041" cy="418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3FA1D02" w14:textId="77777777" w:rsidTr="00F14733">
              <w:trPr>
                <w:trHeight w:val="490"/>
              </w:trPr>
              <w:tc>
                <w:tcPr>
                  <w:tcW w:w="1078" w:type="dxa"/>
                </w:tcPr>
                <w:p w14:paraId="5869249A" w14:textId="73143958" w:rsidR="007E175B" w:rsidRDefault="008B0AA3" w:rsidP="008B0AA3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FF78E9" w:rsidRPr="00FF78E9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1D96522" wp14:editId="661639A0">
                        <wp:extent cx="364067" cy="400074"/>
                        <wp:effectExtent l="0" t="0" r="0" b="0"/>
                        <wp:docPr id="78411684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0194F0A-46F0-41D0-8C3C-180CFD684AC1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4116845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8675" cy="4051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54AE0B73" w14:textId="12CE27FC" w:rsidR="007E175B" w:rsidRDefault="000A3B56" w:rsidP="000A3B56">
                  <w:pPr>
                    <w:jc w:val="center"/>
                    <w:rPr>
                      <w:sz w:val="18"/>
                      <w:szCs w:val="18"/>
                    </w:rPr>
                  </w:pPr>
                  <w:r w:rsidRPr="000A3B56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09E09C42" wp14:editId="11AEFAEB">
                        <wp:extent cx="414867" cy="389724"/>
                        <wp:effectExtent l="0" t="0" r="4445" b="0"/>
                        <wp:docPr id="34223400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14CD76F-A464-4226-8C7D-0B4B0D935AB8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234002" name="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8890" cy="393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11C82966" w14:textId="77777777" w:rsidTr="00F14733">
              <w:trPr>
                <w:trHeight w:val="522"/>
              </w:trPr>
              <w:tc>
                <w:tcPr>
                  <w:tcW w:w="1078" w:type="dxa"/>
                </w:tcPr>
                <w:p w14:paraId="1D37B497" w14:textId="4F92E38E" w:rsidR="007E175B" w:rsidRDefault="00CC7EE6" w:rsidP="00CC7EE6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990251" w:rsidRPr="00990251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3F41E5A" wp14:editId="3D661839">
                        <wp:extent cx="575522" cy="438493"/>
                        <wp:effectExtent l="0" t="0" r="0" b="0"/>
                        <wp:docPr id="97700911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EDD0860-88CE-4F1C-B043-DBDED6DF9A22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7009112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204" cy="4504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7D17B6AE" w14:textId="50E5E9B7" w:rsidR="007E175B" w:rsidRDefault="004115A7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4115A7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F44010D" wp14:editId="38D2B91F">
                        <wp:extent cx="294217" cy="403037"/>
                        <wp:effectExtent l="0" t="0" r="0" b="0"/>
                        <wp:docPr id="1448691377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D9DF5C0-CD59-4C3D-A00C-B4644B22D128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48691377" name="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246" cy="4085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67297CF9" w14:textId="77777777" w:rsidTr="00F14733">
              <w:trPr>
                <w:trHeight w:val="490"/>
              </w:trPr>
              <w:tc>
                <w:tcPr>
                  <w:tcW w:w="1078" w:type="dxa"/>
                </w:tcPr>
                <w:p w14:paraId="46E8EF04" w14:textId="21ADCAE1" w:rsidR="007E175B" w:rsidRDefault="006208C2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6208C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34CE651" wp14:editId="6B73149B">
                        <wp:extent cx="481814" cy="406400"/>
                        <wp:effectExtent l="0" t="0" r="0" b="0"/>
                        <wp:docPr id="17507872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A8DE198-91E7-4068-BF20-A294FA7ADCA1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0787204" name="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891" cy="41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712658CC" w14:textId="09BEF69E" w:rsidR="007E175B" w:rsidRDefault="00E8604F" w:rsidP="00E8604F">
                  <w:pPr>
                    <w:jc w:val="center"/>
                    <w:rPr>
                      <w:sz w:val="18"/>
                      <w:szCs w:val="18"/>
                    </w:rPr>
                  </w:pPr>
                  <w:r w:rsidRPr="00E8604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7E07C889" wp14:editId="38EA6376">
                        <wp:extent cx="508000" cy="426357"/>
                        <wp:effectExtent l="0" t="0" r="6350" b="0"/>
                        <wp:docPr id="839050988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A2F3B49-94D6-4CAD-86F7-F053AE15EAC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9050988" name="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879" cy="4321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13214F6" w14:textId="77777777" w:rsidTr="00F14733">
              <w:trPr>
                <w:trHeight w:val="490"/>
              </w:trPr>
              <w:tc>
                <w:tcPr>
                  <w:tcW w:w="1078" w:type="dxa"/>
                </w:tcPr>
                <w:p w14:paraId="3DAC47D4" w14:textId="0DA86693" w:rsidR="007E175B" w:rsidRDefault="008A739B" w:rsidP="008A739B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015C3B" w:rsidRPr="00015C3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E63375E" wp14:editId="1D192AD6">
                        <wp:extent cx="389467" cy="414327"/>
                        <wp:effectExtent l="0" t="0" r="0" b="5080"/>
                        <wp:docPr id="35356366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2585A37C-81F3-4CE3-848E-770DBBA88DE5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563663" name="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697" cy="426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154C7506" w14:textId="1F87941B" w:rsidR="007E175B" w:rsidRDefault="00B9746F" w:rsidP="00B9746F">
                  <w:pPr>
                    <w:jc w:val="center"/>
                    <w:rPr>
                      <w:sz w:val="18"/>
                      <w:szCs w:val="18"/>
                    </w:rPr>
                  </w:pPr>
                  <w:r w:rsidRPr="00B9746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F498DA0" wp14:editId="57B827F2">
                        <wp:extent cx="433549" cy="414020"/>
                        <wp:effectExtent l="0" t="0" r="5080" b="5080"/>
                        <wp:docPr id="142982869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AFD9176C-5E35-4BB0-B246-4F0783F62444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29828695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4496" cy="4244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4ECB3178" w14:textId="77777777" w:rsidTr="00F14733">
              <w:trPr>
                <w:trHeight w:val="490"/>
              </w:trPr>
              <w:tc>
                <w:tcPr>
                  <w:tcW w:w="1078" w:type="dxa"/>
                </w:tcPr>
                <w:p w14:paraId="695AFA88" w14:textId="5E28D18A" w:rsidR="007E175B" w:rsidRDefault="00727042" w:rsidP="00727042">
                  <w:pPr>
                    <w:jc w:val="center"/>
                    <w:rPr>
                      <w:sz w:val="18"/>
                      <w:szCs w:val="18"/>
                    </w:rPr>
                  </w:pPr>
                  <w:r w:rsidRPr="0072704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EFB7113" wp14:editId="758FBA3C">
                        <wp:extent cx="491067" cy="416158"/>
                        <wp:effectExtent l="0" t="0" r="4445" b="3175"/>
                        <wp:docPr id="1466763306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81BEBAD-17D3-4C51-85F0-1881BA97C30A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6763306" name="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269" cy="418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624A1317" w14:textId="13BF5439" w:rsidR="007E175B" w:rsidRDefault="00BA6D0B" w:rsidP="00BA6D0B">
                  <w:pPr>
                    <w:jc w:val="center"/>
                    <w:rPr>
                      <w:sz w:val="18"/>
                      <w:szCs w:val="18"/>
                    </w:rPr>
                  </w:pPr>
                  <w:r w:rsidRPr="00BA6D0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E0EBE4A" wp14:editId="2D2BE8B2">
                        <wp:extent cx="564938" cy="440823"/>
                        <wp:effectExtent l="0" t="0" r="6985" b="0"/>
                        <wp:docPr id="304312351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C0CEB278-622E-409A-BB5E-0119A43AA9B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312351" name="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69" cy="4429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1C8F396" w14:textId="7F9DA493" w:rsidR="00F616F5" w:rsidRDefault="00F616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E9D4787" w14:textId="1AF5787B" w:rsidR="0072186B" w:rsidRDefault="35C8AC6D">
      <w:pPr>
        <w:pStyle w:val="Heading2"/>
      </w:pPr>
      <w:r>
        <w:t>Learning Experiences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72186B" w14:paraId="756890C7" w14:textId="77777777" w:rsidTr="00842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C6D9F1" w:themeFill="text2" w:themeFillTint="33"/>
          </w:tcPr>
          <w:p w14:paraId="18531322" w14:textId="40F13BBB" w:rsidR="0072186B" w:rsidRDefault="00F8138A">
            <w:r>
              <w:t>Possible Learning Experiences / Provocations (</w:t>
            </w:r>
            <w:proofErr w:type="gramStart"/>
            <w:r>
              <w:t>may be</w:t>
            </w:r>
            <w:proofErr w:type="gramEnd"/>
            <w:r>
              <w:t xml:space="preserve"> linked to zones)</w:t>
            </w:r>
          </w:p>
        </w:tc>
        <w:tc>
          <w:tcPr>
            <w:tcW w:w="4310" w:type="dxa"/>
            <w:shd w:val="clear" w:color="auto" w:fill="C6D9F1" w:themeFill="text2" w:themeFillTint="33"/>
          </w:tcPr>
          <w:p w14:paraId="1494E2EA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Resources</w:t>
            </w:r>
          </w:p>
        </w:tc>
      </w:tr>
      <w:tr w:rsidR="00842652" w14:paraId="72A3D3EC" w14:textId="77777777" w:rsidTr="00842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0E27B00A" w14:textId="3BE8B9A6" w:rsidR="00842652" w:rsidRPr="00842652" w:rsidRDefault="00842652" w:rsidP="00BC0423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 w:rsidRPr="00482CF9">
              <w:rPr>
                <w:sz w:val="18"/>
                <w:szCs w:val="18"/>
              </w:rPr>
              <w:t>Teacher-</w:t>
            </w:r>
            <w:r w:rsidR="00BC0423">
              <w:rPr>
                <w:sz w:val="18"/>
                <w:szCs w:val="18"/>
              </w:rPr>
              <w:t>L</w:t>
            </w:r>
            <w:r w:rsidRPr="00482CF9">
              <w:rPr>
                <w:sz w:val="18"/>
                <w:szCs w:val="18"/>
              </w:rPr>
              <w:t>ed</w:t>
            </w:r>
          </w:p>
        </w:tc>
      </w:tr>
      <w:tr w:rsidR="00D61E7B" w14:paraId="390E8E05" w14:textId="77777777" w:rsidTr="00FC35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32928922" w14:textId="77777777" w:rsidR="00D61E7B" w:rsidRDefault="00D61E7B" w:rsidP="00842652">
            <w:pPr>
              <w:rPr>
                <w:sz w:val="18"/>
                <w:szCs w:val="18"/>
              </w:rPr>
            </w:pPr>
          </w:p>
          <w:p w14:paraId="4DA7CA73" w14:textId="77777777" w:rsidR="00D61E7B" w:rsidRDefault="00D61E7B" w:rsidP="00BC0423">
            <w:pPr>
              <w:pStyle w:val="ListParagraph"/>
              <w:rPr>
                <w:sz w:val="18"/>
                <w:szCs w:val="18"/>
              </w:rPr>
            </w:pPr>
          </w:p>
        </w:tc>
      </w:tr>
      <w:tr w:rsidR="0058450D" w14:paraId="015183E7" w14:textId="77777777" w:rsidTr="005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679871BE" w14:textId="61A7501F" w:rsidR="0058450D" w:rsidRDefault="001B608F" w:rsidP="0058450D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Teacher-Initiated/</w:t>
            </w:r>
            <w:r w:rsidR="0058450D">
              <w:rPr>
                <w:sz w:val="18"/>
                <w:szCs w:val="18"/>
              </w:rPr>
              <w:t>Child-</w:t>
            </w:r>
            <w:r>
              <w:rPr>
                <w:sz w:val="18"/>
                <w:szCs w:val="18"/>
              </w:rPr>
              <w:t>L</w:t>
            </w:r>
            <w:r w:rsidR="0058450D">
              <w:rPr>
                <w:sz w:val="18"/>
                <w:szCs w:val="18"/>
              </w:rPr>
              <w:t>ed (Provocations in Zones)</w:t>
            </w:r>
            <w:r w:rsidR="000F1303">
              <w:rPr>
                <w:sz w:val="18"/>
                <w:szCs w:val="18"/>
              </w:rPr>
              <w:t xml:space="preserve">- </w:t>
            </w:r>
            <w:r w:rsidR="00CE63FC" w:rsidRPr="00CE63FC">
              <w:rPr>
                <w:i/>
                <w:iCs/>
                <w:sz w:val="18"/>
                <w:szCs w:val="18"/>
              </w:rPr>
              <w:t>adapt</w:t>
            </w:r>
            <w:r w:rsidR="00CE63FC">
              <w:rPr>
                <w:i/>
                <w:iCs/>
                <w:sz w:val="18"/>
                <w:szCs w:val="18"/>
              </w:rPr>
              <w:t xml:space="preserve">ed </w:t>
            </w:r>
            <w:r w:rsidR="00CE63FC" w:rsidRPr="00CE63FC">
              <w:rPr>
                <w:i/>
                <w:iCs/>
                <w:sz w:val="18"/>
                <w:szCs w:val="18"/>
              </w:rPr>
              <w:t>throughout the Enquiry</w:t>
            </w:r>
            <w:r w:rsidR="002518EF">
              <w:rPr>
                <w:i/>
                <w:iCs/>
                <w:sz w:val="18"/>
                <w:szCs w:val="18"/>
              </w:rPr>
              <w:t xml:space="preserve"> and opportunities for product refinement and peer feedback</w:t>
            </w:r>
          </w:p>
          <w:p w14:paraId="684384FB" w14:textId="77777777" w:rsidR="0058450D" w:rsidRDefault="0058450D" w:rsidP="0058450D">
            <w:pPr>
              <w:pStyle w:val="ListParagraph"/>
              <w:ind w:left="1494"/>
              <w:jc w:val="center"/>
              <w:rPr>
                <w:sz w:val="18"/>
                <w:szCs w:val="18"/>
              </w:rPr>
            </w:pPr>
          </w:p>
        </w:tc>
      </w:tr>
      <w:tr w:rsidR="0058450D" w14:paraId="4A027995" w14:textId="77777777" w:rsidTr="005845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</w:tcPr>
          <w:p w14:paraId="7309DC17" w14:textId="77777777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Discovery</w:t>
            </w:r>
          </w:p>
          <w:p w14:paraId="77DA9BC0" w14:textId="77777777" w:rsidR="0058450D" w:rsidRPr="001679B3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35EC2A14" w14:textId="77777777" w:rsidR="00A31BA4" w:rsidRDefault="00A31BA4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502A3B7B" w14:textId="77777777" w:rsidR="00A31BA4" w:rsidRDefault="00A31BA4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087C299F" w14:textId="77777777" w:rsidR="00513A2D" w:rsidRDefault="00513A2D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1895FD6D" w14:textId="0F569AC5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Social</w:t>
            </w:r>
          </w:p>
          <w:p w14:paraId="14D422A8" w14:textId="77777777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29424E97" w14:textId="77777777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61C21AE0" w14:textId="77777777" w:rsidR="00445426" w:rsidRDefault="00445426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2BD6C8D5" w14:textId="77777777" w:rsidR="00593B1F" w:rsidRDefault="00593B1F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6FCDBC3D" w14:textId="33470B3E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Creative</w:t>
            </w:r>
          </w:p>
          <w:p w14:paraId="14E724B1" w14:textId="77777777" w:rsidR="00023C5A" w:rsidRDefault="00023C5A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38A73DAB" w14:textId="77777777" w:rsidR="00023C5A" w:rsidRDefault="00023C5A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246E2090" w14:textId="77777777" w:rsidR="00023C5A" w:rsidRDefault="00023C5A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62822D30" w14:textId="77777777" w:rsidR="006F50D8" w:rsidRDefault="006F50D8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2737E68F" w14:textId="370C841F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Outdoor</w:t>
            </w:r>
          </w:p>
          <w:p w14:paraId="1264630A" w14:textId="77777777" w:rsidR="0058450D" w:rsidRDefault="0058450D" w:rsidP="00682611">
            <w:pPr>
              <w:rPr>
                <w:sz w:val="18"/>
                <w:szCs w:val="18"/>
              </w:rPr>
            </w:pPr>
          </w:p>
          <w:p w14:paraId="77CAEDC9" w14:textId="77777777" w:rsidR="00682611" w:rsidRDefault="00682611" w:rsidP="00682611">
            <w:pPr>
              <w:rPr>
                <w:sz w:val="18"/>
                <w:szCs w:val="18"/>
              </w:rPr>
            </w:pPr>
          </w:p>
          <w:p w14:paraId="4D0672B9" w14:textId="77777777" w:rsidR="00682611" w:rsidRDefault="00682611" w:rsidP="00682611">
            <w:pPr>
              <w:rPr>
                <w:sz w:val="18"/>
                <w:szCs w:val="18"/>
              </w:rPr>
            </w:pPr>
          </w:p>
        </w:tc>
        <w:tc>
          <w:tcPr>
            <w:tcW w:w="4310" w:type="dxa"/>
            <w:shd w:val="clear" w:color="auto" w:fill="FFFFFF" w:themeFill="background1"/>
          </w:tcPr>
          <w:p w14:paraId="453252A8" w14:textId="77777777" w:rsidR="0095285E" w:rsidRDefault="0095285E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  <w:p w14:paraId="0B6C04D8" w14:textId="49AEAF34" w:rsidR="0022236F" w:rsidRPr="0022236F" w:rsidRDefault="0022236F" w:rsidP="0080126E">
            <w:pPr>
              <w:pStyle w:val="ListParagraph"/>
              <w:ind w:left="25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</w:tr>
    </w:tbl>
    <w:p w14:paraId="1F59AFAD" w14:textId="74C541B3" w:rsidR="0072186B" w:rsidRDefault="00221E0B">
      <w:pPr>
        <w:pStyle w:val="Heading2"/>
      </w:pPr>
      <w:r>
        <w:t xml:space="preserve">Responsive Planning: </w:t>
      </w:r>
      <w:r w:rsidR="6B6046C2">
        <w:t>Reflecting, Responding and Extending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1"/>
        <w:gridCol w:w="4309"/>
      </w:tblGrid>
      <w:tr w:rsidR="0072186B" w14:paraId="4C7B7E7A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EAF1DD" w:themeFill="accent3" w:themeFillTint="33"/>
          </w:tcPr>
          <w:p w14:paraId="555868CD" w14:textId="62C0F854" w:rsidR="0072186B" w:rsidRDefault="00F8138A">
            <w:r>
              <w:t xml:space="preserve">Emerging Pupil Questions / </w:t>
            </w:r>
            <w:r w:rsidR="00765C77">
              <w:t>Challenges</w:t>
            </w:r>
          </w:p>
        </w:tc>
        <w:tc>
          <w:tcPr>
            <w:tcW w:w="4320" w:type="dxa"/>
            <w:shd w:val="clear" w:color="auto" w:fill="EAF1DD" w:themeFill="accent3" w:themeFillTint="33"/>
          </w:tcPr>
          <w:p w14:paraId="495BAE6E" w14:textId="24791B40" w:rsidR="0072186B" w:rsidRDefault="6B6046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Next Steps</w:t>
            </w:r>
          </w:p>
        </w:tc>
      </w:tr>
      <w:tr w:rsidR="0072186B" w14:paraId="60061E4C" w14:textId="77777777" w:rsidTr="00721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 w:themeFill="background1"/>
          </w:tcPr>
          <w:p w14:paraId="50E23820" w14:textId="77777777" w:rsidR="00BA59BD" w:rsidRDefault="00BA59BD">
            <w:pPr>
              <w:rPr>
                <w:b w:val="0"/>
                <w:bCs w:val="0"/>
              </w:rPr>
            </w:pPr>
          </w:p>
          <w:p w14:paraId="5A4C634D" w14:textId="77777777" w:rsidR="00BA59BD" w:rsidRDefault="00BA59BD">
            <w:pPr>
              <w:rPr>
                <w:b w:val="0"/>
                <w:bCs w:val="0"/>
              </w:rPr>
            </w:pPr>
          </w:p>
          <w:p w14:paraId="3A602883" w14:textId="77777777" w:rsidR="00BA59BD" w:rsidRDefault="00BA59BD">
            <w:pPr>
              <w:rPr>
                <w:b w:val="0"/>
                <w:bCs w:val="0"/>
              </w:rPr>
            </w:pPr>
          </w:p>
          <w:p w14:paraId="0A61CBD7" w14:textId="77777777" w:rsidR="00BA59BD" w:rsidRDefault="00BA59BD">
            <w:pPr>
              <w:rPr>
                <w:b w:val="0"/>
                <w:bCs w:val="0"/>
              </w:rPr>
            </w:pPr>
          </w:p>
          <w:p w14:paraId="44EAFD9C" w14:textId="77777777" w:rsidR="00682611" w:rsidRDefault="00682611"/>
        </w:tc>
        <w:tc>
          <w:tcPr>
            <w:tcW w:w="4320" w:type="dxa"/>
            <w:shd w:val="clear" w:color="auto" w:fill="FFFFFF" w:themeFill="background1"/>
          </w:tcPr>
          <w:p w14:paraId="3011CF0C" w14:textId="46439633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921E23B" w14:textId="15282063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C968E0F" w14:textId="2F17635B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B94D5A5" w14:textId="77777777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4D8BD00" w14:textId="77777777" w:rsidR="00F8138A" w:rsidRDefault="00F8138A"/>
    <w:sectPr w:rsidR="00F8138A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EF3A7" w14:textId="77777777" w:rsidR="00E81F41" w:rsidRDefault="00E81F41" w:rsidP="00886041">
      <w:pPr>
        <w:spacing w:after="0" w:line="240" w:lineRule="auto"/>
      </w:pPr>
      <w:r>
        <w:separator/>
      </w:r>
    </w:p>
  </w:endnote>
  <w:endnote w:type="continuationSeparator" w:id="0">
    <w:p w14:paraId="20BEF227" w14:textId="77777777" w:rsidR="00E81F41" w:rsidRDefault="00E81F41" w:rsidP="00886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3832" w14:textId="70BE59FA" w:rsidR="00A236E4" w:rsidRDefault="00A236E4">
    <w:pPr>
      <w:pStyle w:val="Footer"/>
    </w:pPr>
  </w:p>
  <w:p w14:paraId="3BC9BBFB" w14:textId="77231752" w:rsidR="00A236E4" w:rsidRPr="00A236E4" w:rsidRDefault="00A236E4">
    <w:pPr>
      <w:pStyle w:val="Footer"/>
      <w:rPr>
        <w:i/>
        <w:iCs/>
      </w:rPr>
    </w:pPr>
    <w:r>
      <w:rPr>
        <w:i/>
        <w:iCs/>
      </w:rPr>
      <w:t>Planner</w:t>
    </w:r>
    <w:r w:rsidR="00616BCA">
      <w:rPr>
        <w:i/>
        <w:iCs/>
      </w:rPr>
      <w:t xml:space="preserve"> </w:t>
    </w:r>
    <w:r>
      <w:rPr>
        <w:i/>
        <w:iCs/>
      </w:rPr>
      <w:t xml:space="preserve">adapted from STEM Nation </w:t>
    </w:r>
    <w:r w:rsidR="00616BCA">
      <w:rPr>
        <w:i/>
        <w:iCs/>
      </w:rPr>
      <w:t>STEM Context Planners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BFA81" w14:textId="77777777" w:rsidR="00E81F41" w:rsidRDefault="00E81F41" w:rsidP="00886041">
      <w:pPr>
        <w:spacing w:after="0" w:line="240" w:lineRule="auto"/>
      </w:pPr>
      <w:r>
        <w:separator/>
      </w:r>
    </w:p>
  </w:footnote>
  <w:footnote w:type="continuationSeparator" w:id="0">
    <w:p w14:paraId="757B90F4" w14:textId="77777777" w:rsidR="00E81F41" w:rsidRDefault="00E81F41" w:rsidP="00886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C2C3B" w14:textId="34775532" w:rsidR="00886041" w:rsidRDefault="000C1D55" w:rsidP="00413D0C">
    <w:pPr>
      <w:pStyle w:val="Heading1"/>
    </w:pPr>
    <w:r w:rsidRPr="000C1D55">
      <w:rPr>
        <w:rFonts w:ascii="Calibri" w:hAnsi="Calibri" w:cstheme="minorBidi"/>
        <w:noProof/>
        <w:sz w:val="22"/>
        <w:szCs w:val="22"/>
        <w:lang w:val="en-GB"/>
      </w:rPr>
      <w:drawing>
        <wp:inline distT="0" distB="0" distL="0" distR="0" wp14:anchorId="49769714" wp14:editId="658EC171">
          <wp:extent cx="474133" cy="474133"/>
          <wp:effectExtent l="0" t="0" r="2540" b="2540"/>
          <wp:docPr id="206280316" name="Picture 2">
            <a:extLst xmlns:a="http://schemas.openxmlformats.org/drawingml/2006/main">
              <a:ext uri="{FF2B5EF4-FFF2-40B4-BE49-F238E27FC236}">
                <a16:creationId xmlns:a16="http://schemas.microsoft.com/office/drawing/2014/main" id="{DF4EAD3F-8E6C-4663-B332-8DEE8B081C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112" cy="488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="00E04A2C">
      <w:t>Project Based Learning</w:t>
    </w:r>
    <w:r>
      <w:t xml:space="preserve"> Planning</w:t>
    </w:r>
    <w:r w:rsidR="0080126E">
      <w:t xml:space="preserve">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134088"/>
    <w:multiLevelType w:val="hybridMultilevel"/>
    <w:tmpl w:val="4D96CDF6"/>
    <w:lvl w:ilvl="0" w:tplc="C45C753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3E140C"/>
    <w:multiLevelType w:val="hybridMultilevel"/>
    <w:tmpl w:val="223CCE52"/>
    <w:lvl w:ilvl="0" w:tplc="6C4E538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B036D"/>
    <w:multiLevelType w:val="hybridMultilevel"/>
    <w:tmpl w:val="E1F64194"/>
    <w:lvl w:ilvl="0" w:tplc="D11C9E1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4603C"/>
    <w:multiLevelType w:val="hybridMultilevel"/>
    <w:tmpl w:val="0E68117A"/>
    <w:lvl w:ilvl="0" w:tplc="DC64733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3D778D"/>
    <w:multiLevelType w:val="hybridMultilevel"/>
    <w:tmpl w:val="6C988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2E29E0"/>
    <w:multiLevelType w:val="multilevel"/>
    <w:tmpl w:val="7F288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655868"/>
    <w:multiLevelType w:val="hybridMultilevel"/>
    <w:tmpl w:val="43EE8EA2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8754F0"/>
    <w:multiLevelType w:val="hybridMultilevel"/>
    <w:tmpl w:val="4A5E8E24"/>
    <w:lvl w:ilvl="0" w:tplc="BDD8A02C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815062">
    <w:abstractNumId w:val="7"/>
  </w:num>
  <w:num w:numId="2" w16cid:durableId="1083719715">
    <w:abstractNumId w:val="6"/>
  </w:num>
  <w:num w:numId="3" w16cid:durableId="1268535957">
    <w:abstractNumId w:val="16"/>
  </w:num>
  <w:num w:numId="4" w16cid:durableId="1519738130">
    <w:abstractNumId w:val="13"/>
  </w:num>
  <w:num w:numId="5" w16cid:durableId="1614556465">
    <w:abstractNumId w:val="12"/>
  </w:num>
  <w:num w:numId="6" w16cid:durableId="1637367140">
    <w:abstractNumId w:val="8"/>
  </w:num>
  <w:num w:numId="7" w16cid:durableId="1706131200">
    <w:abstractNumId w:val="11"/>
  </w:num>
  <w:num w:numId="8" w16cid:durableId="176770922">
    <w:abstractNumId w:val="9"/>
  </w:num>
  <w:num w:numId="9" w16cid:durableId="1827820527">
    <w:abstractNumId w:val="0"/>
  </w:num>
  <w:num w:numId="10" w16cid:durableId="379786555">
    <w:abstractNumId w:val="10"/>
  </w:num>
  <w:num w:numId="11" w16cid:durableId="415630990">
    <w:abstractNumId w:val="3"/>
  </w:num>
  <w:num w:numId="12" w16cid:durableId="436294117">
    <w:abstractNumId w:val="15"/>
  </w:num>
  <w:num w:numId="13" w16cid:durableId="462425056">
    <w:abstractNumId w:val="1"/>
  </w:num>
  <w:num w:numId="14" w16cid:durableId="473723455">
    <w:abstractNumId w:val="4"/>
  </w:num>
  <w:num w:numId="15" w16cid:durableId="678508920">
    <w:abstractNumId w:val="14"/>
  </w:num>
  <w:num w:numId="16" w16cid:durableId="747075841">
    <w:abstractNumId w:val="5"/>
  </w:num>
  <w:num w:numId="17" w16cid:durableId="927734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3F2"/>
    <w:rsid w:val="00013DB2"/>
    <w:rsid w:val="00015C3B"/>
    <w:rsid w:val="00023C5A"/>
    <w:rsid w:val="00034616"/>
    <w:rsid w:val="000402C7"/>
    <w:rsid w:val="00044B1C"/>
    <w:rsid w:val="0006063C"/>
    <w:rsid w:val="000674A4"/>
    <w:rsid w:val="0007096C"/>
    <w:rsid w:val="000745A2"/>
    <w:rsid w:val="00093416"/>
    <w:rsid w:val="00096133"/>
    <w:rsid w:val="000A1662"/>
    <w:rsid w:val="000A3A40"/>
    <w:rsid w:val="000A3B56"/>
    <w:rsid w:val="000C08C8"/>
    <w:rsid w:val="000C16E3"/>
    <w:rsid w:val="000C1D55"/>
    <w:rsid w:val="000E090A"/>
    <w:rsid w:val="000E24F3"/>
    <w:rsid w:val="000E7B3D"/>
    <w:rsid w:val="000F1303"/>
    <w:rsid w:val="0015074B"/>
    <w:rsid w:val="001679B3"/>
    <w:rsid w:val="00171237"/>
    <w:rsid w:val="00172F4E"/>
    <w:rsid w:val="0019357D"/>
    <w:rsid w:val="00196770"/>
    <w:rsid w:val="001A31AC"/>
    <w:rsid w:val="001A56A9"/>
    <w:rsid w:val="001B2933"/>
    <w:rsid w:val="001B608F"/>
    <w:rsid w:val="001D5C10"/>
    <w:rsid w:val="0020256D"/>
    <w:rsid w:val="00205AEA"/>
    <w:rsid w:val="00221E0B"/>
    <w:rsid w:val="0022236F"/>
    <w:rsid w:val="002518EF"/>
    <w:rsid w:val="00275280"/>
    <w:rsid w:val="0029639D"/>
    <w:rsid w:val="00297698"/>
    <w:rsid w:val="002A14B2"/>
    <w:rsid w:val="002B51A3"/>
    <w:rsid w:val="002E1AE7"/>
    <w:rsid w:val="002E740F"/>
    <w:rsid w:val="002E7C50"/>
    <w:rsid w:val="002F34D8"/>
    <w:rsid w:val="002F5B73"/>
    <w:rsid w:val="00302DE4"/>
    <w:rsid w:val="00326F90"/>
    <w:rsid w:val="0034192C"/>
    <w:rsid w:val="00367DAA"/>
    <w:rsid w:val="003C413D"/>
    <w:rsid w:val="003D20FC"/>
    <w:rsid w:val="003E2DFB"/>
    <w:rsid w:val="003E2F05"/>
    <w:rsid w:val="003E6BC2"/>
    <w:rsid w:val="003E6FEC"/>
    <w:rsid w:val="003E7478"/>
    <w:rsid w:val="00404106"/>
    <w:rsid w:val="00404E13"/>
    <w:rsid w:val="004115A7"/>
    <w:rsid w:val="00412384"/>
    <w:rsid w:val="00413D0C"/>
    <w:rsid w:val="00427A23"/>
    <w:rsid w:val="00432370"/>
    <w:rsid w:val="00435893"/>
    <w:rsid w:val="00440714"/>
    <w:rsid w:val="00440F8D"/>
    <w:rsid w:val="00445426"/>
    <w:rsid w:val="00454772"/>
    <w:rsid w:val="00454BF3"/>
    <w:rsid w:val="004601D4"/>
    <w:rsid w:val="00462368"/>
    <w:rsid w:val="00466F85"/>
    <w:rsid w:val="00467235"/>
    <w:rsid w:val="004729D6"/>
    <w:rsid w:val="00482CF9"/>
    <w:rsid w:val="0049496E"/>
    <w:rsid w:val="00497A56"/>
    <w:rsid w:val="004E612D"/>
    <w:rsid w:val="004F29C4"/>
    <w:rsid w:val="004F6488"/>
    <w:rsid w:val="00505750"/>
    <w:rsid w:val="00513300"/>
    <w:rsid w:val="00513A2D"/>
    <w:rsid w:val="00516E60"/>
    <w:rsid w:val="00556184"/>
    <w:rsid w:val="0056174B"/>
    <w:rsid w:val="00563EE1"/>
    <w:rsid w:val="0058450D"/>
    <w:rsid w:val="00593B1F"/>
    <w:rsid w:val="005A4230"/>
    <w:rsid w:val="005A5863"/>
    <w:rsid w:val="005B647D"/>
    <w:rsid w:val="005C6808"/>
    <w:rsid w:val="005F4776"/>
    <w:rsid w:val="00600220"/>
    <w:rsid w:val="0060115D"/>
    <w:rsid w:val="00616BCA"/>
    <w:rsid w:val="006208C2"/>
    <w:rsid w:val="00670BC6"/>
    <w:rsid w:val="00680786"/>
    <w:rsid w:val="006814EB"/>
    <w:rsid w:val="00682611"/>
    <w:rsid w:val="006B51F8"/>
    <w:rsid w:val="006D61DD"/>
    <w:rsid w:val="006E6F78"/>
    <w:rsid w:val="006F03AB"/>
    <w:rsid w:val="006F3B3D"/>
    <w:rsid w:val="006F50D8"/>
    <w:rsid w:val="0072186B"/>
    <w:rsid w:val="00727042"/>
    <w:rsid w:val="00764AD8"/>
    <w:rsid w:val="00765C77"/>
    <w:rsid w:val="00767AC2"/>
    <w:rsid w:val="00783671"/>
    <w:rsid w:val="00784DEB"/>
    <w:rsid w:val="007A284E"/>
    <w:rsid w:val="007A5016"/>
    <w:rsid w:val="007B0204"/>
    <w:rsid w:val="007C1B81"/>
    <w:rsid w:val="007C4C24"/>
    <w:rsid w:val="007C5316"/>
    <w:rsid w:val="007E175B"/>
    <w:rsid w:val="007E22BE"/>
    <w:rsid w:val="007F3CB5"/>
    <w:rsid w:val="007F552B"/>
    <w:rsid w:val="007F78C7"/>
    <w:rsid w:val="0080126E"/>
    <w:rsid w:val="0080316C"/>
    <w:rsid w:val="00823C04"/>
    <w:rsid w:val="00842652"/>
    <w:rsid w:val="00872473"/>
    <w:rsid w:val="00886041"/>
    <w:rsid w:val="008A5B29"/>
    <w:rsid w:val="008A739B"/>
    <w:rsid w:val="008B0AA3"/>
    <w:rsid w:val="008E1880"/>
    <w:rsid w:val="008E7F2F"/>
    <w:rsid w:val="00935C8E"/>
    <w:rsid w:val="00936165"/>
    <w:rsid w:val="00936D97"/>
    <w:rsid w:val="009459F2"/>
    <w:rsid w:val="00951120"/>
    <w:rsid w:val="0095285E"/>
    <w:rsid w:val="00963627"/>
    <w:rsid w:val="009736DB"/>
    <w:rsid w:val="00990251"/>
    <w:rsid w:val="009B14EC"/>
    <w:rsid w:val="009D67C5"/>
    <w:rsid w:val="00A00AE7"/>
    <w:rsid w:val="00A236E4"/>
    <w:rsid w:val="00A31BA4"/>
    <w:rsid w:val="00A613CF"/>
    <w:rsid w:val="00AA1D8D"/>
    <w:rsid w:val="00AB12B6"/>
    <w:rsid w:val="00AC2A53"/>
    <w:rsid w:val="00AC2ABB"/>
    <w:rsid w:val="00AD37F9"/>
    <w:rsid w:val="00AD381C"/>
    <w:rsid w:val="00AE1622"/>
    <w:rsid w:val="00B04451"/>
    <w:rsid w:val="00B06117"/>
    <w:rsid w:val="00B06F5D"/>
    <w:rsid w:val="00B369D0"/>
    <w:rsid w:val="00B43857"/>
    <w:rsid w:val="00B46272"/>
    <w:rsid w:val="00B47730"/>
    <w:rsid w:val="00B66C63"/>
    <w:rsid w:val="00B9746F"/>
    <w:rsid w:val="00BA59BD"/>
    <w:rsid w:val="00BA6D0B"/>
    <w:rsid w:val="00BA7CF0"/>
    <w:rsid w:val="00BC0423"/>
    <w:rsid w:val="00BD3859"/>
    <w:rsid w:val="00BE5F5B"/>
    <w:rsid w:val="00C14B2B"/>
    <w:rsid w:val="00C27E30"/>
    <w:rsid w:val="00C34C2B"/>
    <w:rsid w:val="00C56714"/>
    <w:rsid w:val="00C86B71"/>
    <w:rsid w:val="00C9759F"/>
    <w:rsid w:val="00CA229B"/>
    <w:rsid w:val="00CA60C7"/>
    <w:rsid w:val="00CB0664"/>
    <w:rsid w:val="00CC218E"/>
    <w:rsid w:val="00CC7EE6"/>
    <w:rsid w:val="00CD296B"/>
    <w:rsid w:val="00CD44E1"/>
    <w:rsid w:val="00CE63FC"/>
    <w:rsid w:val="00CF2FFA"/>
    <w:rsid w:val="00D41F2C"/>
    <w:rsid w:val="00D605B6"/>
    <w:rsid w:val="00D61E7B"/>
    <w:rsid w:val="00D97061"/>
    <w:rsid w:val="00D97E02"/>
    <w:rsid w:val="00DA3781"/>
    <w:rsid w:val="00DA449A"/>
    <w:rsid w:val="00DA599E"/>
    <w:rsid w:val="00DB3D0D"/>
    <w:rsid w:val="00DB6CC7"/>
    <w:rsid w:val="00DB7515"/>
    <w:rsid w:val="00DE1B95"/>
    <w:rsid w:val="00E03043"/>
    <w:rsid w:val="00E04A2C"/>
    <w:rsid w:val="00E04FEF"/>
    <w:rsid w:val="00E15CD9"/>
    <w:rsid w:val="00E20A93"/>
    <w:rsid w:val="00E212C9"/>
    <w:rsid w:val="00E2169B"/>
    <w:rsid w:val="00E30676"/>
    <w:rsid w:val="00E51888"/>
    <w:rsid w:val="00E81F41"/>
    <w:rsid w:val="00E8604F"/>
    <w:rsid w:val="00EA64D6"/>
    <w:rsid w:val="00EB0BEE"/>
    <w:rsid w:val="00EC1A98"/>
    <w:rsid w:val="00EC2BBC"/>
    <w:rsid w:val="00EE5533"/>
    <w:rsid w:val="00EE7107"/>
    <w:rsid w:val="00EF64BA"/>
    <w:rsid w:val="00F14733"/>
    <w:rsid w:val="00F26B3C"/>
    <w:rsid w:val="00F4042D"/>
    <w:rsid w:val="00F616F5"/>
    <w:rsid w:val="00F624B0"/>
    <w:rsid w:val="00F6591F"/>
    <w:rsid w:val="00F8138A"/>
    <w:rsid w:val="00F915E1"/>
    <w:rsid w:val="00F95081"/>
    <w:rsid w:val="00FB0DD2"/>
    <w:rsid w:val="00FC693F"/>
    <w:rsid w:val="00FF78E9"/>
    <w:rsid w:val="088164F9"/>
    <w:rsid w:val="255D8227"/>
    <w:rsid w:val="2C5FE234"/>
    <w:rsid w:val="32F0CE94"/>
    <w:rsid w:val="35C8AC6D"/>
    <w:rsid w:val="468200EC"/>
    <w:rsid w:val="51AE51D0"/>
    <w:rsid w:val="56B384FB"/>
    <w:rsid w:val="6B6046C2"/>
    <w:rsid w:val="7A64B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580B275F-8502-47AF-BF89-907FA486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0C1D5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e72ac1-2dff-4e06-a751-20dc2bc26b88">
      <Terms xmlns="http://schemas.microsoft.com/office/infopath/2007/PartnerControls"/>
    </lcf76f155ced4ddcb4097134ff3c332f>
    <TaxCatchAll xmlns="c85f8ed6-da34-46ef-82c4-42fdeec9aba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D5F1FB52D2D04AA1AFD55021251060" ma:contentTypeVersion="14" ma:contentTypeDescription="Create a new document." ma:contentTypeScope="" ma:versionID="5ad499bc8385d2592b178c9c424b764d">
  <xsd:schema xmlns:xsd="http://www.w3.org/2001/XMLSchema" xmlns:xs="http://www.w3.org/2001/XMLSchema" xmlns:p="http://schemas.microsoft.com/office/2006/metadata/properties" xmlns:ns2="1ce72ac1-2dff-4e06-a751-20dc2bc26b88" xmlns:ns3="c85f8ed6-da34-46ef-82c4-42fdeec9abaf" targetNamespace="http://schemas.microsoft.com/office/2006/metadata/properties" ma:root="true" ma:fieldsID="9c8d3061074f4323a4e205c075397973" ns2:_="" ns3:_="">
    <xsd:import namespace="1ce72ac1-2dff-4e06-a751-20dc2bc26b88"/>
    <xsd:import namespace="c85f8ed6-da34-46ef-82c4-42fdeec9a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72ac1-2dff-4e06-a751-20dc2bc26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f8ed6-da34-46ef-82c4-42fdeec9ab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649391-529e-4a3b-967f-dbf2e540223f}" ma:internalName="TaxCatchAll" ma:showField="CatchAllData" ma:web="c85f8ed6-da34-46ef-82c4-42fdeec9ab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162EAE-59B3-4728-B574-C8332E390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16C85A-D3EB-4B45-9C79-CBEA16F4027A}">
  <ds:schemaRefs>
    <ds:schemaRef ds:uri="http://schemas.microsoft.com/office/2006/metadata/properties"/>
    <ds:schemaRef ds:uri="http://schemas.microsoft.com/office/infopath/2007/PartnerControls"/>
    <ds:schemaRef ds:uri="1ce72ac1-2dff-4e06-a751-20dc2bc26b88"/>
    <ds:schemaRef ds:uri="c85f8ed6-da34-46ef-82c4-42fdeec9abaf"/>
  </ds:schemaRefs>
</ds:datastoreItem>
</file>

<file path=customXml/itemProps3.xml><?xml version="1.0" encoding="utf-8"?>
<ds:datastoreItem xmlns:ds="http://schemas.openxmlformats.org/officeDocument/2006/customXml" ds:itemID="{06F3D2AC-1781-463D-9159-F9697C92D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e72ac1-2dff-4e06-a751-20dc2bc26b88"/>
    <ds:schemaRef ds:uri="c85f8ed6-da34-46ef-82c4-42fdeec9a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714</Characters>
  <Application>Microsoft Office Word</Application>
  <DocSecurity>0</DocSecurity>
  <Lines>5</Lines>
  <Paragraphs>1</Paragraphs>
  <ScaleCrop>false</ScaleCrop>
  <Manager/>
  <Company/>
  <LinksUpToDate>false</LinksUpToDate>
  <CharactersWithSpaces>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Lettis</dc:creator>
  <cp:keywords/>
  <dc:description>generated by python-docx</dc:description>
  <cp:lastModifiedBy>Lisa Lettis</cp:lastModifiedBy>
  <cp:revision>4</cp:revision>
  <dcterms:created xsi:type="dcterms:W3CDTF">2026-10-02T15:13:00Z</dcterms:created>
  <dcterms:modified xsi:type="dcterms:W3CDTF">2026-10-08T14:45:00Z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2026-04-14T15:29:33Z</vt:lpwstr>
  </property>
  <property fmtid="{D5CDD505-2E9C-101B-9397-08002B2CF9AE}" pid="4" name="MSIP_Label_3c381991-eab8-4fff-8f2f-4f88109aa1cd_Method">
    <vt:lpwstr>Standard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cc7d63c2-caee-4710-8f7d-b5e90a9c3fbb</vt:lpwstr>
  </property>
  <property fmtid="{D5CDD505-2E9C-101B-9397-08002B2CF9AE}" pid="8" name="MSIP_Label_3c381991-eab8-4fff-8f2f-4f88109aa1cd_ContentBits">
    <vt:lpwstr>0</vt:lpwstr>
  </property>
  <property fmtid="{D5CDD505-2E9C-101B-9397-08002B2CF9AE}" pid="9" name="MSIP_Label_3c381991-eab8-4fff-8f2f-4f88109aa1cd_Tag">
    <vt:lpwstr>10, 3, 0, 1</vt:lpwstr>
  </property>
  <property fmtid="{D5CDD505-2E9C-101B-9397-08002B2CF9AE}" pid="10" name="ContentTypeId">
    <vt:lpwstr>0x010100EAD5F1FB52D2D04AA1AFD55021251060</vt:lpwstr>
  </property>
  <property fmtid="{D5CDD505-2E9C-101B-9397-08002B2CF9AE}" pid="11" name="MediaServiceImageTags">
    <vt:lpwstr/>
  </property>
</Properties>
</file>