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DB7C6" w14:textId="77777777" w:rsidR="00AB45B7" w:rsidRDefault="00000000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A5017B2" wp14:editId="4DA9EFAA">
            <wp:extent cx="15124176" cy="106893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r_friendly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2417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45B7" w:rsidSect="00034616">
      <w:pgSz w:w="23818" w:h="16834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66776">
    <w:abstractNumId w:val="8"/>
  </w:num>
  <w:num w:numId="2" w16cid:durableId="1166895043">
    <w:abstractNumId w:val="6"/>
  </w:num>
  <w:num w:numId="3" w16cid:durableId="2081905308">
    <w:abstractNumId w:val="5"/>
  </w:num>
  <w:num w:numId="4" w16cid:durableId="701639414">
    <w:abstractNumId w:val="4"/>
  </w:num>
  <w:num w:numId="5" w16cid:durableId="221915320">
    <w:abstractNumId w:val="7"/>
  </w:num>
  <w:num w:numId="6" w16cid:durableId="164519944">
    <w:abstractNumId w:val="3"/>
  </w:num>
  <w:num w:numId="7" w16cid:durableId="651447419">
    <w:abstractNumId w:val="2"/>
  </w:num>
  <w:num w:numId="8" w16cid:durableId="1837333326">
    <w:abstractNumId w:val="1"/>
  </w:num>
  <w:num w:numId="9" w16cid:durableId="95606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15E70"/>
    <w:rsid w:val="00AA1D8D"/>
    <w:rsid w:val="00AB45B7"/>
    <w:rsid w:val="00B47730"/>
    <w:rsid w:val="00CA69A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F9BB0A"/>
  <w14:defaultImageDpi w14:val="300"/>
  <w15:docId w15:val="{96EE2593-9E0C-4212-AB15-B3274A52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Jacqueline Robertson ( Head Teacher / Elderbank Primary School )</cp:lastModifiedBy>
  <cp:revision>2</cp:revision>
  <dcterms:created xsi:type="dcterms:W3CDTF">2026-08-29T15:37:00Z</dcterms:created>
  <dcterms:modified xsi:type="dcterms:W3CDTF">2026-08-29T15:37:00Z</dcterms:modified>
  <cp:category/>
</cp:coreProperties>
</file>